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23A1F" w14:textId="1FA78FE1" w:rsidR="00621FBB" w:rsidRDefault="00000000">
      <w:pPr>
        <w:keepNext/>
        <w:spacing w:after="160"/>
        <w:jc w:val="center"/>
      </w:pPr>
      <w:r>
        <w:rPr>
          <w:b/>
          <w:color w:val="2B6CB0"/>
          <w:sz w:val="24"/>
        </w:rPr>
        <w:t>T.C. MİLLÎ EĞİTİM BAKANLIĞI</w:t>
      </w:r>
      <w:r>
        <w:rPr>
          <w:b/>
          <w:color w:val="2B6CB0"/>
          <w:sz w:val="24"/>
        </w:rPr>
        <w:br/>
        <w:t>2026 - 2027 EĞİTİM ÖĞRETİM YILI İHSAN ARAS ORTAOKULU</w:t>
      </w:r>
      <w:r>
        <w:rPr>
          <w:b/>
          <w:color w:val="2B6CB0"/>
          <w:sz w:val="24"/>
        </w:rPr>
        <w:br/>
        <w:t>BİLİŞİM TEKNOLOJİLERİ VE YAZILIM DERSİ</w:t>
      </w:r>
      <w:r>
        <w:rPr>
          <w:b/>
          <w:color w:val="2B6CB0"/>
          <w:sz w:val="24"/>
        </w:rPr>
        <w:br/>
      </w:r>
      <w:r>
        <w:rPr>
          <w:b/>
          <w:color w:val="DC2626"/>
          <w:sz w:val="25"/>
        </w:rPr>
        <w:t xml:space="preserve">5. SINIFLAR 1. DÖNEM 1. YAZILI </w:t>
      </w:r>
      <w:r w:rsidR="002C3A3D">
        <w:rPr>
          <w:b/>
          <w:color w:val="DC2626"/>
          <w:sz w:val="25"/>
        </w:rPr>
        <w:t>18 ÖRNEK SORU CEVAP ANAHTARI</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2664"/>
        <w:gridCol w:w="2664"/>
        <w:gridCol w:w="2664"/>
        <w:gridCol w:w="2664"/>
      </w:tblGrid>
      <w:tr w:rsidR="00621FBB" w14:paraId="683C9D0E" w14:textId="77777777">
        <w:trPr>
          <w:cantSplit/>
          <w:tblHeader/>
          <w:jc w:val="center"/>
        </w:trPr>
        <w:tc>
          <w:tcPr>
            <w:tcW w:w="2664" w:type="dxa"/>
            <w:shd w:val="clear" w:color="auto" w:fill="EDF2F7"/>
            <w:tcMar>
              <w:top w:w="95" w:type="dxa"/>
              <w:left w:w="130" w:type="dxa"/>
              <w:bottom w:w="95" w:type="dxa"/>
              <w:right w:w="130" w:type="dxa"/>
            </w:tcMar>
            <w:vAlign w:val="center"/>
          </w:tcPr>
          <w:p w14:paraId="0DDCB12C" w14:textId="77777777" w:rsidR="00621FBB" w:rsidRDefault="00000000">
            <w:pPr>
              <w:keepNext/>
              <w:spacing w:before="40" w:after="40"/>
              <w:jc w:val="center"/>
            </w:pPr>
            <w:r>
              <w:rPr>
                <w:b/>
                <w:color w:val="1A365D"/>
                <w:sz w:val="21"/>
              </w:rPr>
              <w:t>ÖĞRENCİNİN ADI VE SOYADI</w:t>
            </w:r>
          </w:p>
        </w:tc>
        <w:tc>
          <w:tcPr>
            <w:tcW w:w="2664" w:type="dxa"/>
            <w:shd w:val="clear" w:color="auto" w:fill="EDF2F7"/>
            <w:tcMar>
              <w:top w:w="95" w:type="dxa"/>
              <w:left w:w="130" w:type="dxa"/>
              <w:bottom w:w="95" w:type="dxa"/>
              <w:right w:w="130" w:type="dxa"/>
            </w:tcMar>
            <w:vAlign w:val="center"/>
          </w:tcPr>
          <w:p w14:paraId="6685ACD7" w14:textId="77777777" w:rsidR="00621FBB" w:rsidRDefault="00000000">
            <w:pPr>
              <w:keepNext/>
              <w:spacing w:before="40" w:after="40"/>
              <w:jc w:val="center"/>
            </w:pPr>
            <w:r>
              <w:rPr>
                <w:b/>
                <w:color w:val="1A365D"/>
                <w:sz w:val="21"/>
              </w:rPr>
              <w:t>SINIFI / ŞUBESİ</w:t>
            </w:r>
          </w:p>
        </w:tc>
        <w:tc>
          <w:tcPr>
            <w:tcW w:w="2664" w:type="dxa"/>
            <w:shd w:val="clear" w:color="auto" w:fill="EDF2F7"/>
            <w:tcMar>
              <w:top w:w="95" w:type="dxa"/>
              <w:left w:w="130" w:type="dxa"/>
              <w:bottom w:w="95" w:type="dxa"/>
              <w:right w:w="130" w:type="dxa"/>
            </w:tcMar>
            <w:vAlign w:val="center"/>
          </w:tcPr>
          <w:p w14:paraId="3144955D" w14:textId="77777777" w:rsidR="00621FBB" w:rsidRDefault="00000000">
            <w:pPr>
              <w:keepNext/>
              <w:spacing w:before="40" w:after="40"/>
              <w:jc w:val="center"/>
            </w:pPr>
            <w:r>
              <w:rPr>
                <w:b/>
                <w:color w:val="1A365D"/>
                <w:sz w:val="21"/>
              </w:rPr>
              <w:t>ÖĞRENCİ NUMARASI</w:t>
            </w:r>
          </w:p>
        </w:tc>
        <w:tc>
          <w:tcPr>
            <w:tcW w:w="2664" w:type="dxa"/>
            <w:shd w:val="clear" w:color="auto" w:fill="EDF2F7"/>
            <w:tcMar>
              <w:top w:w="95" w:type="dxa"/>
              <w:left w:w="130" w:type="dxa"/>
              <w:bottom w:w="95" w:type="dxa"/>
              <w:right w:w="130" w:type="dxa"/>
            </w:tcMar>
            <w:vAlign w:val="center"/>
          </w:tcPr>
          <w:p w14:paraId="2F22E1C9" w14:textId="77777777" w:rsidR="00621FBB" w:rsidRDefault="00000000">
            <w:pPr>
              <w:keepNext/>
              <w:spacing w:before="40" w:after="40"/>
              <w:jc w:val="center"/>
            </w:pPr>
            <w:r>
              <w:rPr>
                <w:b/>
                <w:color w:val="1A365D"/>
                <w:sz w:val="21"/>
              </w:rPr>
              <w:t>ALDIĞI PUAN</w:t>
            </w:r>
          </w:p>
        </w:tc>
      </w:tr>
      <w:tr w:rsidR="00621FBB" w14:paraId="2AFA336D" w14:textId="77777777">
        <w:trPr>
          <w:cantSplit/>
          <w:jc w:val="center"/>
        </w:trPr>
        <w:tc>
          <w:tcPr>
            <w:tcW w:w="2664" w:type="dxa"/>
            <w:tcMar>
              <w:top w:w="85" w:type="dxa"/>
              <w:left w:w="120" w:type="dxa"/>
              <w:bottom w:w="85" w:type="dxa"/>
              <w:right w:w="120" w:type="dxa"/>
            </w:tcMar>
            <w:vAlign w:val="center"/>
          </w:tcPr>
          <w:p w14:paraId="78621566" w14:textId="7A475C1D" w:rsidR="00621FBB" w:rsidRDefault="00000000">
            <w:pPr>
              <w:spacing w:before="40" w:after="40"/>
              <w:jc w:val="center"/>
            </w:pPr>
            <w:r>
              <w:rPr>
                <w:b/>
                <w:color w:val="DC2626"/>
                <w:sz w:val="21"/>
              </w:rPr>
              <w:t xml:space="preserve">CEVAP ANAHTARI </w:t>
            </w:r>
          </w:p>
        </w:tc>
        <w:tc>
          <w:tcPr>
            <w:tcW w:w="2664" w:type="dxa"/>
            <w:tcMar>
              <w:top w:w="85" w:type="dxa"/>
              <w:left w:w="120" w:type="dxa"/>
              <w:bottom w:w="85" w:type="dxa"/>
              <w:right w:w="120" w:type="dxa"/>
            </w:tcMar>
            <w:vAlign w:val="center"/>
          </w:tcPr>
          <w:p w14:paraId="65DBD8CC" w14:textId="77777777" w:rsidR="00621FBB" w:rsidRDefault="00000000">
            <w:pPr>
              <w:spacing w:before="40" w:after="40"/>
              <w:jc w:val="center"/>
            </w:pPr>
            <w:r>
              <w:rPr>
                <w:b/>
                <w:color w:val="DC2626"/>
                <w:sz w:val="21"/>
              </w:rPr>
              <w:t>5 / TÜM ŞUBELER</w:t>
            </w:r>
          </w:p>
        </w:tc>
        <w:tc>
          <w:tcPr>
            <w:tcW w:w="2664" w:type="dxa"/>
            <w:tcMar>
              <w:top w:w="85" w:type="dxa"/>
              <w:left w:w="120" w:type="dxa"/>
              <w:bottom w:w="85" w:type="dxa"/>
              <w:right w:w="120" w:type="dxa"/>
            </w:tcMar>
            <w:vAlign w:val="center"/>
          </w:tcPr>
          <w:p w14:paraId="3E18F5EE" w14:textId="77777777" w:rsidR="00621FBB" w:rsidRDefault="00000000">
            <w:pPr>
              <w:spacing w:before="40" w:after="40"/>
              <w:jc w:val="center"/>
            </w:pPr>
            <w:r>
              <w:rPr>
                <w:b/>
                <w:color w:val="DC2626"/>
                <w:sz w:val="21"/>
              </w:rPr>
              <w:t>2026 - 2027 (1. DÖNEM)</w:t>
            </w:r>
          </w:p>
        </w:tc>
        <w:tc>
          <w:tcPr>
            <w:tcW w:w="2664" w:type="dxa"/>
            <w:tcMar>
              <w:top w:w="85" w:type="dxa"/>
              <w:left w:w="120" w:type="dxa"/>
              <w:bottom w:w="85" w:type="dxa"/>
              <w:right w:w="120" w:type="dxa"/>
            </w:tcMar>
            <w:vAlign w:val="center"/>
          </w:tcPr>
          <w:p w14:paraId="5E9F93E9" w14:textId="77777777" w:rsidR="00621FBB" w:rsidRDefault="00000000">
            <w:pPr>
              <w:spacing w:before="40" w:after="40"/>
              <w:jc w:val="center"/>
            </w:pPr>
            <w:r>
              <w:rPr>
                <w:b/>
                <w:color w:val="DC2626"/>
                <w:sz w:val="21"/>
              </w:rPr>
              <w:t>100 / 100</w:t>
            </w:r>
          </w:p>
        </w:tc>
      </w:tr>
    </w:tbl>
    <w:p w14:paraId="5B93B802" w14:textId="51B48B14" w:rsidR="00621FBB" w:rsidRDefault="00000000">
      <w:pPr>
        <w:keepNext/>
        <w:spacing w:before="160" w:after="60"/>
      </w:pPr>
      <w:r>
        <w:rPr>
          <w:b/>
          <w:color w:val="1A365D"/>
        </w:rPr>
        <w:t>ÖĞRENME ÇIKTILARI VE S</w:t>
      </w:r>
      <w:r w:rsidR="00CD6FEA">
        <w:rPr>
          <w:b/>
          <w:color w:val="1A365D"/>
        </w:rPr>
        <w:t xml:space="preserve">INAV SORU </w:t>
      </w:r>
      <w:r>
        <w:rPr>
          <w:b/>
          <w:color w:val="1A365D"/>
        </w:rPr>
        <w:t xml:space="preserve">DAĞILIM </w:t>
      </w:r>
      <w:proofErr w:type="gramStart"/>
      <w:r>
        <w:rPr>
          <w:b/>
          <w:color w:val="1A365D"/>
        </w:rPr>
        <w:t>TABLOSU</w:t>
      </w:r>
      <w:r w:rsidR="00E82E5C">
        <w:rPr>
          <w:b/>
          <w:color w:val="1A365D"/>
        </w:rPr>
        <w:t>(</w:t>
      </w:r>
      <w:proofErr w:type="gramEnd"/>
      <w:r w:rsidR="00E82E5C">
        <w:rPr>
          <w:b/>
          <w:color w:val="1A365D"/>
        </w:rPr>
        <w:t>SENARYO 2)</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2664"/>
        <w:gridCol w:w="2664"/>
        <w:gridCol w:w="2664"/>
      </w:tblGrid>
      <w:tr w:rsidR="00E82E5C" w14:paraId="7F9997B9" w14:textId="77777777">
        <w:trPr>
          <w:cantSplit/>
          <w:tblHeader/>
          <w:jc w:val="center"/>
        </w:trPr>
        <w:tc>
          <w:tcPr>
            <w:tcW w:w="2664" w:type="dxa"/>
            <w:shd w:val="clear" w:color="auto" w:fill="EBF8FF"/>
            <w:tcMar>
              <w:top w:w="95" w:type="dxa"/>
              <w:left w:w="130" w:type="dxa"/>
              <w:bottom w:w="95" w:type="dxa"/>
              <w:right w:w="130" w:type="dxa"/>
            </w:tcMar>
            <w:vAlign w:val="center"/>
          </w:tcPr>
          <w:p w14:paraId="23D62A84" w14:textId="77777777" w:rsidR="00E82E5C" w:rsidRDefault="00E82E5C">
            <w:pPr>
              <w:keepNext/>
              <w:spacing w:before="40" w:after="40"/>
              <w:jc w:val="center"/>
            </w:pPr>
            <w:proofErr w:type="spellStart"/>
            <w:r>
              <w:rPr>
                <w:b/>
                <w:color w:val="1A365D"/>
                <w:sz w:val="21"/>
              </w:rPr>
              <w:t>Öğrenme</w:t>
            </w:r>
            <w:proofErr w:type="spellEnd"/>
            <w:r>
              <w:rPr>
                <w:b/>
                <w:color w:val="1A365D"/>
                <w:sz w:val="21"/>
              </w:rPr>
              <w:t xml:space="preserve"> </w:t>
            </w:r>
            <w:proofErr w:type="spellStart"/>
            <w:r>
              <w:rPr>
                <w:b/>
                <w:color w:val="1A365D"/>
                <w:sz w:val="21"/>
              </w:rPr>
              <w:t>Çıktısı</w:t>
            </w:r>
            <w:proofErr w:type="spellEnd"/>
            <w:r>
              <w:rPr>
                <w:b/>
                <w:color w:val="1A365D"/>
                <w:sz w:val="21"/>
              </w:rPr>
              <w:t xml:space="preserve"> (</w:t>
            </w:r>
            <w:proofErr w:type="spellStart"/>
            <w:r>
              <w:rPr>
                <w:b/>
                <w:color w:val="1A365D"/>
                <w:sz w:val="21"/>
              </w:rPr>
              <w:t>Kazanım</w:t>
            </w:r>
            <w:proofErr w:type="spellEnd"/>
            <w:r>
              <w:rPr>
                <w:b/>
                <w:color w:val="1A365D"/>
                <w:sz w:val="21"/>
              </w:rPr>
              <w:t xml:space="preserve"> Kodu ve Tanımı)</w:t>
            </w:r>
          </w:p>
        </w:tc>
        <w:tc>
          <w:tcPr>
            <w:tcW w:w="2664" w:type="dxa"/>
            <w:shd w:val="clear" w:color="auto" w:fill="EBF8FF"/>
            <w:tcMar>
              <w:top w:w="95" w:type="dxa"/>
              <w:left w:w="130" w:type="dxa"/>
              <w:bottom w:w="95" w:type="dxa"/>
              <w:right w:w="130" w:type="dxa"/>
            </w:tcMar>
            <w:vAlign w:val="center"/>
          </w:tcPr>
          <w:p w14:paraId="6A29E00B" w14:textId="77777777" w:rsidR="00E82E5C" w:rsidRDefault="00E82E5C">
            <w:pPr>
              <w:keepNext/>
              <w:spacing w:before="40" w:after="40"/>
              <w:jc w:val="center"/>
            </w:pPr>
            <w:r>
              <w:rPr>
                <w:b/>
                <w:color w:val="1A365D"/>
                <w:sz w:val="21"/>
              </w:rPr>
              <w:t>İçerik Çerçevesi (Konu)</w:t>
            </w:r>
          </w:p>
        </w:tc>
        <w:tc>
          <w:tcPr>
            <w:tcW w:w="2664" w:type="dxa"/>
            <w:shd w:val="clear" w:color="auto" w:fill="EBF8FF"/>
            <w:tcMar>
              <w:top w:w="95" w:type="dxa"/>
              <w:left w:w="130" w:type="dxa"/>
              <w:bottom w:w="95" w:type="dxa"/>
              <w:right w:w="130" w:type="dxa"/>
            </w:tcMar>
            <w:vAlign w:val="center"/>
          </w:tcPr>
          <w:p w14:paraId="6384FAE2" w14:textId="3A2B041B" w:rsidR="00E82E5C" w:rsidRDefault="00E82E5C">
            <w:pPr>
              <w:keepNext/>
              <w:spacing w:before="40" w:after="40"/>
              <w:jc w:val="center"/>
            </w:pPr>
            <w:r>
              <w:rPr>
                <w:b/>
                <w:color w:val="1A365D"/>
                <w:sz w:val="21"/>
              </w:rPr>
              <w:t>Soru Sayısı</w:t>
            </w:r>
          </w:p>
        </w:tc>
      </w:tr>
      <w:tr w:rsidR="00E82E5C" w14:paraId="42B45C4F" w14:textId="77777777">
        <w:trPr>
          <w:cantSplit/>
          <w:jc w:val="center"/>
        </w:trPr>
        <w:tc>
          <w:tcPr>
            <w:tcW w:w="2664" w:type="dxa"/>
            <w:tcMar>
              <w:top w:w="85" w:type="dxa"/>
              <w:left w:w="120" w:type="dxa"/>
              <w:bottom w:w="85" w:type="dxa"/>
              <w:right w:w="120" w:type="dxa"/>
            </w:tcMar>
            <w:vAlign w:val="center"/>
          </w:tcPr>
          <w:p w14:paraId="42A3E421" w14:textId="77777777" w:rsidR="00E82E5C" w:rsidRDefault="00E82E5C">
            <w:pPr>
              <w:keepNext/>
              <w:spacing w:before="40" w:after="40" w:line="269" w:lineRule="auto"/>
            </w:pPr>
            <w:r>
              <w:rPr>
                <w:sz w:val="20"/>
              </w:rPr>
              <w:t>BTY.5.1.1. Günlük yaşamda kullanılan bilişim teknolojilerini sınıflandırabilme</w:t>
            </w:r>
          </w:p>
        </w:tc>
        <w:tc>
          <w:tcPr>
            <w:tcW w:w="2664" w:type="dxa"/>
            <w:tcMar>
              <w:top w:w="85" w:type="dxa"/>
              <w:left w:w="120" w:type="dxa"/>
              <w:bottom w:w="85" w:type="dxa"/>
              <w:right w:w="120" w:type="dxa"/>
            </w:tcMar>
            <w:vAlign w:val="center"/>
          </w:tcPr>
          <w:p w14:paraId="24739A5C" w14:textId="77777777" w:rsidR="00E82E5C" w:rsidRDefault="00E82E5C">
            <w:pPr>
              <w:keepNext/>
              <w:spacing w:before="40" w:after="40" w:line="269" w:lineRule="auto"/>
            </w:pPr>
            <w:r>
              <w:rPr>
                <w:sz w:val="20"/>
              </w:rPr>
              <w:t>Bilişim Teknolojilerinin Sınıflandırılması</w:t>
            </w:r>
          </w:p>
        </w:tc>
        <w:tc>
          <w:tcPr>
            <w:tcW w:w="2664" w:type="dxa"/>
            <w:tcMar>
              <w:top w:w="85" w:type="dxa"/>
              <w:left w:w="120" w:type="dxa"/>
              <w:bottom w:w="85" w:type="dxa"/>
              <w:right w:w="120" w:type="dxa"/>
            </w:tcMar>
            <w:vAlign w:val="center"/>
          </w:tcPr>
          <w:p w14:paraId="01F58322" w14:textId="1694D08B" w:rsidR="00E82E5C" w:rsidRPr="00CD6FEA" w:rsidRDefault="00E82E5C">
            <w:pPr>
              <w:keepNext/>
              <w:spacing w:before="40" w:after="40"/>
              <w:jc w:val="center"/>
              <w:rPr>
                <w:b/>
                <w:bCs/>
              </w:rPr>
            </w:pPr>
            <w:r w:rsidRPr="00CD6FEA">
              <w:rPr>
                <w:b/>
                <w:bCs/>
              </w:rPr>
              <w:t>1</w:t>
            </w:r>
          </w:p>
        </w:tc>
      </w:tr>
      <w:tr w:rsidR="00E82E5C" w14:paraId="70CA94A8" w14:textId="77777777">
        <w:trPr>
          <w:cantSplit/>
          <w:jc w:val="center"/>
        </w:trPr>
        <w:tc>
          <w:tcPr>
            <w:tcW w:w="2664" w:type="dxa"/>
            <w:shd w:val="clear" w:color="auto" w:fill="F8FAFC"/>
            <w:tcMar>
              <w:top w:w="85" w:type="dxa"/>
              <w:left w:w="120" w:type="dxa"/>
              <w:bottom w:w="85" w:type="dxa"/>
              <w:right w:w="120" w:type="dxa"/>
            </w:tcMar>
            <w:vAlign w:val="center"/>
          </w:tcPr>
          <w:p w14:paraId="48AAC3D8" w14:textId="77777777" w:rsidR="00E82E5C" w:rsidRDefault="00E82E5C">
            <w:pPr>
              <w:keepNext/>
              <w:spacing w:before="40" w:after="40" w:line="269" w:lineRule="auto"/>
            </w:pPr>
            <w:r>
              <w:rPr>
                <w:sz w:val="20"/>
              </w:rPr>
              <w:t>BTY.5.1.2. Bilişim teknolojilerinin birey ve toplum üzerindeki etkilerini özetleyebilme</w:t>
            </w:r>
          </w:p>
        </w:tc>
        <w:tc>
          <w:tcPr>
            <w:tcW w:w="2664" w:type="dxa"/>
            <w:shd w:val="clear" w:color="auto" w:fill="F8FAFC"/>
            <w:tcMar>
              <w:top w:w="85" w:type="dxa"/>
              <w:left w:w="120" w:type="dxa"/>
              <w:bottom w:w="85" w:type="dxa"/>
              <w:right w:w="120" w:type="dxa"/>
            </w:tcMar>
            <w:vAlign w:val="center"/>
          </w:tcPr>
          <w:p w14:paraId="5A280065" w14:textId="77777777" w:rsidR="00E82E5C" w:rsidRDefault="00E82E5C">
            <w:pPr>
              <w:keepNext/>
              <w:spacing w:before="40" w:after="40" w:line="269" w:lineRule="auto"/>
            </w:pPr>
            <w:r>
              <w:rPr>
                <w:sz w:val="20"/>
              </w:rPr>
              <w:t>BİT'in Etkileri, Ergonomi ve Dijital Sağlık</w:t>
            </w:r>
          </w:p>
        </w:tc>
        <w:tc>
          <w:tcPr>
            <w:tcW w:w="2664" w:type="dxa"/>
            <w:shd w:val="clear" w:color="auto" w:fill="F8FAFC"/>
            <w:tcMar>
              <w:top w:w="85" w:type="dxa"/>
              <w:left w:w="120" w:type="dxa"/>
              <w:bottom w:w="85" w:type="dxa"/>
              <w:right w:w="120" w:type="dxa"/>
            </w:tcMar>
            <w:vAlign w:val="center"/>
          </w:tcPr>
          <w:p w14:paraId="4BA4151B" w14:textId="12D9DD1D" w:rsidR="00E82E5C" w:rsidRPr="00CD6FEA" w:rsidRDefault="00E82E5C">
            <w:pPr>
              <w:keepNext/>
              <w:spacing w:before="40" w:after="40"/>
              <w:jc w:val="center"/>
              <w:rPr>
                <w:b/>
                <w:bCs/>
              </w:rPr>
            </w:pPr>
            <w:r w:rsidRPr="00CD6FEA">
              <w:rPr>
                <w:b/>
                <w:bCs/>
              </w:rPr>
              <w:t>1</w:t>
            </w:r>
          </w:p>
        </w:tc>
      </w:tr>
      <w:tr w:rsidR="00E82E5C" w14:paraId="148FB478" w14:textId="77777777">
        <w:trPr>
          <w:cantSplit/>
          <w:jc w:val="center"/>
        </w:trPr>
        <w:tc>
          <w:tcPr>
            <w:tcW w:w="2664" w:type="dxa"/>
            <w:tcMar>
              <w:top w:w="85" w:type="dxa"/>
              <w:left w:w="120" w:type="dxa"/>
              <w:bottom w:w="85" w:type="dxa"/>
              <w:right w:w="120" w:type="dxa"/>
            </w:tcMar>
            <w:vAlign w:val="center"/>
          </w:tcPr>
          <w:p w14:paraId="2B8A2CD7" w14:textId="77777777" w:rsidR="00E82E5C" w:rsidRDefault="00E82E5C">
            <w:pPr>
              <w:keepNext/>
              <w:spacing w:before="40" w:after="40" w:line="269" w:lineRule="auto"/>
            </w:pPr>
            <w:r>
              <w:rPr>
                <w:sz w:val="20"/>
              </w:rPr>
              <w:t>BTY.5.1.3. Dijital vatandaşlık uygulamalarını sınıflandırabilme</w:t>
            </w:r>
          </w:p>
        </w:tc>
        <w:tc>
          <w:tcPr>
            <w:tcW w:w="2664" w:type="dxa"/>
            <w:tcMar>
              <w:top w:w="85" w:type="dxa"/>
              <w:left w:w="120" w:type="dxa"/>
              <w:bottom w:w="85" w:type="dxa"/>
              <w:right w:w="120" w:type="dxa"/>
            </w:tcMar>
            <w:vAlign w:val="center"/>
          </w:tcPr>
          <w:p w14:paraId="6EE702A1" w14:textId="77777777" w:rsidR="00E82E5C" w:rsidRDefault="00E82E5C">
            <w:pPr>
              <w:keepNext/>
              <w:spacing w:before="40" w:after="40" w:line="269" w:lineRule="auto"/>
            </w:pPr>
            <w:r>
              <w:rPr>
                <w:sz w:val="20"/>
              </w:rPr>
              <w:t>Dijital Vatandaşlık, e-Devlet ve Dijital Ayak İzi</w:t>
            </w:r>
          </w:p>
        </w:tc>
        <w:tc>
          <w:tcPr>
            <w:tcW w:w="2664" w:type="dxa"/>
            <w:tcMar>
              <w:top w:w="85" w:type="dxa"/>
              <w:left w:w="120" w:type="dxa"/>
              <w:bottom w:w="85" w:type="dxa"/>
              <w:right w:w="120" w:type="dxa"/>
            </w:tcMar>
            <w:vAlign w:val="center"/>
          </w:tcPr>
          <w:p w14:paraId="2F5CC21E" w14:textId="4B046665" w:rsidR="00E82E5C" w:rsidRPr="00CD6FEA" w:rsidRDefault="00E82E5C">
            <w:pPr>
              <w:keepNext/>
              <w:spacing w:before="40" w:after="40"/>
              <w:jc w:val="center"/>
              <w:rPr>
                <w:b/>
                <w:bCs/>
              </w:rPr>
            </w:pPr>
            <w:r w:rsidRPr="00CD6FEA">
              <w:rPr>
                <w:b/>
                <w:bCs/>
              </w:rPr>
              <w:t>1</w:t>
            </w:r>
          </w:p>
        </w:tc>
      </w:tr>
      <w:tr w:rsidR="00E82E5C" w14:paraId="7D5943D9" w14:textId="77777777">
        <w:trPr>
          <w:cantSplit/>
          <w:jc w:val="center"/>
        </w:trPr>
        <w:tc>
          <w:tcPr>
            <w:tcW w:w="2664" w:type="dxa"/>
            <w:shd w:val="clear" w:color="auto" w:fill="F8FAFC"/>
            <w:tcMar>
              <w:top w:w="85" w:type="dxa"/>
              <w:left w:w="120" w:type="dxa"/>
              <w:bottom w:w="85" w:type="dxa"/>
              <w:right w:w="120" w:type="dxa"/>
            </w:tcMar>
            <w:vAlign w:val="center"/>
          </w:tcPr>
          <w:p w14:paraId="0E3A7072" w14:textId="77777777" w:rsidR="00E82E5C" w:rsidRDefault="00E82E5C">
            <w:pPr>
              <w:keepNext/>
              <w:spacing w:before="40" w:after="40" w:line="269" w:lineRule="auto"/>
            </w:pPr>
            <w:r>
              <w:rPr>
                <w:sz w:val="20"/>
              </w:rPr>
              <w:t>BTY.5.1.4. Yapay zekâ ile ilgili temel kavramları ve özellikleri sorgulayabilme</w:t>
            </w:r>
          </w:p>
        </w:tc>
        <w:tc>
          <w:tcPr>
            <w:tcW w:w="2664" w:type="dxa"/>
            <w:shd w:val="clear" w:color="auto" w:fill="F8FAFC"/>
            <w:tcMar>
              <w:top w:w="85" w:type="dxa"/>
              <w:left w:w="120" w:type="dxa"/>
              <w:bottom w:w="85" w:type="dxa"/>
              <w:right w:w="120" w:type="dxa"/>
            </w:tcMar>
            <w:vAlign w:val="center"/>
          </w:tcPr>
          <w:p w14:paraId="72F86F5F" w14:textId="77777777" w:rsidR="00E82E5C" w:rsidRDefault="00E82E5C">
            <w:pPr>
              <w:keepNext/>
              <w:spacing w:before="40" w:after="40" w:line="269" w:lineRule="auto"/>
            </w:pPr>
            <w:r>
              <w:rPr>
                <w:sz w:val="20"/>
              </w:rPr>
              <w:t>Yapay Zekâda Temel Kavram ve Özellikler</w:t>
            </w:r>
          </w:p>
        </w:tc>
        <w:tc>
          <w:tcPr>
            <w:tcW w:w="2664" w:type="dxa"/>
            <w:shd w:val="clear" w:color="auto" w:fill="F8FAFC"/>
            <w:tcMar>
              <w:top w:w="85" w:type="dxa"/>
              <w:left w:w="120" w:type="dxa"/>
              <w:bottom w:w="85" w:type="dxa"/>
              <w:right w:w="120" w:type="dxa"/>
            </w:tcMar>
            <w:vAlign w:val="center"/>
          </w:tcPr>
          <w:p w14:paraId="3FD584ED" w14:textId="29F5F760" w:rsidR="00E82E5C" w:rsidRPr="00CD6FEA" w:rsidRDefault="00E82E5C">
            <w:pPr>
              <w:keepNext/>
              <w:spacing w:before="40" w:after="40"/>
              <w:jc w:val="center"/>
              <w:rPr>
                <w:b/>
                <w:bCs/>
              </w:rPr>
            </w:pPr>
            <w:r w:rsidRPr="00CD6FEA">
              <w:rPr>
                <w:b/>
                <w:bCs/>
              </w:rPr>
              <w:t>1</w:t>
            </w:r>
          </w:p>
        </w:tc>
      </w:tr>
      <w:tr w:rsidR="00E82E5C" w14:paraId="7DD88E42" w14:textId="77777777">
        <w:trPr>
          <w:cantSplit/>
          <w:jc w:val="center"/>
        </w:trPr>
        <w:tc>
          <w:tcPr>
            <w:tcW w:w="2664" w:type="dxa"/>
            <w:tcMar>
              <w:top w:w="85" w:type="dxa"/>
              <w:left w:w="120" w:type="dxa"/>
              <w:bottom w:w="85" w:type="dxa"/>
              <w:right w:w="120" w:type="dxa"/>
            </w:tcMar>
            <w:vAlign w:val="center"/>
          </w:tcPr>
          <w:p w14:paraId="08CE4F05" w14:textId="5C1FE5CE" w:rsidR="00E82E5C" w:rsidRDefault="00E82E5C">
            <w:pPr>
              <w:keepNext/>
              <w:spacing w:before="40" w:after="40" w:line="269" w:lineRule="auto"/>
            </w:pPr>
            <w:r>
              <w:rPr>
                <w:sz w:val="20"/>
              </w:rPr>
              <w:t xml:space="preserve">BTY.5.1.5. Bilgisayar sistemlerini çözümleyebilme </w:t>
            </w:r>
          </w:p>
        </w:tc>
        <w:tc>
          <w:tcPr>
            <w:tcW w:w="2664" w:type="dxa"/>
            <w:tcMar>
              <w:top w:w="85" w:type="dxa"/>
              <w:left w:w="120" w:type="dxa"/>
              <w:bottom w:w="85" w:type="dxa"/>
              <w:right w:w="120" w:type="dxa"/>
            </w:tcMar>
            <w:vAlign w:val="center"/>
          </w:tcPr>
          <w:p w14:paraId="6DBA2EE8" w14:textId="77777777" w:rsidR="00E82E5C" w:rsidRDefault="00E82E5C">
            <w:pPr>
              <w:keepNext/>
              <w:spacing w:before="40" w:after="40" w:line="269" w:lineRule="auto"/>
            </w:pPr>
            <w:r>
              <w:rPr>
                <w:sz w:val="20"/>
              </w:rPr>
              <w:t>Bilgisayar Sistemleri (Donanım ve Yazılım)</w:t>
            </w:r>
          </w:p>
        </w:tc>
        <w:tc>
          <w:tcPr>
            <w:tcW w:w="2664" w:type="dxa"/>
            <w:tcMar>
              <w:top w:w="85" w:type="dxa"/>
              <w:left w:w="120" w:type="dxa"/>
              <w:bottom w:w="85" w:type="dxa"/>
              <w:right w:w="120" w:type="dxa"/>
            </w:tcMar>
            <w:vAlign w:val="center"/>
          </w:tcPr>
          <w:p w14:paraId="1AA66E0C" w14:textId="08B52FC3" w:rsidR="00E82E5C" w:rsidRPr="00CD6FEA" w:rsidRDefault="00E82E5C">
            <w:pPr>
              <w:keepNext/>
              <w:spacing w:before="40" w:after="40"/>
              <w:jc w:val="center"/>
              <w:rPr>
                <w:b/>
                <w:bCs/>
              </w:rPr>
            </w:pPr>
            <w:r w:rsidRPr="00CD6FEA">
              <w:rPr>
                <w:b/>
                <w:bCs/>
              </w:rPr>
              <w:t>1</w:t>
            </w:r>
          </w:p>
        </w:tc>
      </w:tr>
      <w:tr w:rsidR="00E82E5C" w14:paraId="6340B162" w14:textId="77777777">
        <w:trPr>
          <w:cantSplit/>
          <w:jc w:val="center"/>
        </w:trPr>
        <w:tc>
          <w:tcPr>
            <w:tcW w:w="2664" w:type="dxa"/>
            <w:shd w:val="clear" w:color="auto" w:fill="F8FAFC"/>
            <w:tcMar>
              <w:top w:w="85" w:type="dxa"/>
              <w:left w:w="120" w:type="dxa"/>
              <w:bottom w:w="85" w:type="dxa"/>
              <w:right w:w="120" w:type="dxa"/>
            </w:tcMar>
            <w:vAlign w:val="center"/>
          </w:tcPr>
          <w:p w14:paraId="7A1CE840" w14:textId="77777777" w:rsidR="00E82E5C" w:rsidRDefault="00E82E5C">
            <w:pPr>
              <w:spacing w:before="40" w:after="40" w:line="269" w:lineRule="auto"/>
            </w:pPr>
            <w:r>
              <w:rPr>
                <w:sz w:val="20"/>
              </w:rPr>
              <w:t>BTY.5.1.6. Dosya ve klasör yönetimi ile ilgili temel işlemlerle çalışabilme</w:t>
            </w:r>
          </w:p>
        </w:tc>
        <w:tc>
          <w:tcPr>
            <w:tcW w:w="2664" w:type="dxa"/>
            <w:shd w:val="clear" w:color="auto" w:fill="F8FAFC"/>
            <w:tcMar>
              <w:top w:w="85" w:type="dxa"/>
              <w:left w:w="120" w:type="dxa"/>
              <w:bottom w:w="85" w:type="dxa"/>
              <w:right w:w="120" w:type="dxa"/>
            </w:tcMar>
            <w:vAlign w:val="center"/>
          </w:tcPr>
          <w:p w14:paraId="4206DAF5" w14:textId="77777777" w:rsidR="00E82E5C" w:rsidRDefault="00E82E5C">
            <w:pPr>
              <w:spacing w:before="40" w:after="40" w:line="269" w:lineRule="auto"/>
            </w:pPr>
            <w:r>
              <w:rPr>
                <w:sz w:val="20"/>
              </w:rPr>
              <w:t>Dosya Uzantıları, Klasör Ağacı ve Sıkıştırma</w:t>
            </w:r>
          </w:p>
        </w:tc>
        <w:tc>
          <w:tcPr>
            <w:tcW w:w="2664" w:type="dxa"/>
            <w:shd w:val="clear" w:color="auto" w:fill="F8FAFC"/>
            <w:tcMar>
              <w:top w:w="85" w:type="dxa"/>
              <w:left w:w="120" w:type="dxa"/>
              <w:bottom w:w="85" w:type="dxa"/>
              <w:right w:w="120" w:type="dxa"/>
            </w:tcMar>
            <w:vAlign w:val="center"/>
          </w:tcPr>
          <w:p w14:paraId="1C0ABEA6" w14:textId="624EEBB3" w:rsidR="00E82E5C" w:rsidRPr="00CD6FEA" w:rsidRDefault="00E82E5C">
            <w:pPr>
              <w:spacing w:before="40" w:after="40"/>
              <w:jc w:val="center"/>
              <w:rPr>
                <w:b/>
                <w:bCs/>
              </w:rPr>
            </w:pPr>
            <w:r w:rsidRPr="00CD6FEA">
              <w:rPr>
                <w:b/>
                <w:bCs/>
              </w:rPr>
              <w:t>1</w:t>
            </w:r>
          </w:p>
        </w:tc>
      </w:tr>
      <w:tr w:rsidR="00CD6FEA" w14:paraId="3F3A117D" w14:textId="77777777" w:rsidTr="0056032D">
        <w:trPr>
          <w:cantSplit/>
          <w:jc w:val="center"/>
        </w:trPr>
        <w:tc>
          <w:tcPr>
            <w:tcW w:w="5328" w:type="dxa"/>
            <w:gridSpan w:val="2"/>
            <w:shd w:val="clear" w:color="auto" w:fill="F8FAFC"/>
            <w:tcMar>
              <w:top w:w="85" w:type="dxa"/>
              <w:left w:w="120" w:type="dxa"/>
              <w:bottom w:w="85" w:type="dxa"/>
              <w:right w:w="120" w:type="dxa"/>
            </w:tcMar>
            <w:vAlign w:val="center"/>
          </w:tcPr>
          <w:p w14:paraId="69D934CE" w14:textId="459E9774" w:rsidR="00CD6FEA" w:rsidRPr="00CD6FEA" w:rsidRDefault="00CD6FEA">
            <w:pPr>
              <w:spacing w:before="40" w:after="40" w:line="269" w:lineRule="auto"/>
              <w:rPr>
                <w:b/>
                <w:bCs/>
                <w:sz w:val="20"/>
              </w:rPr>
            </w:pPr>
            <w:r w:rsidRPr="00CD6FEA">
              <w:rPr>
                <w:b/>
                <w:bCs/>
                <w:color w:val="4F81BD" w:themeColor="accent1"/>
                <w:sz w:val="20"/>
              </w:rPr>
              <w:t>SINAVDA ÇIKACAK TOPLAM SORU SAYISI</w:t>
            </w:r>
          </w:p>
        </w:tc>
        <w:tc>
          <w:tcPr>
            <w:tcW w:w="2664" w:type="dxa"/>
            <w:shd w:val="clear" w:color="auto" w:fill="F8FAFC"/>
            <w:tcMar>
              <w:top w:w="85" w:type="dxa"/>
              <w:left w:w="120" w:type="dxa"/>
              <w:bottom w:w="85" w:type="dxa"/>
              <w:right w:w="120" w:type="dxa"/>
            </w:tcMar>
            <w:vAlign w:val="center"/>
          </w:tcPr>
          <w:p w14:paraId="4CCBBDB8" w14:textId="70251973" w:rsidR="00CD6FEA" w:rsidRPr="00CD6FEA" w:rsidRDefault="00CD6FEA">
            <w:pPr>
              <w:spacing w:before="40" w:after="40"/>
              <w:jc w:val="center"/>
              <w:rPr>
                <w:b/>
                <w:bCs/>
              </w:rPr>
            </w:pPr>
            <w:r w:rsidRPr="00CD6FEA">
              <w:rPr>
                <w:b/>
                <w:bCs/>
              </w:rPr>
              <w:t>6</w:t>
            </w:r>
          </w:p>
        </w:tc>
      </w:tr>
    </w:tbl>
    <w:p w14:paraId="43E1D697" w14:textId="65289A60" w:rsidR="00621FBB" w:rsidRDefault="00000000">
      <w:pPr>
        <w:keepNext/>
        <w:shd w:val="clear" w:color="auto" w:fill="1A365D"/>
        <w:spacing w:before="280" w:after="120"/>
      </w:pPr>
      <w:r>
        <w:rPr>
          <w:b/>
          <w:color w:val="FFFFFF"/>
          <w:sz w:val="23"/>
        </w:rPr>
        <w:lastRenderedPageBreak/>
        <w:t xml:space="preserve">  🎯 1. KAZANIM: BTY.5.1.1. Günlük yaşamda kullanılan bilişim teknolojilerini sınıflandırabilme (1. ve 2. </w:t>
      </w:r>
      <w:proofErr w:type="spellStart"/>
      <w:r>
        <w:rPr>
          <w:b/>
          <w:color w:val="FFFFFF"/>
          <w:sz w:val="23"/>
        </w:rPr>
        <w:t>Hafta</w:t>
      </w:r>
      <w:proofErr w:type="spellEnd"/>
      <w:r>
        <w:rPr>
          <w:b/>
          <w:color w:val="FFFFFF"/>
          <w:sz w:val="23"/>
        </w:rPr>
        <w:t xml:space="preserve">: </w:t>
      </w:r>
      <w:r w:rsidR="006972C4">
        <w:rPr>
          <w:b/>
          <w:color w:val="FFFFFF"/>
          <w:sz w:val="23"/>
        </w:rPr>
        <w:t>3</w:t>
      </w:r>
      <w:r>
        <w:rPr>
          <w:b/>
          <w:color w:val="FFFFFF"/>
          <w:sz w:val="23"/>
        </w:rPr>
        <w:t xml:space="preserve"> Soru)</w:t>
      </w:r>
    </w:p>
    <w:p w14:paraId="49F23E77" w14:textId="77777777" w:rsidR="00621FBB" w:rsidRDefault="00000000">
      <w:pPr>
        <w:keepNext/>
        <w:spacing w:before="180" w:after="80"/>
      </w:pPr>
      <w:r>
        <w:rPr>
          <w:b/>
          <w:color w:val="2B6CB0"/>
        </w:rPr>
        <w:t xml:space="preserve">📌 Örnek Soru 1.1: </w:t>
      </w:r>
      <w:r>
        <w:t>Aşağıdaki görsel kartlarda verilen bilişim teknolojilerini ağırlıklı olarak kullanıldıkları alanlara göre (Sağlık, Eğitim, Bankacılık/Finans, Ulaşım, Güvenlik, Ticaret/Alışveriş, Tarım, İletişim vb.) sınıflandırarak karşılarına yazınız.</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2664"/>
        <w:gridCol w:w="2664"/>
        <w:gridCol w:w="2664"/>
        <w:gridCol w:w="2664"/>
      </w:tblGrid>
      <w:tr w:rsidR="00621FBB" w14:paraId="12881D60" w14:textId="77777777">
        <w:trPr>
          <w:cantSplit/>
          <w:tblHeader/>
          <w:jc w:val="center"/>
        </w:trPr>
        <w:tc>
          <w:tcPr>
            <w:tcW w:w="2664" w:type="dxa"/>
            <w:shd w:val="clear" w:color="auto" w:fill="EBF8FF"/>
            <w:tcMar>
              <w:top w:w="95" w:type="dxa"/>
              <w:left w:w="130" w:type="dxa"/>
              <w:bottom w:w="95" w:type="dxa"/>
              <w:right w:w="130" w:type="dxa"/>
            </w:tcMar>
            <w:vAlign w:val="center"/>
          </w:tcPr>
          <w:p w14:paraId="6D532C60" w14:textId="77777777" w:rsidR="00621FBB" w:rsidRDefault="00000000">
            <w:pPr>
              <w:keepNext/>
              <w:spacing w:before="40" w:after="40"/>
              <w:jc w:val="center"/>
            </w:pPr>
            <w:r>
              <w:rPr>
                <w:b/>
                <w:color w:val="1A365D"/>
                <w:sz w:val="21"/>
              </w:rPr>
              <w:t>Bilişim Teknolojisi Görsel Kartı</w:t>
            </w:r>
          </w:p>
        </w:tc>
        <w:tc>
          <w:tcPr>
            <w:tcW w:w="2664" w:type="dxa"/>
            <w:shd w:val="clear" w:color="auto" w:fill="EBF8FF"/>
            <w:tcMar>
              <w:top w:w="95" w:type="dxa"/>
              <w:left w:w="130" w:type="dxa"/>
              <w:bottom w:w="95" w:type="dxa"/>
              <w:right w:w="130" w:type="dxa"/>
            </w:tcMar>
            <w:vAlign w:val="center"/>
          </w:tcPr>
          <w:p w14:paraId="2ADA5437" w14:textId="77777777" w:rsidR="00621FBB" w:rsidRDefault="00000000">
            <w:pPr>
              <w:keepNext/>
              <w:spacing w:before="40" w:after="40"/>
              <w:jc w:val="center"/>
            </w:pPr>
            <w:r>
              <w:rPr>
                <w:b/>
                <w:color w:val="1A365D"/>
                <w:sz w:val="21"/>
              </w:rPr>
              <w:t>Kullanım Alanı</w:t>
            </w:r>
          </w:p>
        </w:tc>
        <w:tc>
          <w:tcPr>
            <w:tcW w:w="2664" w:type="dxa"/>
            <w:shd w:val="clear" w:color="auto" w:fill="EBF8FF"/>
            <w:tcMar>
              <w:top w:w="95" w:type="dxa"/>
              <w:left w:w="130" w:type="dxa"/>
              <w:bottom w:w="95" w:type="dxa"/>
              <w:right w:w="130" w:type="dxa"/>
            </w:tcMar>
            <w:vAlign w:val="center"/>
          </w:tcPr>
          <w:p w14:paraId="14DD86D8" w14:textId="77777777" w:rsidR="00621FBB" w:rsidRDefault="00000000">
            <w:pPr>
              <w:keepNext/>
              <w:spacing w:before="40" w:after="40"/>
              <w:jc w:val="center"/>
            </w:pPr>
            <w:r>
              <w:rPr>
                <w:b/>
                <w:color w:val="1A365D"/>
                <w:sz w:val="21"/>
              </w:rPr>
              <w:t>Bilişim Teknolojisi Görsel Kartı</w:t>
            </w:r>
          </w:p>
        </w:tc>
        <w:tc>
          <w:tcPr>
            <w:tcW w:w="2664" w:type="dxa"/>
            <w:shd w:val="clear" w:color="auto" w:fill="EBF8FF"/>
            <w:tcMar>
              <w:top w:w="95" w:type="dxa"/>
              <w:left w:w="130" w:type="dxa"/>
              <w:bottom w:w="95" w:type="dxa"/>
              <w:right w:w="130" w:type="dxa"/>
            </w:tcMar>
            <w:vAlign w:val="center"/>
          </w:tcPr>
          <w:p w14:paraId="118ABD2D" w14:textId="77777777" w:rsidR="00621FBB" w:rsidRDefault="00000000">
            <w:pPr>
              <w:keepNext/>
              <w:spacing w:before="40" w:after="40"/>
              <w:jc w:val="center"/>
            </w:pPr>
            <w:r>
              <w:rPr>
                <w:b/>
                <w:color w:val="1A365D"/>
                <w:sz w:val="21"/>
              </w:rPr>
              <w:t>Kullanım Alanı</w:t>
            </w:r>
          </w:p>
        </w:tc>
      </w:tr>
      <w:tr w:rsidR="00621FBB" w14:paraId="650EA13D" w14:textId="77777777">
        <w:trPr>
          <w:cantSplit/>
          <w:jc w:val="center"/>
        </w:trPr>
        <w:tc>
          <w:tcPr>
            <w:tcW w:w="2664" w:type="dxa"/>
            <w:tcMar>
              <w:top w:w="85" w:type="dxa"/>
              <w:left w:w="120" w:type="dxa"/>
              <w:bottom w:w="85" w:type="dxa"/>
              <w:right w:w="120" w:type="dxa"/>
            </w:tcMar>
            <w:vAlign w:val="center"/>
          </w:tcPr>
          <w:p w14:paraId="0ADB9DEE" w14:textId="77777777" w:rsidR="00621FBB" w:rsidRDefault="00000000">
            <w:pPr>
              <w:keepNext/>
              <w:spacing w:before="40" w:after="40" w:line="269" w:lineRule="auto"/>
            </w:pPr>
            <w:r>
              <w:rPr>
                <w:sz w:val="20"/>
              </w:rPr>
              <w:t>🏥 Hastane Randevu ve Teşhis Sistemi</w:t>
            </w:r>
          </w:p>
        </w:tc>
        <w:tc>
          <w:tcPr>
            <w:tcW w:w="2664" w:type="dxa"/>
            <w:tcMar>
              <w:top w:w="85" w:type="dxa"/>
              <w:left w:w="120" w:type="dxa"/>
              <w:bottom w:w="85" w:type="dxa"/>
              <w:right w:w="120" w:type="dxa"/>
            </w:tcMar>
            <w:vAlign w:val="center"/>
          </w:tcPr>
          <w:p w14:paraId="264673D4" w14:textId="77777777" w:rsidR="00621FBB" w:rsidRDefault="00000000">
            <w:pPr>
              <w:keepNext/>
              <w:spacing w:before="40" w:after="40"/>
              <w:jc w:val="center"/>
            </w:pPr>
            <w:r>
              <w:rPr>
                <w:b/>
                <w:color w:val="DC2626"/>
                <w:sz w:val="20"/>
              </w:rPr>
              <w:t>Sağlık</w:t>
            </w:r>
          </w:p>
        </w:tc>
        <w:tc>
          <w:tcPr>
            <w:tcW w:w="2664" w:type="dxa"/>
            <w:tcMar>
              <w:top w:w="85" w:type="dxa"/>
              <w:left w:w="120" w:type="dxa"/>
              <w:bottom w:w="85" w:type="dxa"/>
              <w:right w:w="120" w:type="dxa"/>
            </w:tcMar>
            <w:vAlign w:val="center"/>
          </w:tcPr>
          <w:p w14:paraId="77D6409D" w14:textId="77777777" w:rsidR="00621FBB" w:rsidRDefault="00000000">
            <w:pPr>
              <w:keepNext/>
              <w:spacing w:before="40" w:after="40" w:line="269" w:lineRule="auto"/>
            </w:pPr>
            <w:r>
              <w:rPr>
                <w:sz w:val="20"/>
              </w:rPr>
              <w:t>🗺️ Navigasyon ve Akıllı Trafik Uygulaması</w:t>
            </w:r>
          </w:p>
        </w:tc>
        <w:tc>
          <w:tcPr>
            <w:tcW w:w="2664" w:type="dxa"/>
            <w:tcMar>
              <w:top w:w="85" w:type="dxa"/>
              <w:left w:w="120" w:type="dxa"/>
              <w:bottom w:w="85" w:type="dxa"/>
              <w:right w:w="120" w:type="dxa"/>
            </w:tcMar>
            <w:vAlign w:val="center"/>
          </w:tcPr>
          <w:p w14:paraId="7179B481" w14:textId="77777777" w:rsidR="00621FBB" w:rsidRDefault="00000000">
            <w:pPr>
              <w:keepNext/>
              <w:spacing w:before="40" w:after="40"/>
              <w:jc w:val="center"/>
            </w:pPr>
            <w:r>
              <w:rPr>
                <w:b/>
                <w:color w:val="DC2626"/>
                <w:sz w:val="20"/>
              </w:rPr>
              <w:t>Ulaşım</w:t>
            </w:r>
          </w:p>
        </w:tc>
      </w:tr>
      <w:tr w:rsidR="00621FBB" w14:paraId="6E1060CF" w14:textId="77777777">
        <w:trPr>
          <w:cantSplit/>
          <w:jc w:val="center"/>
        </w:trPr>
        <w:tc>
          <w:tcPr>
            <w:tcW w:w="2664" w:type="dxa"/>
            <w:shd w:val="clear" w:color="auto" w:fill="F8FAFC"/>
            <w:tcMar>
              <w:top w:w="85" w:type="dxa"/>
              <w:left w:w="120" w:type="dxa"/>
              <w:bottom w:w="85" w:type="dxa"/>
              <w:right w:w="120" w:type="dxa"/>
            </w:tcMar>
            <w:vAlign w:val="center"/>
          </w:tcPr>
          <w:p w14:paraId="7D4C7C0B" w14:textId="77777777" w:rsidR="00621FBB" w:rsidRDefault="00000000">
            <w:pPr>
              <w:keepNext/>
              <w:spacing w:before="40" w:after="40" w:line="269" w:lineRule="auto"/>
            </w:pPr>
            <w:r>
              <w:rPr>
                <w:sz w:val="20"/>
              </w:rPr>
              <w:t>🏫 Etkileşimli Akıllı Tahta</w:t>
            </w:r>
          </w:p>
        </w:tc>
        <w:tc>
          <w:tcPr>
            <w:tcW w:w="2664" w:type="dxa"/>
            <w:shd w:val="clear" w:color="auto" w:fill="F8FAFC"/>
            <w:tcMar>
              <w:top w:w="85" w:type="dxa"/>
              <w:left w:w="120" w:type="dxa"/>
              <w:bottom w:w="85" w:type="dxa"/>
              <w:right w:w="120" w:type="dxa"/>
            </w:tcMar>
            <w:vAlign w:val="center"/>
          </w:tcPr>
          <w:p w14:paraId="7A3FBEDC" w14:textId="77777777" w:rsidR="00621FBB" w:rsidRDefault="00000000">
            <w:pPr>
              <w:keepNext/>
              <w:spacing w:before="40" w:after="40"/>
              <w:jc w:val="center"/>
            </w:pPr>
            <w:r>
              <w:rPr>
                <w:b/>
                <w:color w:val="DC2626"/>
                <w:sz w:val="20"/>
              </w:rPr>
              <w:t>Eğitim</w:t>
            </w:r>
          </w:p>
        </w:tc>
        <w:tc>
          <w:tcPr>
            <w:tcW w:w="2664" w:type="dxa"/>
            <w:shd w:val="clear" w:color="auto" w:fill="F8FAFC"/>
            <w:tcMar>
              <w:top w:w="85" w:type="dxa"/>
              <w:left w:w="120" w:type="dxa"/>
              <w:bottom w:w="85" w:type="dxa"/>
              <w:right w:w="120" w:type="dxa"/>
            </w:tcMar>
            <w:vAlign w:val="center"/>
          </w:tcPr>
          <w:p w14:paraId="7A89EA57" w14:textId="77777777" w:rsidR="00621FBB" w:rsidRDefault="00000000">
            <w:pPr>
              <w:keepNext/>
              <w:spacing w:before="40" w:after="40" w:line="269" w:lineRule="auto"/>
            </w:pPr>
            <w:r>
              <w:rPr>
                <w:sz w:val="20"/>
              </w:rPr>
              <w:t>📹 Güvenlik Kamerası (MOBESE) Sistemi</w:t>
            </w:r>
          </w:p>
        </w:tc>
        <w:tc>
          <w:tcPr>
            <w:tcW w:w="2664" w:type="dxa"/>
            <w:shd w:val="clear" w:color="auto" w:fill="F8FAFC"/>
            <w:tcMar>
              <w:top w:w="85" w:type="dxa"/>
              <w:left w:w="120" w:type="dxa"/>
              <w:bottom w:w="85" w:type="dxa"/>
              <w:right w:w="120" w:type="dxa"/>
            </w:tcMar>
            <w:vAlign w:val="center"/>
          </w:tcPr>
          <w:p w14:paraId="17F00584" w14:textId="77777777" w:rsidR="00621FBB" w:rsidRDefault="00000000">
            <w:pPr>
              <w:keepNext/>
              <w:spacing w:before="40" w:after="40"/>
              <w:jc w:val="center"/>
            </w:pPr>
            <w:r>
              <w:rPr>
                <w:b/>
                <w:color w:val="DC2626"/>
                <w:sz w:val="20"/>
              </w:rPr>
              <w:t>Güvenlik</w:t>
            </w:r>
          </w:p>
        </w:tc>
      </w:tr>
      <w:tr w:rsidR="00621FBB" w14:paraId="0E9735CD" w14:textId="77777777">
        <w:trPr>
          <w:cantSplit/>
          <w:jc w:val="center"/>
        </w:trPr>
        <w:tc>
          <w:tcPr>
            <w:tcW w:w="2664" w:type="dxa"/>
            <w:tcMar>
              <w:top w:w="85" w:type="dxa"/>
              <w:left w:w="120" w:type="dxa"/>
              <w:bottom w:w="85" w:type="dxa"/>
              <w:right w:w="120" w:type="dxa"/>
            </w:tcMar>
            <w:vAlign w:val="center"/>
          </w:tcPr>
          <w:p w14:paraId="055EC676" w14:textId="77777777" w:rsidR="00621FBB" w:rsidRDefault="00000000">
            <w:pPr>
              <w:keepNext/>
              <w:spacing w:before="40" w:after="40" w:line="269" w:lineRule="auto"/>
            </w:pPr>
            <w:r>
              <w:rPr>
                <w:sz w:val="20"/>
              </w:rPr>
              <w:t>🏧 Bankamatik (ATM) Cihazı</w:t>
            </w:r>
          </w:p>
        </w:tc>
        <w:tc>
          <w:tcPr>
            <w:tcW w:w="2664" w:type="dxa"/>
            <w:tcMar>
              <w:top w:w="85" w:type="dxa"/>
              <w:left w:w="120" w:type="dxa"/>
              <w:bottom w:w="85" w:type="dxa"/>
              <w:right w:w="120" w:type="dxa"/>
            </w:tcMar>
            <w:vAlign w:val="center"/>
          </w:tcPr>
          <w:p w14:paraId="1FF047A7" w14:textId="77777777" w:rsidR="00621FBB" w:rsidRDefault="00000000">
            <w:pPr>
              <w:keepNext/>
              <w:spacing w:before="40" w:after="40"/>
              <w:jc w:val="center"/>
            </w:pPr>
            <w:r>
              <w:rPr>
                <w:b/>
                <w:color w:val="DC2626"/>
                <w:sz w:val="20"/>
              </w:rPr>
              <w:t>Bankacılık / Finans</w:t>
            </w:r>
          </w:p>
        </w:tc>
        <w:tc>
          <w:tcPr>
            <w:tcW w:w="2664" w:type="dxa"/>
            <w:tcMar>
              <w:top w:w="85" w:type="dxa"/>
              <w:left w:w="120" w:type="dxa"/>
              <w:bottom w:w="85" w:type="dxa"/>
              <w:right w:w="120" w:type="dxa"/>
            </w:tcMar>
            <w:vAlign w:val="center"/>
          </w:tcPr>
          <w:p w14:paraId="5FF9A0A4" w14:textId="77777777" w:rsidR="00621FBB" w:rsidRDefault="00000000">
            <w:pPr>
              <w:keepNext/>
              <w:spacing w:before="40" w:after="40" w:line="269" w:lineRule="auto"/>
            </w:pPr>
            <w:r>
              <w:rPr>
                <w:sz w:val="20"/>
              </w:rPr>
              <w:t>🛒 E-Ticaret (Online Mağaza) Uygulaması</w:t>
            </w:r>
          </w:p>
        </w:tc>
        <w:tc>
          <w:tcPr>
            <w:tcW w:w="2664" w:type="dxa"/>
            <w:tcMar>
              <w:top w:w="85" w:type="dxa"/>
              <w:left w:w="120" w:type="dxa"/>
              <w:bottom w:w="85" w:type="dxa"/>
              <w:right w:w="120" w:type="dxa"/>
            </w:tcMar>
            <w:vAlign w:val="center"/>
          </w:tcPr>
          <w:p w14:paraId="06949EA8" w14:textId="77777777" w:rsidR="00621FBB" w:rsidRDefault="00000000">
            <w:pPr>
              <w:keepNext/>
              <w:spacing w:before="40" w:after="40"/>
              <w:jc w:val="center"/>
            </w:pPr>
            <w:r>
              <w:rPr>
                <w:b/>
                <w:color w:val="DC2626"/>
                <w:sz w:val="20"/>
              </w:rPr>
              <w:t>Ticaret / Alışveriş</w:t>
            </w:r>
          </w:p>
        </w:tc>
      </w:tr>
      <w:tr w:rsidR="00621FBB" w14:paraId="54776B38" w14:textId="77777777">
        <w:trPr>
          <w:cantSplit/>
          <w:jc w:val="center"/>
        </w:trPr>
        <w:tc>
          <w:tcPr>
            <w:tcW w:w="2664" w:type="dxa"/>
            <w:shd w:val="clear" w:color="auto" w:fill="F8FAFC"/>
            <w:tcMar>
              <w:top w:w="85" w:type="dxa"/>
              <w:left w:w="120" w:type="dxa"/>
              <w:bottom w:w="85" w:type="dxa"/>
              <w:right w:w="120" w:type="dxa"/>
            </w:tcMar>
            <w:vAlign w:val="center"/>
          </w:tcPr>
          <w:p w14:paraId="59F7B7BD" w14:textId="77777777" w:rsidR="00621FBB" w:rsidRDefault="00000000">
            <w:pPr>
              <w:spacing w:before="40" w:after="40" w:line="269" w:lineRule="auto"/>
            </w:pPr>
            <w:r>
              <w:rPr>
                <w:sz w:val="20"/>
              </w:rPr>
              <w:t>🚁 Tarımsal İlaçlama ve Sulama Dronu</w:t>
            </w:r>
          </w:p>
        </w:tc>
        <w:tc>
          <w:tcPr>
            <w:tcW w:w="2664" w:type="dxa"/>
            <w:shd w:val="clear" w:color="auto" w:fill="F8FAFC"/>
            <w:tcMar>
              <w:top w:w="85" w:type="dxa"/>
              <w:left w:w="120" w:type="dxa"/>
              <w:bottom w:w="85" w:type="dxa"/>
              <w:right w:w="120" w:type="dxa"/>
            </w:tcMar>
            <w:vAlign w:val="center"/>
          </w:tcPr>
          <w:p w14:paraId="0F50A554" w14:textId="77777777" w:rsidR="00621FBB" w:rsidRDefault="00000000">
            <w:pPr>
              <w:spacing w:before="40" w:after="40"/>
              <w:jc w:val="center"/>
            </w:pPr>
            <w:r>
              <w:rPr>
                <w:b/>
                <w:color w:val="DC2626"/>
                <w:sz w:val="20"/>
              </w:rPr>
              <w:t>Tarım</w:t>
            </w:r>
          </w:p>
        </w:tc>
        <w:tc>
          <w:tcPr>
            <w:tcW w:w="2664" w:type="dxa"/>
            <w:shd w:val="clear" w:color="auto" w:fill="F8FAFC"/>
            <w:tcMar>
              <w:top w:w="85" w:type="dxa"/>
              <w:left w:w="120" w:type="dxa"/>
              <w:bottom w:w="85" w:type="dxa"/>
              <w:right w:w="120" w:type="dxa"/>
            </w:tcMar>
            <w:vAlign w:val="center"/>
          </w:tcPr>
          <w:p w14:paraId="23E34EED" w14:textId="77777777" w:rsidR="00621FBB" w:rsidRDefault="00000000">
            <w:pPr>
              <w:spacing w:before="40" w:after="40" w:line="269" w:lineRule="auto"/>
            </w:pPr>
            <w:r>
              <w:rPr>
                <w:sz w:val="20"/>
              </w:rPr>
              <w:t>📚 Kütüphane Karekod Otomasyon Sistemi</w:t>
            </w:r>
          </w:p>
        </w:tc>
        <w:tc>
          <w:tcPr>
            <w:tcW w:w="2664" w:type="dxa"/>
            <w:shd w:val="clear" w:color="auto" w:fill="F8FAFC"/>
            <w:tcMar>
              <w:top w:w="85" w:type="dxa"/>
              <w:left w:w="120" w:type="dxa"/>
              <w:bottom w:w="85" w:type="dxa"/>
              <w:right w:w="120" w:type="dxa"/>
            </w:tcMar>
            <w:vAlign w:val="center"/>
          </w:tcPr>
          <w:p w14:paraId="6257918B" w14:textId="77777777" w:rsidR="00621FBB" w:rsidRDefault="00000000">
            <w:pPr>
              <w:spacing w:before="40" w:after="40"/>
              <w:jc w:val="center"/>
            </w:pPr>
            <w:r>
              <w:rPr>
                <w:b/>
                <w:color w:val="DC2626"/>
                <w:sz w:val="20"/>
              </w:rPr>
              <w:t>Eğitim / Kütüphanecilik</w:t>
            </w:r>
          </w:p>
        </w:tc>
      </w:tr>
    </w:tbl>
    <w:p w14:paraId="6DFFE934" w14:textId="008D4498" w:rsidR="00621FBB" w:rsidRDefault="00000000">
      <w:pPr>
        <w:keepNext/>
        <w:spacing w:before="180" w:after="80"/>
      </w:pPr>
      <w:r>
        <w:rPr>
          <w:b/>
          <w:color w:val="2B6CB0"/>
        </w:rPr>
        <w:lastRenderedPageBreak/>
        <w:t>📌 Örnek Soru 1.</w:t>
      </w:r>
      <w:r w:rsidR="006972C4">
        <w:rPr>
          <w:b/>
          <w:color w:val="2B6CB0"/>
        </w:rPr>
        <w:t>2</w:t>
      </w:r>
      <w:r>
        <w:rPr>
          <w:b/>
          <w:color w:val="2B6CB0"/>
        </w:rPr>
        <w:t xml:space="preserve">: </w:t>
      </w:r>
      <w:proofErr w:type="spellStart"/>
      <w:r>
        <w:t>Aşağıdaki</w:t>
      </w:r>
      <w:proofErr w:type="spellEnd"/>
      <w:r>
        <w:t xml:space="preserve"> </w:t>
      </w:r>
      <w:proofErr w:type="spellStart"/>
      <w:r>
        <w:t>görsellerde</w:t>
      </w:r>
      <w:proofErr w:type="spellEnd"/>
      <w:r>
        <w:t xml:space="preserve"> </w:t>
      </w:r>
      <w:proofErr w:type="spellStart"/>
      <w:r>
        <w:t>bilişim</w:t>
      </w:r>
      <w:proofErr w:type="spellEnd"/>
      <w:r>
        <w:t xml:space="preserve"> </w:t>
      </w:r>
      <w:proofErr w:type="spellStart"/>
      <w:r>
        <w:t>teknolojilerinin</w:t>
      </w:r>
      <w:proofErr w:type="spellEnd"/>
      <w:r>
        <w:t xml:space="preserve"> günlük yaşamımızdaki 5 farklı kullanım örneği numaralandırılmıştır. Görselleri inceleyerek her birinin hangi kullanım alanına ait olduğunu ve hayatımıza sağladığı kolaylığı tabloya yazınız.</w:t>
      </w:r>
    </w:p>
    <w:p w14:paraId="0DA2611C" w14:textId="77777777" w:rsidR="00621FBB" w:rsidRDefault="00000000">
      <w:pPr>
        <w:keepNext/>
        <w:spacing w:before="60" w:after="100"/>
        <w:jc w:val="center"/>
      </w:pPr>
      <w:r>
        <w:rPr>
          <w:noProof/>
        </w:rPr>
        <w:drawing>
          <wp:inline distT="0" distB="0" distL="0" distR="0" wp14:anchorId="344CC291" wp14:editId="7FD0F509">
            <wp:extent cx="4846320" cy="29367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lanim_alanlari_5gorsel.png"/>
                    <pic:cNvPicPr/>
                  </pic:nvPicPr>
                  <pic:blipFill>
                    <a:blip r:embed="rId6"/>
                    <a:stretch>
                      <a:fillRect/>
                    </a:stretch>
                  </pic:blipFill>
                  <pic:spPr>
                    <a:xfrm>
                      <a:off x="0" y="0"/>
                      <a:ext cx="4846320" cy="2936752"/>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3552"/>
        <w:gridCol w:w="3552"/>
        <w:gridCol w:w="3552"/>
      </w:tblGrid>
      <w:tr w:rsidR="00621FBB" w14:paraId="41AF88B2" w14:textId="77777777">
        <w:trPr>
          <w:cantSplit/>
          <w:tblHeader/>
          <w:jc w:val="center"/>
        </w:trPr>
        <w:tc>
          <w:tcPr>
            <w:tcW w:w="3552" w:type="dxa"/>
            <w:shd w:val="clear" w:color="auto" w:fill="EBF8FF"/>
            <w:tcMar>
              <w:top w:w="95" w:type="dxa"/>
              <w:left w:w="130" w:type="dxa"/>
              <w:bottom w:w="95" w:type="dxa"/>
              <w:right w:w="130" w:type="dxa"/>
            </w:tcMar>
            <w:vAlign w:val="center"/>
          </w:tcPr>
          <w:p w14:paraId="29743455" w14:textId="77777777" w:rsidR="00621FBB" w:rsidRDefault="00000000">
            <w:pPr>
              <w:keepNext/>
              <w:spacing w:before="40" w:after="40"/>
              <w:jc w:val="center"/>
            </w:pPr>
            <w:r>
              <w:rPr>
                <w:b/>
                <w:color w:val="1A365D"/>
                <w:sz w:val="21"/>
              </w:rPr>
              <w:t>Görsel No</w:t>
            </w:r>
          </w:p>
        </w:tc>
        <w:tc>
          <w:tcPr>
            <w:tcW w:w="3552" w:type="dxa"/>
            <w:shd w:val="clear" w:color="auto" w:fill="EBF8FF"/>
            <w:tcMar>
              <w:top w:w="95" w:type="dxa"/>
              <w:left w:w="130" w:type="dxa"/>
              <w:bottom w:w="95" w:type="dxa"/>
              <w:right w:w="130" w:type="dxa"/>
            </w:tcMar>
            <w:vAlign w:val="center"/>
          </w:tcPr>
          <w:p w14:paraId="6A086D74" w14:textId="77777777" w:rsidR="00621FBB" w:rsidRDefault="00000000">
            <w:pPr>
              <w:keepNext/>
              <w:spacing w:before="40" w:after="40"/>
              <w:jc w:val="center"/>
            </w:pPr>
            <w:r>
              <w:rPr>
                <w:b/>
                <w:color w:val="1A365D"/>
                <w:sz w:val="21"/>
              </w:rPr>
              <w:t>Kullanım Alanı (Eğitim, Sağlık, Ulaşım, İletişim, Güvenlik)</w:t>
            </w:r>
          </w:p>
        </w:tc>
        <w:tc>
          <w:tcPr>
            <w:tcW w:w="3552" w:type="dxa"/>
            <w:shd w:val="clear" w:color="auto" w:fill="EBF8FF"/>
            <w:tcMar>
              <w:top w:w="95" w:type="dxa"/>
              <w:left w:w="130" w:type="dxa"/>
              <w:bottom w:w="95" w:type="dxa"/>
              <w:right w:w="130" w:type="dxa"/>
            </w:tcMar>
            <w:vAlign w:val="center"/>
          </w:tcPr>
          <w:p w14:paraId="605BED68" w14:textId="77777777" w:rsidR="00621FBB" w:rsidRDefault="00000000">
            <w:pPr>
              <w:keepNext/>
              <w:spacing w:before="40" w:after="40"/>
              <w:jc w:val="center"/>
            </w:pPr>
            <w:r>
              <w:rPr>
                <w:b/>
                <w:color w:val="1A365D"/>
                <w:sz w:val="21"/>
              </w:rPr>
              <w:t>Bu Teknolojinin Günlük Hayatımıza Sağladığı Kolaylık Nedir?</w:t>
            </w:r>
          </w:p>
        </w:tc>
      </w:tr>
      <w:tr w:rsidR="00621FBB" w14:paraId="329BA8F4" w14:textId="77777777">
        <w:trPr>
          <w:cantSplit/>
          <w:jc w:val="center"/>
        </w:trPr>
        <w:tc>
          <w:tcPr>
            <w:tcW w:w="3552" w:type="dxa"/>
            <w:tcMar>
              <w:top w:w="85" w:type="dxa"/>
              <w:left w:w="120" w:type="dxa"/>
              <w:bottom w:w="85" w:type="dxa"/>
              <w:right w:w="120" w:type="dxa"/>
            </w:tcMar>
            <w:vAlign w:val="center"/>
          </w:tcPr>
          <w:p w14:paraId="061BED4F" w14:textId="77777777" w:rsidR="00621FBB" w:rsidRDefault="00000000">
            <w:pPr>
              <w:keepNext/>
              <w:spacing w:before="40" w:after="40" w:line="269" w:lineRule="auto"/>
            </w:pPr>
            <w:r>
              <w:rPr>
                <w:b/>
                <w:color w:val="1A365D"/>
                <w:sz w:val="20"/>
              </w:rPr>
              <w:t>[1] 1. Görsel</w:t>
            </w:r>
          </w:p>
        </w:tc>
        <w:tc>
          <w:tcPr>
            <w:tcW w:w="3552" w:type="dxa"/>
            <w:tcMar>
              <w:top w:w="85" w:type="dxa"/>
              <w:left w:w="120" w:type="dxa"/>
              <w:bottom w:w="85" w:type="dxa"/>
              <w:right w:w="120" w:type="dxa"/>
            </w:tcMar>
            <w:vAlign w:val="center"/>
          </w:tcPr>
          <w:p w14:paraId="786B9E9A" w14:textId="77777777" w:rsidR="00621FBB" w:rsidRDefault="00000000">
            <w:pPr>
              <w:keepNext/>
              <w:spacing w:before="40" w:after="40"/>
              <w:jc w:val="center"/>
            </w:pPr>
            <w:r>
              <w:rPr>
                <w:b/>
                <w:color w:val="DC2626"/>
                <w:sz w:val="20"/>
              </w:rPr>
              <w:t>EĞİTİM</w:t>
            </w:r>
          </w:p>
        </w:tc>
        <w:tc>
          <w:tcPr>
            <w:tcW w:w="3552" w:type="dxa"/>
            <w:tcMar>
              <w:top w:w="85" w:type="dxa"/>
              <w:left w:w="120" w:type="dxa"/>
              <w:bottom w:w="85" w:type="dxa"/>
              <w:right w:w="120" w:type="dxa"/>
            </w:tcMar>
            <w:vAlign w:val="center"/>
          </w:tcPr>
          <w:p w14:paraId="53B06EE8" w14:textId="77777777" w:rsidR="00621FBB" w:rsidRDefault="00000000">
            <w:pPr>
              <w:keepNext/>
              <w:spacing w:before="40" w:after="40"/>
            </w:pPr>
            <w:r>
              <w:rPr>
                <w:b/>
                <w:color w:val="DC2626"/>
                <w:sz w:val="20"/>
              </w:rPr>
              <w:t>Akıllı tahta ve görsel simülasyonlar sayesinde derslerin daha etkileşimli, anlaşılır ve kalıcı öğrenilmesini sağlar.</w:t>
            </w:r>
          </w:p>
        </w:tc>
      </w:tr>
      <w:tr w:rsidR="00621FBB" w14:paraId="37FA9597" w14:textId="77777777">
        <w:trPr>
          <w:cantSplit/>
          <w:jc w:val="center"/>
        </w:trPr>
        <w:tc>
          <w:tcPr>
            <w:tcW w:w="3552" w:type="dxa"/>
            <w:shd w:val="clear" w:color="auto" w:fill="F8FAFC"/>
            <w:tcMar>
              <w:top w:w="85" w:type="dxa"/>
              <w:left w:w="120" w:type="dxa"/>
              <w:bottom w:w="85" w:type="dxa"/>
              <w:right w:w="120" w:type="dxa"/>
            </w:tcMar>
            <w:vAlign w:val="center"/>
          </w:tcPr>
          <w:p w14:paraId="18AD56FC" w14:textId="77777777" w:rsidR="00621FBB" w:rsidRDefault="00000000">
            <w:pPr>
              <w:keepNext/>
              <w:spacing w:before="40" w:after="40" w:line="269" w:lineRule="auto"/>
            </w:pPr>
            <w:r>
              <w:rPr>
                <w:b/>
                <w:color w:val="1A365D"/>
                <w:sz w:val="20"/>
              </w:rPr>
              <w:t>[2] 2. Görsel</w:t>
            </w:r>
          </w:p>
        </w:tc>
        <w:tc>
          <w:tcPr>
            <w:tcW w:w="3552" w:type="dxa"/>
            <w:shd w:val="clear" w:color="auto" w:fill="F8FAFC"/>
            <w:tcMar>
              <w:top w:w="85" w:type="dxa"/>
              <w:left w:w="120" w:type="dxa"/>
              <w:bottom w:w="85" w:type="dxa"/>
              <w:right w:w="120" w:type="dxa"/>
            </w:tcMar>
            <w:vAlign w:val="center"/>
          </w:tcPr>
          <w:p w14:paraId="4CEEB9D1" w14:textId="77777777" w:rsidR="00621FBB" w:rsidRDefault="00000000">
            <w:pPr>
              <w:keepNext/>
              <w:spacing w:before="40" w:after="40"/>
              <w:jc w:val="center"/>
            </w:pPr>
            <w:r>
              <w:rPr>
                <w:b/>
                <w:color w:val="DC2626"/>
                <w:sz w:val="20"/>
              </w:rPr>
              <w:t>SAĞLIK</w:t>
            </w:r>
          </w:p>
        </w:tc>
        <w:tc>
          <w:tcPr>
            <w:tcW w:w="3552" w:type="dxa"/>
            <w:shd w:val="clear" w:color="auto" w:fill="F8FAFC"/>
            <w:tcMar>
              <w:top w:w="85" w:type="dxa"/>
              <w:left w:w="120" w:type="dxa"/>
              <w:bottom w:w="85" w:type="dxa"/>
              <w:right w:w="120" w:type="dxa"/>
            </w:tcMar>
            <w:vAlign w:val="center"/>
          </w:tcPr>
          <w:p w14:paraId="7D5B7092" w14:textId="77777777" w:rsidR="00621FBB" w:rsidRDefault="00000000">
            <w:pPr>
              <w:keepNext/>
              <w:spacing w:before="40" w:after="40"/>
            </w:pPr>
            <w:r>
              <w:rPr>
                <w:b/>
                <w:color w:val="DC2626"/>
                <w:sz w:val="20"/>
              </w:rPr>
              <w:t>Dijital röntgen ve tıbbi görüntüleme cihazları sayesinde hastalıkların hızlı ve doğru teşhis edilmesini sağlar.</w:t>
            </w:r>
          </w:p>
        </w:tc>
      </w:tr>
      <w:tr w:rsidR="00621FBB" w14:paraId="3ED1EFEC" w14:textId="77777777">
        <w:trPr>
          <w:cantSplit/>
          <w:jc w:val="center"/>
        </w:trPr>
        <w:tc>
          <w:tcPr>
            <w:tcW w:w="3552" w:type="dxa"/>
            <w:tcMar>
              <w:top w:w="85" w:type="dxa"/>
              <w:left w:w="120" w:type="dxa"/>
              <w:bottom w:w="85" w:type="dxa"/>
              <w:right w:w="120" w:type="dxa"/>
            </w:tcMar>
            <w:vAlign w:val="center"/>
          </w:tcPr>
          <w:p w14:paraId="234981C5" w14:textId="77777777" w:rsidR="00621FBB" w:rsidRDefault="00000000">
            <w:pPr>
              <w:keepNext/>
              <w:spacing w:before="40" w:after="40" w:line="269" w:lineRule="auto"/>
            </w:pPr>
            <w:r>
              <w:rPr>
                <w:b/>
                <w:color w:val="1A365D"/>
                <w:sz w:val="20"/>
              </w:rPr>
              <w:t>[3] 3. Görsel</w:t>
            </w:r>
          </w:p>
        </w:tc>
        <w:tc>
          <w:tcPr>
            <w:tcW w:w="3552" w:type="dxa"/>
            <w:tcMar>
              <w:top w:w="85" w:type="dxa"/>
              <w:left w:w="120" w:type="dxa"/>
              <w:bottom w:w="85" w:type="dxa"/>
              <w:right w:w="120" w:type="dxa"/>
            </w:tcMar>
            <w:vAlign w:val="center"/>
          </w:tcPr>
          <w:p w14:paraId="56043A15" w14:textId="77777777" w:rsidR="00621FBB" w:rsidRDefault="00000000">
            <w:pPr>
              <w:keepNext/>
              <w:spacing w:before="40" w:after="40"/>
              <w:jc w:val="center"/>
            </w:pPr>
            <w:r>
              <w:rPr>
                <w:b/>
                <w:color w:val="DC2626"/>
                <w:sz w:val="20"/>
              </w:rPr>
              <w:t>ULAŞIM</w:t>
            </w:r>
          </w:p>
        </w:tc>
        <w:tc>
          <w:tcPr>
            <w:tcW w:w="3552" w:type="dxa"/>
            <w:tcMar>
              <w:top w:w="85" w:type="dxa"/>
              <w:left w:w="120" w:type="dxa"/>
              <w:bottom w:w="85" w:type="dxa"/>
              <w:right w:w="120" w:type="dxa"/>
            </w:tcMar>
            <w:vAlign w:val="center"/>
          </w:tcPr>
          <w:p w14:paraId="7B351775" w14:textId="77777777" w:rsidR="00621FBB" w:rsidRDefault="00000000">
            <w:pPr>
              <w:keepNext/>
              <w:spacing w:before="40" w:after="40"/>
            </w:pPr>
            <w:r>
              <w:rPr>
                <w:b/>
                <w:color w:val="DC2626"/>
                <w:sz w:val="20"/>
              </w:rPr>
              <w:t>Navigasyon ve GPS sistemi sayesinde adreslerin kolayca bulunmasını ve en kısa/trafiksiz yoldan gidilmesini sağlar.</w:t>
            </w:r>
          </w:p>
        </w:tc>
      </w:tr>
      <w:tr w:rsidR="00621FBB" w14:paraId="646ECA04" w14:textId="77777777">
        <w:trPr>
          <w:cantSplit/>
          <w:jc w:val="center"/>
        </w:trPr>
        <w:tc>
          <w:tcPr>
            <w:tcW w:w="3552" w:type="dxa"/>
            <w:shd w:val="clear" w:color="auto" w:fill="F8FAFC"/>
            <w:tcMar>
              <w:top w:w="85" w:type="dxa"/>
              <w:left w:w="120" w:type="dxa"/>
              <w:bottom w:w="85" w:type="dxa"/>
              <w:right w:w="120" w:type="dxa"/>
            </w:tcMar>
            <w:vAlign w:val="center"/>
          </w:tcPr>
          <w:p w14:paraId="16EDF380" w14:textId="77777777" w:rsidR="00621FBB" w:rsidRDefault="00000000">
            <w:pPr>
              <w:keepNext/>
              <w:spacing w:before="40" w:after="40" w:line="269" w:lineRule="auto"/>
            </w:pPr>
            <w:r>
              <w:rPr>
                <w:b/>
                <w:color w:val="1A365D"/>
                <w:sz w:val="20"/>
              </w:rPr>
              <w:t>[4] 4. Görsel</w:t>
            </w:r>
          </w:p>
        </w:tc>
        <w:tc>
          <w:tcPr>
            <w:tcW w:w="3552" w:type="dxa"/>
            <w:shd w:val="clear" w:color="auto" w:fill="F8FAFC"/>
            <w:tcMar>
              <w:top w:w="85" w:type="dxa"/>
              <w:left w:w="120" w:type="dxa"/>
              <w:bottom w:w="85" w:type="dxa"/>
              <w:right w:w="120" w:type="dxa"/>
            </w:tcMar>
            <w:vAlign w:val="center"/>
          </w:tcPr>
          <w:p w14:paraId="41A322E8" w14:textId="77777777" w:rsidR="00621FBB" w:rsidRDefault="00000000">
            <w:pPr>
              <w:keepNext/>
              <w:spacing w:before="40" w:after="40"/>
              <w:jc w:val="center"/>
            </w:pPr>
            <w:r>
              <w:rPr>
                <w:b/>
                <w:color w:val="DC2626"/>
                <w:sz w:val="20"/>
              </w:rPr>
              <w:t>İLETİŞİM</w:t>
            </w:r>
          </w:p>
        </w:tc>
        <w:tc>
          <w:tcPr>
            <w:tcW w:w="3552" w:type="dxa"/>
            <w:shd w:val="clear" w:color="auto" w:fill="F8FAFC"/>
            <w:tcMar>
              <w:top w:w="85" w:type="dxa"/>
              <w:left w:w="120" w:type="dxa"/>
              <w:bottom w:w="85" w:type="dxa"/>
              <w:right w:w="120" w:type="dxa"/>
            </w:tcMar>
            <w:vAlign w:val="center"/>
          </w:tcPr>
          <w:p w14:paraId="2A7EFAF8" w14:textId="77777777" w:rsidR="00621FBB" w:rsidRDefault="00000000">
            <w:pPr>
              <w:keepNext/>
              <w:spacing w:before="40" w:after="40"/>
            </w:pPr>
            <w:r>
              <w:rPr>
                <w:b/>
                <w:color w:val="DC2626"/>
                <w:sz w:val="20"/>
              </w:rPr>
              <w:t>Uzaktaki aile büyüklerimizle ve sevdiklerimizle görüntülü ve sesli olarak anında haberleşmemizi sağlar.</w:t>
            </w:r>
          </w:p>
        </w:tc>
      </w:tr>
      <w:tr w:rsidR="00621FBB" w14:paraId="365E5C26" w14:textId="77777777">
        <w:trPr>
          <w:cantSplit/>
          <w:jc w:val="center"/>
        </w:trPr>
        <w:tc>
          <w:tcPr>
            <w:tcW w:w="3552" w:type="dxa"/>
            <w:tcMar>
              <w:top w:w="85" w:type="dxa"/>
              <w:left w:w="120" w:type="dxa"/>
              <w:bottom w:w="85" w:type="dxa"/>
              <w:right w:w="120" w:type="dxa"/>
            </w:tcMar>
            <w:vAlign w:val="center"/>
          </w:tcPr>
          <w:p w14:paraId="0948F810" w14:textId="77777777" w:rsidR="00621FBB" w:rsidRDefault="00000000">
            <w:pPr>
              <w:spacing w:before="40" w:after="40" w:line="269" w:lineRule="auto"/>
            </w:pPr>
            <w:r>
              <w:rPr>
                <w:b/>
                <w:color w:val="1A365D"/>
                <w:sz w:val="20"/>
              </w:rPr>
              <w:t>[5] 5. Görsel</w:t>
            </w:r>
          </w:p>
        </w:tc>
        <w:tc>
          <w:tcPr>
            <w:tcW w:w="3552" w:type="dxa"/>
            <w:tcMar>
              <w:top w:w="85" w:type="dxa"/>
              <w:left w:w="120" w:type="dxa"/>
              <w:bottom w:w="85" w:type="dxa"/>
              <w:right w:w="120" w:type="dxa"/>
            </w:tcMar>
            <w:vAlign w:val="center"/>
          </w:tcPr>
          <w:p w14:paraId="4F6133E9" w14:textId="77777777" w:rsidR="00621FBB" w:rsidRDefault="00000000">
            <w:pPr>
              <w:spacing w:before="40" w:after="40"/>
              <w:jc w:val="center"/>
            </w:pPr>
            <w:r>
              <w:rPr>
                <w:b/>
                <w:color w:val="DC2626"/>
                <w:sz w:val="20"/>
              </w:rPr>
              <w:t>GÜVENLİK</w:t>
            </w:r>
          </w:p>
        </w:tc>
        <w:tc>
          <w:tcPr>
            <w:tcW w:w="3552" w:type="dxa"/>
            <w:tcMar>
              <w:top w:w="85" w:type="dxa"/>
              <w:left w:w="120" w:type="dxa"/>
              <w:bottom w:w="85" w:type="dxa"/>
              <w:right w:w="120" w:type="dxa"/>
            </w:tcMar>
            <w:vAlign w:val="center"/>
          </w:tcPr>
          <w:p w14:paraId="5F115107" w14:textId="77777777" w:rsidR="00621FBB" w:rsidRDefault="00000000">
            <w:pPr>
              <w:spacing w:before="40" w:after="40"/>
            </w:pPr>
            <w:r>
              <w:rPr>
                <w:b/>
                <w:color w:val="DC2626"/>
                <w:sz w:val="20"/>
              </w:rPr>
              <w:t>Güvenlik kameraları (CCTV) sayesinde bina, okul ve sokakların 7/24 izlenerek suçların önlenmesini sağlar.</w:t>
            </w:r>
          </w:p>
        </w:tc>
      </w:tr>
    </w:tbl>
    <w:p w14:paraId="5D01F924" w14:textId="300062F4" w:rsidR="00621FBB" w:rsidRDefault="00000000">
      <w:pPr>
        <w:keepNext/>
        <w:spacing w:before="180" w:after="80"/>
      </w:pPr>
      <w:r>
        <w:rPr>
          <w:b/>
          <w:color w:val="2B6CB0"/>
        </w:rPr>
        <w:lastRenderedPageBreak/>
        <w:t>📌 Örnek Soru 1.</w:t>
      </w:r>
      <w:r w:rsidR="006972C4">
        <w:rPr>
          <w:b/>
          <w:color w:val="2B6CB0"/>
        </w:rPr>
        <w:t>3</w:t>
      </w:r>
      <w:r>
        <w:rPr>
          <w:b/>
          <w:color w:val="2B6CB0"/>
        </w:rPr>
        <w:t xml:space="preserve">: </w:t>
      </w:r>
      <w:r>
        <w:t xml:space="preserve">Zeynep </w:t>
      </w:r>
      <w:proofErr w:type="spellStart"/>
      <w:r>
        <w:t>bir</w:t>
      </w:r>
      <w:proofErr w:type="spellEnd"/>
      <w:r>
        <w:t xml:space="preserve"> </w:t>
      </w:r>
      <w:proofErr w:type="spellStart"/>
      <w:r>
        <w:t>gün</w:t>
      </w:r>
      <w:proofErr w:type="spellEnd"/>
      <w:r>
        <w:t xml:space="preserve"> </w:t>
      </w:r>
      <w:proofErr w:type="spellStart"/>
      <w:r>
        <w:t>içinde</w:t>
      </w:r>
      <w:proofErr w:type="spellEnd"/>
      <w:r>
        <w:t xml:space="preserve"> </w:t>
      </w:r>
      <w:proofErr w:type="spellStart"/>
      <w:r>
        <w:t>aşağıdaki</w:t>
      </w:r>
      <w:proofErr w:type="spellEnd"/>
      <w:r>
        <w:t xml:space="preserve"> görselde yer alan teknolojik cihazları kullanmaktadır. Ayrıca ailesi faturalarını 'İnternet Bankacılığı' ile ödemekte ve ihtiyaçlarını 'Online Alışveriş' sitelerinden almaktadır. Görsele göre aşağıdaki tabloda istenen avantaj ve dezavantajları yazınız.</w:t>
      </w:r>
    </w:p>
    <w:p w14:paraId="2FBFC407" w14:textId="77777777" w:rsidR="00621FBB" w:rsidRDefault="00000000">
      <w:pPr>
        <w:keepNext/>
        <w:spacing w:before="60" w:after="100"/>
        <w:jc w:val="center"/>
      </w:pPr>
      <w:r>
        <w:rPr>
          <w:noProof/>
        </w:rPr>
        <w:drawing>
          <wp:inline distT="0" distB="0" distL="0" distR="0" wp14:anchorId="0E555B99" wp14:editId="7BA7C3D6">
            <wp:extent cx="4389120" cy="14878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nluk_yasam_4_cihaz.png"/>
                    <pic:cNvPicPr/>
                  </pic:nvPicPr>
                  <pic:blipFill>
                    <a:blip r:embed="rId7"/>
                    <a:stretch>
                      <a:fillRect/>
                    </a:stretch>
                  </pic:blipFill>
                  <pic:spPr>
                    <a:xfrm>
                      <a:off x="0" y="0"/>
                      <a:ext cx="4389120" cy="1487837"/>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3552"/>
        <w:gridCol w:w="3552"/>
        <w:gridCol w:w="3552"/>
      </w:tblGrid>
      <w:tr w:rsidR="00621FBB" w14:paraId="492E9EE3" w14:textId="77777777">
        <w:trPr>
          <w:cantSplit/>
          <w:tblHeader/>
          <w:jc w:val="center"/>
        </w:trPr>
        <w:tc>
          <w:tcPr>
            <w:tcW w:w="3552" w:type="dxa"/>
            <w:shd w:val="clear" w:color="auto" w:fill="EBF8FF"/>
            <w:tcMar>
              <w:top w:w="95" w:type="dxa"/>
              <w:left w:w="130" w:type="dxa"/>
              <w:bottom w:w="95" w:type="dxa"/>
              <w:right w:w="130" w:type="dxa"/>
            </w:tcMar>
            <w:vAlign w:val="center"/>
          </w:tcPr>
          <w:p w14:paraId="6AD0143C" w14:textId="77777777" w:rsidR="00621FBB" w:rsidRDefault="00000000">
            <w:pPr>
              <w:keepNext/>
              <w:spacing w:before="40" w:after="40"/>
              <w:jc w:val="center"/>
            </w:pPr>
            <w:r>
              <w:rPr>
                <w:b/>
                <w:color w:val="1A365D"/>
                <w:sz w:val="21"/>
              </w:rPr>
              <w:t>Bilişim Teknolojisi / Durum</w:t>
            </w:r>
          </w:p>
        </w:tc>
        <w:tc>
          <w:tcPr>
            <w:tcW w:w="3552" w:type="dxa"/>
            <w:shd w:val="clear" w:color="auto" w:fill="EBF8FF"/>
            <w:tcMar>
              <w:top w:w="95" w:type="dxa"/>
              <w:left w:w="130" w:type="dxa"/>
              <w:bottom w:w="95" w:type="dxa"/>
              <w:right w:w="130" w:type="dxa"/>
            </w:tcMar>
            <w:vAlign w:val="center"/>
          </w:tcPr>
          <w:p w14:paraId="4BA53DE1" w14:textId="77777777" w:rsidR="00621FBB" w:rsidRDefault="00000000">
            <w:pPr>
              <w:keepNext/>
              <w:spacing w:before="40" w:after="40"/>
              <w:jc w:val="center"/>
            </w:pPr>
            <w:r>
              <w:rPr>
                <w:b/>
                <w:color w:val="1A365D"/>
                <w:sz w:val="21"/>
              </w:rPr>
              <w:t>🌟 Avantajı (Olumlu Durum / Sağladığı Kolaylık)</w:t>
            </w:r>
          </w:p>
        </w:tc>
        <w:tc>
          <w:tcPr>
            <w:tcW w:w="3552" w:type="dxa"/>
            <w:shd w:val="clear" w:color="auto" w:fill="EBF8FF"/>
            <w:tcMar>
              <w:top w:w="95" w:type="dxa"/>
              <w:left w:w="130" w:type="dxa"/>
              <w:bottom w:w="95" w:type="dxa"/>
              <w:right w:w="130" w:type="dxa"/>
            </w:tcMar>
            <w:vAlign w:val="center"/>
          </w:tcPr>
          <w:p w14:paraId="1D43B2CA" w14:textId="77777777" w:rsidR="00621FBB" w:rsidRDefault="00000000">
            <w:pPr>
              <w:keepNext/>
              <w:spacing w:before="40" w:after="40"/>
              <w:jc w:val="center"/>
            </w:pPr>
            <w:r>
              <w:rPr>
                <w:b/>
                <w:color w:val="1A365D"/>
                <w:sz w:val="21"/>
              </w:rPr>
              <w:t>⚠️ Dezavantajı (Olumsuz Durum / Olası Risk)</w:t>
            </w:r>
          </w:p>
        </w:tc>
      </w:tr>
      <w:tr w:rsidR="00621FBB" w14:paraId="2D2131C0" w14:textId="77777777">
        <w:trPr>
          <w:cantSplit/>
          <w:jc w:val="center"/>
        </w:trPr>
        <w:tc>
          <w:tcPr>
            <w:tcW w:w="3552" w:type="dxa"/>
            <w:tcMar>
              <w:top w:w="85" w:type="dxa"/>
              <w:left w:w="120" w:type="dxa"/>
              <w:bottom w:w="85" w:type="dxa"/>
              <w:right w:w="120" w:type="dxa"/>
            </w:tcMar>
            <w:vAlign w:val="center"/>
          </w:tcPr>
          <w:p w14:paraId="1C924A73" w14:textId="77777777" w:rsidR="00621FBB" w:rsidRDefault="00000000">
            <w:pPr>
              <w:keepNext/>
              <w:spacing w:before="40" w:after="40" w:line="269" w:lineRule="auto"/>
            </w:pPr>
            <w:r>
              <w:rPr>
                <w:b/>
                <w:color w:val="1A365D"/>
                <w:sz w:val="20"/>
              </w:rPr>
              <w:t>🏦 İnternet Bankacılığı</w:t>
            </w:r>
          </w:p>
        </w:tc>
        <w:tc>
          <w:tcPr>
            <w:tcW w:w="3552" w:type="dxa"/>
            <w:tcMar>
              <w:top w:w="85" w:type="dxa"/>
              <w:left w:w="120" w:type="dxa"/>
              <w:bottom w:w="85" w:type="dxa"/>
              <w:right w:w="120" w:type="dxa"/>
            </w:tcMar>
            <w:vAlign w:val="center"/>
          </w:tcPr>
          <w:p w14:paraId="333EEB67" w14:textId="77777777" w:rsidR="00621FBB" w:rsidRDefault="00000000">
            <w:pPr>
              <w:keepNext/>
              <w:spacing w:before="40" w:after="40"/>
            </w:pPr>
            <w:r>
              <w:rPr>
                <w:b/>
                <w:color w:val="DC2626"/>
                <w:sz w:val="20"/>
              </w:rPr>
              <w:t>Bankaya gitmeden 7/24 sıra beklemeden fatura ödeme ve para transferi (EFT/Havale) yaparak zamandan tasarruf sağlar.</w:t>
            </w:r>
          </w:p>
        </w:tc>
        <w:tc>
          <w:tcPr>
            <w:tcW w:w="3552" w:type="dxa"/>
            <w:tcMar>
              <w:top w:w="85" w:type="dxa"/>
              <w:left w:w="120" w:type="dxa"/>
              <w:bottom w:w="85" w:type="dxa"/>
              <w:right w:w="120" w:type="dxa"/>
            </w:tcMar>
            <w:vAlign w:val="center"/>
          </w:tcPr>
          <w:p w14:paraId="0FD9AF27" w14:textId="77777777" w:rsidR="00621FBB" w:rsidRDefault="00000000">
            <w:pPr>
              <w:keepNext/>
              <w:spacing w:before="40" w:after="40"/>
            </w:pPr>
            <w:r>
              <w:rPr>
                <w:b/>
                <w:color w:val="DC2626"/>
                <w:sz w:val="20"/>
              </w:rPr>
              <w:t>Şifrelerin çalınması, sahte (oltalama) siteler veya siber dolandırıcılık nedeniyle maddi kayıp ve güvenlik riski oluşabilir.</w:t>
            </w:r>
          </w:p>
        </w:tc>
      </w:tr>
      <w:tr w:rsidR="00621FBB" w14:paraId="05093D81" w14:textId="77777777">
        <w:trPr>
          <w:cantSplit/>
          <w:jc w:val="center"/>
        </w:trPr>
        <w:tc>
          <w:tcPr>
            <w:tcW w:w="3552" w:type="dxa"/>
            <w:shd w:val="clear" w:color="auto" w:fill="F8FAFC"/>
            <w:tcMar>
              <w:top w:w="85" w:type="dxa"/>
              <w:left w:w="120" w:type="dxa"/>
              <w:bottom w:w="85" w:type="dxa"/>
              <w:right w:w="120" w:type="dxa"/>
            </w:tcMar>
            <w:vAlign w:val="center"/>
          </w:tcPr>
          <w:p w14:paraId="6D7E70A2" w14:textId="77777777" w:rsidR="00621FBB" w:rsidRDefault="00000000">
            <w:pPr>
              <w:keepNext/>
              <w:spacing w:before="40" w:after="40" w:line="269" w:lineRule="auto"/>
            </w:pPr>
            <w:r>
              <w:rPr>
                <w:b/>
                <w:color w:val="1A365D"/>
                <w:sz w:val="20"/>
              </w:rPr>
              <w:t>🛍️ Online (Çevrim İçi) Alışveriş</w:t>
            </w:r>
          </w:p>
        </w:tc>
        <w:tc>
          <w:tcPr>
            <w:tcW w:w="3552" w:type="dxa"/>
            <w:shd w:val="clear" w:color="auto" w:fill="F8FAFC"/>
            <w:tcMar>
              <w:top w:w="85" w:type="dxa"/>
              <w:left w:w="120" w:type="dxa"/>
              <w:bottom w:w="85" w:type="dxa"/>
              <w:right w:w="120" w:type="dxa"/>
            </w:tcMar>
            <w:vAlign w:val="center"/>
          </w:tcPr>
          <w:p w14:paraId="26B3E78C" w14:textId="77777777" w:rsidR="00621FBB" w:rsidRDefault="00000000">
            <w:pPr>
              <w:keepNext/>
              <w:spacing w:before="40" w:after="40"/>
            </w:pPr>
            <w:r>
              <w:rPr>
                <w:b/>
                <w:color w:val="DC2626"/>
                <w:sz w:val="20"/>
              </w:rPr>
              <w:t>Evden çıkmadan binlerce ürünü ve fiyatlarını karşılaştırarak daha uygun fiyata ve kolayca alışveriş yapmayı sağlar.</w:t>
            </w:r>
          </w:p>
        </w:tc>
        <w:tc>
          <w:tcPr>
            <w:tcW w:w="3552" w:type="dxa"/>
            <w:shd w:val="clear" w:color="auto" w:fill="F8FAFC"/>
            <w:tcMar>
              <w:top w:w="85" w:type="dxa"/>
              <w:left w:w="120" w:type="dxa"/>
              <w:bottom w:w="85" w:type="dxa"/>
              <w:right w:w="120" w:type="dxa"/>
            </w:tcMar>
            <w:vAlign w:val="center"/>
          </w:tcPr>
          <w:p w14:paraId="5EC6A087" w14:textId="77777777" w:rsidR="00621FBB" w:rsidRDefault="00000000">
            <w:pPr>
              <w:keepNext/>
              <w:spacing w:before="40" w:after="40"/>
            </w:pPr>
            <w:r>
              <w:rPr>
                <w:b/>
                <w:color w:val="DC2626"/>
                <w:sz w:val="20"/>
              </w:rPr>
              <w:t>Ürünü canlı görmeden alma sonucu farklı/kusurlu ürün gelmesi, kargo gecikmesi veya kart bilgilerinin çalınması riski vardır.</w:t>
            </w:r>
          </w:p>
        </w:tc>
      </w:tr>
      <w:tr w:rsidR="00621FBB" w14:paraId="28A028B8" w14:textId="77777777">
        <w:trPr>
          <w:cantSplit/>
          <w:jc w:val="center"/>
        </w:trPr>
        <w:tc>
          <w:tcPr>
            <w:tcW w:w="3552" w:type="dxa"/>
            <w:tcMar>
              <w:top w:w="85" w:type="dxa"/>
              <w:left w:w="120" w:type="dxa"/>
              <w:bottom w:w="85" w:type="dxa"/>
              <w:right w:w="120" w:type="dxa"/>
            </w:tcMar>
            <w:vAlign w:val="center"/>
          </w:tcPr>
          <w:p w14:paraId="4E8924E6" w14:textId="77777777" w:rsidR="00621FBB" w:rsidRDefault="00000000">
            <w:pPr>
              <w:spacing w:before="40" w:after="40" w:line="269" w:lineRule="auto"/>
            </w:pPr>
            <w:r>
              <w:rPr>
                <w:b/>
                <w:color w:val="1A365D"/>
                <w:sz w:val="20"/>
              </w:rPr>
              <w:t>⌚ Akıllı Saat ve Mobil Cihazlar</w:t>
            </w:r>
          </w:p>
        </w:tc>
        <w:tc>
          <w:tcPr>
            <w:tcW w:w="3552" w:type="dxa"/>
            <w:tcMar>
              <w:top w:w="85" w:type="dxa"/>
              <w:left w:w="120" w:type="dxa"/>
              <w:bottom w:w="85" w:type="dxa"/>
              <w:right w:w="120" w:type="dxa"/>
            </w:tcMar>
            <w:vAlign w:val="center"/>
          </w:tcPr>
          <w:p w14:paraId="7E597DBE" w14:textId="77777777" w:rsidR="00621FBB" w:rsidRDefault="00000000">
            <w:pPr>
              <w:spacing w:before="40" w:after="40"/>
            </w:pPr>
            <w:r>
              <w:rPr>
                <w:b/>
                <w:color w:val="DC2626"/>
                <w:sz w:val="20"/>
              </w:rPr>
              <w:t>Adım sayısı ve nabız gibi sağlık verilerini takip eder, ödev araştırması, iletişim ve eğlence (film izleme) imkânı sunar.</w:t>
            </w:r>
          </w:p>
        </w:tc>
        <w:tc>
          <w:tcPr>
            <w:tcW w:w="3552" w:type="dxa"/>
            <w:tcMar>
              <w:top w:w="85" w:type="dxa"/>
              <w:left w:w="120" w:type="dxa"/>
              <w:bottom w:w="85" w:type="dxa"/>
              <w:right w:w="120" w:type="dxa"/>
            </w:tcMar>
            <w:vAlign w:val="center"/>
          </w:tcPr>
          <w:p w14:paraId="4A39DB55" w14:textId="77777777" w:rsidR="00621FBB" w:rsidRDefault="00000000">
            <w:pPr>
              <w:spacing w:before="40" w:after="40"/>
            </w:pPr>
            <w:r>
              <w:rPr>
                <w:b/>
                <w:color w:val="DC2626"/>
                <w:sz w:val="20"/>
              </w:rPr>
              <w:t>Aşırı kullanımda ekran bağımlılığı, göz yorgunluğu, hareketsizlik, duruş bozukluğu ve yüz yüze iletişimin azalmasına yol açar.</w:t>
            </w:r>
          </w:p>
        </w:tc>
      </w:tr>
    </w:tbl>
    <w:p w14:paraId="2346D058" w14:textId="2EC94163" w:rsidR="00621FBB" w:rsidRDefault="00000000">
      <w:pPr>
        <w:keepNext/>
        <w:shd w:val="clear" w:color="auto" w:fill="1A365D"/>
        <w:spacing w:before="280" w:after="120"/>
      </w:pPr>
      <w:r>
        <w:rPr>
          <w:b/>
          <w:color w:val="FFFFFF"/>
          <w:sz w:val="23"/>
        </w:rPr>
        <w:lastRenderedPageBreak/>
        <w:t xml:space="preserve">  🎯 2. KAZANIM: BTY.5.1.2. Bilişim teknolojilerinin birey ve toplum üzerindeki etkilerini özetleyebilme (2. </w:t>
      </w:r>
      <w:proofErr w:type="spellStart"/>
      <w:r>
        <w:rPr>
          <w:b/>
          <w:color w:val="FFFFFF"/>
          <w:sz w:val="23"/>
        </w:rPr>
        <w:t>Hafta</w:t>
      </w:r>
      <w:proofErr w:type="spellEnd"/>
      <w:r>
        <w:rPr>
          <w:b/>
          <w:color w:val="FFFFFF"/>
          <w:sz w:val="23"/>
        </w:rPr>
        <w:t xml:space="preserve">: </w:t>
      </w:r>
      <w:r w:rsidR="006972C4">
        <w:rPr>
          <w:b/>
          <w:color w:val="FFFFFF"/>
          <w:sz w:val="23"/>
        </w:rPr>
        <w:t>3</w:t>
      </w:r>
      <w:r>
        <w:rPr>
          <w:b/>
          <w:color w:val="FFFFFF"/>
          <w:sz w:val="23"/>
        </w:rPr>
        <w:t xml:space="preserve"> Soru)</w:t>
      </w:r>
    </w:p>
    <w:p w14:paraId="6EB38DF7" w14:textId="77777777" w:rsidR="00621FBB" w:rsidRDefault="00000000">
      <w:pPr>
        <w:keepNext/>
        <w:spacing w:before="180" w:after="80"/>
      </w:pPr>
      <w:r>
        <w:rPr>
          <w:b/>
          <w:color w:val="2B6CB0"/>
        </w:rPr>
        <w:t xml:space="preserve">📌 Örnek Soru 2.1: </w:t>
      </w:r>
      <w:r>
        <w:t xml:space="preserve">Bilgi ve İletişim Teknolojileri (BİT); bilgisayar, telefon ve internet gibi bilgiye ulaşmamızı ve iletişim kurmamızı sağlayan teknolojilerdir. Aşağıdaki ipucu kartlarından da yararlanarak BİT'in birey ve </w:t>
      </w:r>
      <w:proofErr w:type="spellStart"/>
      <w:r>
        <w:t>toplum</w:t>
      </w:r>
      <w:proofErr w:type="spellEnd"/>
      <w:r>
        <w:t xml:space="preserve"> </w:t>
      </w:r>
      <w:proofErr w:type="spellStart"/>
      <w:r>
        <w:t>üzerindeki</w:t>
      </w:r>
      <w:proofErr w:type="spellEnd"/>
      <w:r>
        <w:t xml:space="preserve"> 4 </w:t>
      </w:r>
      <w:proofErr w:type="spellStart"/>
      <w:r>
        <w:t>olumlu</w:t>
      </w:r>
      <w:proofErr w:type="spellEnd"/>
      <w:r>
        <w:t xml:space="preserve"> </w:t>
      </w:r>
      <w:proofErr w:type="spellStart"/>
      <w:r>
        <w:t>ve</w:t>
      </w:r>
      <w:proofErr w:type="spellEnd"/>
      <w:r>
        <w:t xml:space="preserve"> 4 </w:t>
      </w:r>
      <w:proofErr w:type="spellStart"/>
      <w:r>
        <w:t>olumsuz</w:t>
      </w:r>
      <w:proofErr w:type="spellEnd"/>
      <w:r>
        <w:t xml:space="preserve"> </w:t>
      </w:r>
      <w:proofErr w:type="spellStart"/>
      <w:r>
        <w:t>etkisini</w:t>
      </w:r>
      <w:proofErr w:type="spellEnd"/>
      <w:r>
        <w:t xml:space="preserve"> </w:t>
      </w:r>
      <w:proofErr w:type="spellStart"/>
      <w:r>
        <w:t>tabloya</w:t>
      </w:r>
      <w:proofErr w:type="spellEnd"/>
      <w:r>
        <w:t xml:space="preserve"> </w:t>
      </w:r>
      <w:proofErr w:type="spellStart"/>
      <w:r>
        <w:t>yazınız</w:t>
      </w:r>
      <w:proofErr w:type="spellEnd"/>
      <w:r>
        <w:t>.</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1661C8AE" w14:textId="77777777">
        <w:trPr>
          <w:cantSplit/>
          <w:tblHeader/>
          <w:jc w:val="center"/>
        </w:trPr>
        <w:tc>
          <w:tcPr>
            <w:tcW w:w="10656" w:type="dxa"/>
            <w:gridSpan w:val="2"/>
            <w:shd w:val="clear" w:color="auto" w:fill="EDF2F7"/>
            <w:tcMar>
              <w:top w:w="95" w:type="dxa"/>
              <w:left w:w="130" w:type="dxa"/>
              <w:bottom w:w="95" w:type="dxa"/>
              <w:right w:w="130" w:type="dxa"/>
            </w:tcMar>
            <w:vAlign w:val="center"/>
          </w:tcPr>
          <w:p w14:paraId="795A404D" w14:textId="68942B3F" w:rsidR="00621FBB" w:rsidRDefault="00621FBB" w:rsidP="006972C4">
            <w:pPr>
              <w:keepNext/>
              <w:spacing w:before="40" w:after="40"/>
              <w:jc w:val="center"/>
            </w:pPr>
            <w:r>
              <w:rPr>
                <w:b/>
                <w:color w:val="1A365D"/>
                <w:sz w:val="20"/>
              </w:rPr>
              <w:t xml:space="preserve">💡 İPUCU KARTLARI: </w:t>
            </w:r>
            <w:r>
              <w:rPr>
                <w:color w:val="1A365D"/>
                <w:sz w:val="20"/>
              </w:rPr>
              <w:t>📚 Hızlı Bilgiye Erişim • ⏱️ Zaman Tasarrufu • 🗣️ Küresel İletişim • 😔 Sosyal İzolasyon (Yalnızlaşma) • 👾 Siber Zorbalık • 📰 Bilgi Kirliliği • 👀 Fiziksel Sağlık Sorunları • 🎓 Eğitimde Fırsat Eşitliği</w:t>
            </w:r>
          </w:p>
        </w:tc>
      </w:tr>
      <w:tr w:rsidR="00621FBB" w14:paraId="17707C51" w14:textId="77777777">
        <w:trPr>
          <w:cantSplit/>
          <w:tblHeader/>
          <w:jc w:val="center"/>
        </w:trPr>
        <w:tc>
          <w:tcPr>
            <w:tcW w:w="5328" w:type="dxa"/>
            <w:shd w:val="clear" w:color="auto" w:fill="EBF8FF"/>
            <w:tcMar>
              <w:top w:w="95" w:type="dxa"/>
              <w:left w:w="130" w:type="dxa"/>
              <w:bottom w:w="95" w:type="dxa"/>
              <w:right w:w="130" w:type="dxa"/>
            </w:tcMar>
            <w:vAlign w:val="center"/>
          </w:tcPr>
          <w:p w14:paraId="405C74AE" w14:textId="77777777" w:rsidR="00621FBB" w:rsidRDefault="00000000">
            <w:pPr>
              <w:keepNext/>
              <w:spacing w:before="40" w:after="40"/>
              <w:jc w:val="center"/>
            </w:pPr>
            <w:r>
              <w:rPr>
                <w:b/>
                <w:color w:val="1A365D"/>
                <w:sz w:val="21"/>
              </w:rPr>
              <w:t>🌟 OLUMLU ETKİLER (4 Örnek)</w:t>
            </w:r>
          </w:p>
        </w:tc>
        <w:tc>
          <w:tcPr>
            <w:tcW w:w="5328" w:type="dxa"/>
            <w:shd w:val="clear" w:color="auto" w:fill="EBF8FF"/>
            <w:tcMar>
              <w:top w:w="95" w:type="dxa"/>
              <w:left w:w="130" w:type="dxa"/>
              <w:bottom w:w="95" w:type="dxa"/>
              <w:right w:w="130" w:type="dxa"/>
            </w:tcMar>
            <w:vAlign w:val="center"/>
          </w:tcPr>
          <w:p w14:paraId="35F51D44" w14:textId="77777777" w:rsidR="00621FBB" w:rsidRDefault="00000000">
            <w:pPr>
              <w:keepNext/>
              <w:spacing w:before="40" w:after="40"/>
              <w:jc w:val="center"/>
            </w:pPr>
            <w:r>
              <w:rPr>
                <w:b/>
                <w:color w:val="1A365D"/>
                <w:sz w:val="21"/>
              </w:rPr>
              <w:t>⚠️ OLUMSUZ ETKİLER (4 Örnek)</w:t>
            </w:r>
          </w:p>
        </w:tc>
      </w:tr>
      <w:tr w:rsidR="00621FBB" w14:paraId="5FCC9675" w14:textId="77777777">
        <w:trPr>
          <w:cantSplit/>
          <w:jc w:val="center"/>
        </w:trPr>
        <w:tc>
          <w:tcPr>
            <w:tcW w:w="5328" w:type="dxa"/>
            <w:tcMar>
              <w:top w:w="85" w:type="dxa"/>
              <w:left w:w="120" w:type="dxa"/>
              <w:bottom w:w="85" w:type="dxa"/>
              <w:right w:w="120" w:type="dxa"/>
            </w:tcMar>
            <w:vAlign w:val="center"/>
          </w:tcPr>
          <w:p w14:paraId="515DF542" w14:textId="77777777" w:rsidR="00621FBB" w:rsidRDefault="00000000">
            <w:pPr>
              <w:keepNext/>
              <w:spacing w:before="40" w:after="40"/>
            </w:pPr>
            <w:r>
              <w:rPr>
                <w:b/>
                <w:color w:val="DC2626"/>
                <w:sz w:val="20"/>
              </w:rPr>
              <w:t>1. Bilgiye hızlı, kolay ve düşük maliyetle ulaşmayı sağlar.</w:t>
            </w:r>
          </w:p>
        </w:tc>
        <w:tc>
          <w:tcPr>
            <w:tcW w:w="5328" w:type="dxa"/>
            <w:tcMar>
              <w:top w:w="85" w:type="dxa"/>
              <w:left w:w="120" w:type="dxa"/>
              <w:bottom w:w="85" w:type="dxa"/>
              <w:right w:w="120" w:type="dxa"/>
            </w:tcMar>
            <w:vAlign w:val="center"/>
          </w:tcPr>
          <w:p w14:paraId="1C96C9E8" w14:textId="77777777" w:rsidR="00621FBB" w:rsidRDefault="00000000">
            <w:pPr>
              <w:keepNext/>
              <w:spacing w:before="40" w:after="40"/>
            </w:pPr>
            <w:r>
              <w:rPr>
                <w:b/>
                <w:color w:val="DC2626"/>
                <w:sz w:val="20"/>
              </w:rPr>
              <w:t>1. Aşırı kullanım sonucu yüz yüze iletişimi azaltır, yalnızlaşmaya (sosyal izolasyona) yol açar.</w:t>
            </w:r>
          </w:p>
        </w:tc>
      </w:tr>
      <w:tr w:rsidR="00621FBB" w14:paraId="4DC8B0F0" w14:textId="77777777">
        <w:trPr>
          <w:cantSplit/>
          <w:jc w:val="center"/>
        </w:trPr>
        <w:tc>
          <w:tcPr>
            <w:tcW w:w="5328" w:type="dxa"/>
            <w:shd w:val="clear" w:color="auto" w:fill="F8FAFC"/>
            <w:tcMar>
              <w:top w:w="85" w:type="dxa"/>
              <w:left w:w="120" w:type="dxa"/>
              <w:bottom w:w="85" w:type="dxa"/>
              <w:right w:w="120" w:type="dxa"/>
            </w:tcMar>
            <w:vAlign w:val="center"/>
          </w:tcPr>
          <w:p w14:paraId="46B4E3CA" w14:textId="77777777" w:rsidR="00621FBB" w:rsidRDefault="00000000">
            <w:pPr>
              <w:keepNext/>
              <w:spacing w:before="40" w:after="40"/>
            </w:pPr>
            <w:r>
              <w:rPr>
                <w:b/>
                <w:color w:val="DC2626"/>
                <w:sz w:val="20"/>
              </w:rPr>
              <w:t>2. Uzaktaki insanlarla anında sesli ve görüntülü iletişim kurmayı kolaylaştırır.</w:t>
            </w:r>
          </w:p>
        </w:tc>
        <w:tc>
          <w:tcPr>
            <w:tcW w:w="5328" w:type="dxa"/>
            <w:shd w:val="clear" w:color="auto" w:fill="F8FAFC"/>
            <w:tcMar>
              <w:top w:w="85" w:type="dxa"/>
              <w:left w:w="120" w:type="dxa"/>
              <w:bottom w:w="85" w:type="dxa"/>
              <w:right w:w="120" w:type="dxa"/>
            </w:tcMar>
            <w:vAlign w:val="center"/>
          </w:tcPr>
          <w:p w14:paraId="24939BB2" w14:textId="77777777" w:rsidR="00621FBB" w:rsidRDefault="00000000">
            <w:pPr>
              <w:keepNext/>
              <w:spacing w:before="40" w:after="40"/>
            </w:pPr>
            <w:r>
              <w:rPr>
                <w:b/>
                <w:color w:val="DC2626"/>
                <w:sz w:val="20"/>
              </w:rPr>
              <w:t>2. Uzun süre ekrana bakmak göz kuruluğu, boyun, bel ve sırt ağrıları gibi fiziksel sağlık sorunları oluşturur.</w:t>
            </w:r>
          </w:p>
        </w:tc>
      </w:tr>
      <w:tr w:rsidR="00621FBB" w14:paraId="7DC04C2B" w14:textId="77777777">
        <w:trPr>
          <w:cantSplit/>
          <w:jc w:val="center"/>
        </w:trPr>
        <w:tc>
          <w:tcPr>
            <w:tcW w:w="5328" w:type="dxa"/>
            <w:tcMar>
              <w:top w:w="85" w:type="dxa"/>
              <w:left w:w="120" w:type="dxa"/>
              <w:bottom w:w="85" w:type="dxa"/>
              <w:right w:w="120" w:type="dxa"/>
            </w:tcMar>
            <w:vAlign w:val="center"/>
          </w:tcPr>
          <w:p w14:paraId="2738C6A6" w14:textId="77777777" w:rsidR="00621FBB" w:rsidRDefault="00000000">
            <w:pPr>
              <w:keepNext/>
              <w:spacing w:before="40" w:after="40"/>
            </w:pPr>
            <w:r>
              <w:rPr>
                <w:b/>
                <w:color w:val="DC2626"/>
                <w:sz w:val="20"/>
              </w:rPr>
              <w:t>3. Eğitim, sağlık, bankacılık ve e-Devlet işlemlerinde büyük zaman tasarrufu sağlar.</w:t>
            </w:r>
          </w:p>
        </w:tc>
        <w:tc>
          <w:tcPr>
            <w:tcW w:w="5328" w:type="dxa"/>
            <w:tcMar>
              <w:top w:w="85" w:type="dxa"/>
              <w:left w:w="120" w:type="dxa"/>
              <w:bottom w:w="85" w:type="dxa"/>
              <w:right w:w="120" w:type="dxa"/>
            </w:tcMar>
            <w:vAlign w:val="center"/>
          </w:tcPr>
          <w:p w14:paraId="48299184" w14:textId="77777777" w:rsidR="00621FBB" w:rsidRDefault="00000000">
            <w:pPr>
              <w:keepNext/>
              <w:spacing w:before="40" w:after="40"/>
            </w:pPr>
            <w:r>
              <w:rPr>
                <w:b/>
                <w:color w:val="DC2626"/>
                <w:sz w:val="20"/>
              </w:rPr>
              <w:t>3. İnternette bilgi kirliliği (yalan/sahte haber) yayılmasına ve siber zorbalığa maruz kalmaya neden olabilir.</w:t>
            </w:r>
          </w:p>
        </w:tc>
      </w:tr>
      <w:tr w:rsidR="00621FBB" w14:paraId="0A624658" w14:textId="77777777">
        <w:trPr>
          <w:cantSplit/>
          <w:jc w:val="center"/>
        </w:trPr>
        <w:tc>
          <w:tcPr>
            <w:tcW w:w="5328" w:type="dxa"/>
            <w:shd w:val="clear" w:color="auto" w:fill="F8FAFC"/>
            <w:tcMar>
              <w:top w:w="85" w:type="dxa"/>
              <w:left w:w="120" w:type="dxa"/>
              <w:bottom w:w="85" w:type="dxa"/>
              <w:right w:w="120" w:type="dxa"/>
            </w:tcMar>
            <w:vAlign w:val="center"/>
          </w:tcPr>
          <w:p w14:paraId="5536F7F2" w14:textId="77777777" w:rsidR="00621FBB" w:rsidRDefault="00000000">
            <w:pPr>
              <w:spacing w:before="40" w:after="40"/>
            </w:pPr>
            <w:r>
              <w:rPr>
                <w:b/>
                <w:color w:val="DC2626"/>
                <w:sz w:val="20"/>
              </w:rPr>
              <w:t>4. Çevrim içi dersler ve kaynaklar sayesinde eğitimde fırsat eşitliğine katkı sunar.</w:t>
            </w:r>
          </w:p>
        </w:tc>
        <w:tc>
          <w:tcPr>
            <w:tcW w:w="5328" w:type="dxa"/>
            <w:shd w:val="clear" w:color="auto" w:fill="F8FAFC"/>
            <w:tcMar>
              <w:top w:w="85" w:type="dxa"/>
              <w:left w:w="120" w:type="dxa"/>
              <w:bottom w:w="85" w:type="dxa"/>
              <w:right w:w="120" w:type="dxa"/>
            </w:tcMar>
            <w:vAlign w:val="center"/>
          </w:tcPr>
          <w:p w14:paraId="38D2CF2A" w14:textId="77777777" w:rsidR="00621FBB" w:rsidRDefault="00000000">
            <w:pPr>
              <w:spacing w:before="40" w:after="40"/>
            </w:pPr>
            <w:r>
              <w:rPr>
                <w:b/>
                <w:color w:val="DC2626"/>
                <w:sz w:val="20"/>
              </w:rPr>
              <w:t>4. Kişisel verilerin çalınması, siber dolandırıcılık ve teknoloji/oyun bağımlılığı risklerini artırır.</w:t>
            </w:r>
          </w:p>
        </w:tc>
      </w:tr>
    </w:tbl>
    <w:p w14:paraId="6F2FCA7E" w14:textId="7EBD28AD" w:rsidR="00621FBB" w:rsidRDefault="00000000">
      <w:pPr>
        <w:keepNext/>
        <w:spacing w:before="180" w:after="80"/>
      </w:pPr>
      <w:r>
        <w:rPr>
          <w:b/>
          <w:color w:val="2B6CB0"/>
        </w:rPr>
        <w:lastRenderedPageBreak/>
        <w:t>📌 Örnek Soru 2.</w:t>
      </w:r>
      <w:r w:rsidR="006972C4">
        <w:rPr>
          <w:b/>
          <w:color w:val="2B6CB0"/>
        </w:rPr>
        <w:t>2</w:t>
      </w:r>
      <w:r>
        <w:rPr>
          <w:b/>
          <w:color w:val="2B6CB0"/>
        </w:rPr>
        <w:t xml:space="preserve">: </w:t>
      </w:r>
      <w:proofErr w:type="spellStart"/>
      <w:r>
        <w:t>Aşağıda</w:t>
      </w:r>
      <w:proofErr w:type="spellEnd"/>
      <w:r>
        <w:t xml:space="preserve"> </w:t>
      </w:r>
      <w:proofErr w:type="spellStart"/>
      <w:r>
        <w:t>bilgisayar</w:t>
      </w:r>
      <w:proofErr w:type="spellEnd"/>
      <w:r>
        <w:t xml:space="preserve"> </w:t>
      </w:r>
      <w:proofErr w:type="spellStart"/>
      <w:r>
        <w:t>karşısında</w:t>
      </w:r>
      <w:proofErr w:type="spellEnd"/>
      <w:r>
        <w:t xml:space="preserve"> </w:t>
      </w:r>
      <w:proofErr w:type="spellStart"/>
      <w:r>
        <w:t>doğru</w:t>
      </w:r>
      <w:proofErr w:type="spellEnd"/>
      <w:r>
        <w:t xml:space="preserve"> (✔) ve yanlış (✘) oturuş pozisyonlarını gösteren ergonomi görselleri verilmiştir. Fiziksel sağlığımızı (bel, boyun ve göz sağlığı) korumak için bilgisayar kullanırken uymamız gereken kurallardan 4 tanesini tabloya yazınız.</w:t>
      </w:r>
    </w:p>
    <w:p w14:paraId="177829C1" w14:textId="77777777" w:rsidR="00621FBB" w:rsidRDefault="00000000">
      <w:pPr>
        <w:keepNext/>
        <w:spacing w:before="60" w:after="100"/>
        <w:jc w:val="center"/>
      </w:pPr>
      <w:r>
        <w:rPr>
          <w:noProof/>
        </w:rPr>
        <w:drawing>
          <wp:inline distT="0" distB="0" distL="0" distR="0" wp14:anchorId="7914D93D" wp14:editId="2FDEE103">
            <wp:extent cx="3291840" cy="17251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_p2_img3.jpg"/>
                    <pic:cNvPicPr/>
                  </pic:nvPicPr>
                  <pic:blipFill>
                    <a:blip r:embed="rId8"/>
                    <a:stretch>
                      <a:fillRect/>
                    </a:stretch>
                  </pic:blipFill>
                  <pic:spPr>
                    <a:xfrm>
                      <a:off x="0" y="0"/>
                      <a:ext cx="3291840" cy="1725168"/>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6BA0A267" w14:textId="77777777">
        <w:trPr>
          <w:cantSplit/>
          <w:tblHeader/>
          <w:jc w:val="center"/>
        </w:trPr>
        <w:tc>
          <w:tcPr>
            <w:tcW w:w="5328" w:type="dxa"/>
            <w:shd w:val="clear" w:color="auto" w:fill="EBF8FF"/>
            <w:tcMar>
              <w:top w:w="95" w:type="dxa"/>
              <w:left w:w="130" w:type="dxa"/>
              <w:bottom w:w="95" w:type="dxa"/>
              <w:right w:w="130" w:type="dxa"/>
            </w:tcMar>
            <w:vAlign w:val="center"/>
          </w:tcPr>
          <w:p w14:paraId="77E68CD4" w14:textId="77777777" w:rsidR="00621FBB" w:rsidRDefault="00000000">
            <w:pPr>
              <w:keepNext/>
              <w:spacing w:before="40" w:after="40"/>
              <w:jc w:val="center"/>
            </w:pPr>
            <w:r>
              <w:rPr>
                <w:b/>
                <w:color w:val="1A365D"/>
                <w:sz w:val="21"/>
              </w:rPr>
              <w:t>Ergonomi Kuralı</w:t>
            </w:r>
          </w:p>
        </w:tc>
        <w:tc>
          <w:tcPr>
            <w:tcW w:w="5328" w:type="dxa"/>
            <w:shd w:val="clear" w:color="auto" w:fill="EBF8FF"/>
            <w:tcMar>
              <w:top w:w="95" w:type="dxa"/>
              <w:left w:w="130" w:type="dxa"/>
              <w:bottom w:w="95" w:type="dxa"/>
              <w:right w:w="130" w:type="dxa"/>
            </w:tcMar>
            <w:vAlign w:val="center"/>
          </w:tcPr>
          <w:p w14:paraId="62B5984D" w14:textId="77777777" w:rsidR="00621FBB" w:rsidRDefault="00000000">
            <w:pPr>
              <w:keepNext/>
              <w:spacing w:before="40" w:after="40"/>
              <w:jc w:val="center"/>
            </w:pPr>
            <w:r>
              <w:rPr>
                <w:b/>
                <w:color w:val="1A365D"/>
                <w:sz w:val="21"/>
              </w:rPr>
              <w:t>Bilgisayar Karşısında Doğru Oturuş ve Fiziksel Güvenlik İlkesi</w:t>
            </w:r>
          </w:p>
        </w:tc>
      </w:tr>
      <w:tr w:rsidR="00621FBB" w14:paraId="38BC1840" w14:textId="77777777">
        <w:trPr>
          <w:cantSplit/>
          <w:jc w:val="center"/>
        </w:trPr>
        <w:tc>
          <w:tcPr>
            <w:tcW w:w="5328" w:type="dxa"/>
            <w:tcMar>
              <w:top w:w="85" w:type="dxa"/>
              <w:left w:w="120" w:type="dxa"/>
              <w:bottom w:w="85" w:type="dxa"/>
              <w:right w:w="120" w:type="dxa"/>
            </w:tcMar>
            <w:vAlign w:val="center"/>
          </w:tcPr>
          <w:p w14:paraId="0C8340DB" w14:textId="77777777" w:rsidR="00621FBB" w:rsidRDefault="00000000">
            <w:pPr>
              <w:keepNext/>
              <w:spacing w:before="40" w:after="40" w:line="269" w:lineRule="auto"/>
            </w:pPr>
            <w:r>
              <w:rPr>
                <w:b/>
                <w:color w:val="1A365D"/>
                <w:sz w:val="20"/>
              </w:rPr>
              <w:t xml:space="preserve">🪑 1. Ekran Mesafesi ve Yüksekliği: </w:t>
            </w:r>
          </w:p>
        </w:tc>
        <w:tc>
          <w:tcPr>
            <w:tcW w:w="5328" w:type="dxa"/>
            <w:tcMar>
              <w:top w:w="85" w:type="dxa"/>
              <w:left w:w="120" w:type="dxa"/>
              <w:bottom w:w="85" w:type="dxa"/>
              <w:right w:w="120" w:type="dxa"/>
            </w:tcMar>
            <w:vAlign w:val="center"/>
          </w:tcPr>
          <w:p w14:paraId="225BD9B7" w14:textId="77777777" w:rsidR="00621FBB" w:rsidRDefault="00000000">
            <w:pPr>
              <w:keepNext/>
              <w:spacing w:before="40" w:after="40"/>
            </w:pPr>
            <w:r>
              <w:rPr>
                <w:b/>
                <w:color w:val="DC2626"/>
                <w:sz w:val="20"/>
              </w:rPr>
              <w:t>Ekranın üst kenarı göz hizasında (veya hafif aşağıda) olmalı, ekran ile göz arasında yaklaşık 50–70 cm (bir kol boyu) mesafe bulunmalıdır.</w:t>
            </w:r>
          </w:p>
        </w:tc>
      </w:tr>
      <w:tr w:rsidR="00621FBB" w14:paraId="3C8EFBE4" w14:textId="77777777">
        <w:trPr>
          <w:cantSplit/>
          <w:jc w:val="center"/>
        </w:trPr>
        <w:tc>
          <w:tcPr>
            <w:tcW w:w="5328" w:type="dxa"/>
            <w:shd w:val="clear" w:color="auto" w:fill="F8FAFC"/>
            <w:tcMar>
              <w:top w:w="85" w:type="dxa"/>
              <w:left w:w="120" w:type="dxa"/>
              <w:bottom w:w="85" w:type="dxa"/>
              <w:right w:w="120" w:type="dxa"/>
            </w:tcMar>
            <w:vAlign w:val="center"/>
          </w:tcPr>
          <w:p w14:paraId="22FB0FC4" w14:textId="77777777" w:rsidR="00621FBB" w:rsidRDefault="00000000">
            <w:pPr>
              <w:keepNext/>
              <w:spacing w:before="40" w:after="40" w:line="269" w:lineRule="auto"/>
            </w:pPr>
            <w:r>
              <w:rPr>
                <w:b/>
                <w:color w:val="1A365D"/>
                <w:sz w:val="20"/>
              </w:rPr>
              <w:t xml:space="preserve">🧍 2. Sırt, Boyun ve Bel Duruşu: </w:t>
            </w:r>
          </w:p>
        </w:tc>
        <w:tc>
          <w:tcPr>
            <w:tcW w:w="5328" w:type="dxa"/>
            <w:shd w:val="clear" w:color="auto" w:fill="F8FAFC"/>
            <w:tcMar>
              <w:top w:w="85" w:type="dxa"/>
              <w:left w:w="120" w:type="dxa"/>
              <w:bottom w:w="85" w:type="dxa"/>
              <w:right w:w="120" w:type="dxa"/>
            </w:tcMar>
            <w:vAlign w:val="center"/>
          </w:tcPr>
          <w:p w14:paraId="149894BE" w14:textId="77777777" w:rsidR="00621FBB" w:rsidRDefault="00000000">
            <w:pPr>
              <w:keepNext/>
              <w:spacing w:before="40" w:after="40"/>
            </w:pPr>
            <w:r>
              <w:rPr>
                <w:b/>
                <w:color w:val="DC2626"/>
                <w:sz w:val="20"/>
              </w:rPr>
              <w:t>Sırt dik tutulmalı, bel boşluğu sandalye ile desteklenmeli, omuzlar rahat bırakılmalı ve öne doğru kambur eğilmemelidir.</w:t>
            </w:r>
          </w:p>
        </w:tc>
      </w:tr>
      <w:tr w:rsidR="00621FBB" w14:paraId="5FAB8CEB" w14:textId="77777777">
        <w:trPr>
          <w:cantSplit/>
          <w:jc w:val="center"/>
        </w:trPr>
        <w:tc>
          <w:tcPr>
            <w:tcW w:w="5328" w:type="dxa"/>
            <w:tcMar>
              <w:top w:w="85" w:type="dxa"/>
              <w:left w:w="120" w:type="dxa"/>
              <w:bottom w:w="85" w:type="dxa"/>
              <w:right w:w="120" w:type="dxa"/>
            </w:tcMar>
            <w:vAlign w:val="center"/>
          </w:tcPr>
          <w:p w14:paraId="54621C83" w14:textId="77777777" w:rsidR="00621FBB" w:rsidRDefault="00000000">
            <w:pPr>
              <w:keepNext/>
              <w:spacing w:before="40" w:after="40" w:line="269" w:lineRule="auto"/>
            </w:pPr>
            <w:r>
              <w:rPr>
                <w:b/>
                <w:color w:val="1A365D"/>
                <w:sz w:val="20"/>
              </w:rPr>
              <w:t xml:space="preserve">🦵 3. Kol, Bilek ve Ayak Konumu: </w:t>
            </w:r>
          </w:p>
        </w:tc>
        <w:tc>
          <w:tcPr>
            <w:tcW w:w="5328" w:type="dxa"/>
            <w:tcMar>
              <w:top w:w="85" w:type="dxa"/>
              <w:left w:w="120" w:type="dxa"/>
              <w:bottom w:w="85" w:type="dxa"/>
              <w:right w:w="120" w:type="dxa"/>
            </w:tcMar>
            <w:vAlign w:val="center"/>
          </w:tcPr>
          <w:p w14:paraId="52ECC0C1" w14:textId="77777777" w:rsidR="00621FBB" w:rsidRDefault="00000000">
            <w:pPr>
              <w:keepNext/>
              <w:spacing w:before="40" w:after="40"/>
            </w:pPr>
            <w:r>
              <w:rPr>
                <w:b/>
                <w:color w:val="DC2626"/>
                <w:sz w:val="20"/>
              </w:rPr>
              <w:t>Dirsekler ve dizler yaklaşık 90 derecelik dik açı yapmalı, el bilekleri düz tutulmalı ve ayaklar yere (veya ayak desteğine) tam basmalıdır.</w:t>
            </w:r>
          </w:p>
        </w:tc>
      </w:tr>
      <w:tr w:rsidR="00621FBB" w14:paraId="40029C39" w14:textId="77777777">
        <w:trPr>
          <w:cantSplit/>
          <w:jc w:val="center"/>
        </w:trPr>
        <w:tc>
          <w:tcPr>
            <w:tcW w:w="5328" w:type="dxa"/>
            <w:shd w:val="clear" w:color="auto" w:fill="F8FAFC"/>
            <w:tcMar>
              <w:top w:w="85" w:type="dxa"/>
              <w:left w:w="120" w:type="dxa"/>
              <w:bottom w:w="85" w:type="dxa"/>
              <w:right w:w="120" w:type="dxa"/>
            </w:tcMar>
            <w:vAlign w:val="center"/>
          </w:tcPr>
          <w:p w14:paraId="534A0749" w14:textId="77777777" w:rsidR="00621FBB" w:rsidRDefault="00000000">
            <w:pPr>
              <w:spacing w:before="40" w:after="40" w:line="269" w:lineRule="auto"/>
            </w:pPr>
            <w:r>
              <w:rPr>
                <w:b/>
                <w:color w:val="1A365D"/>
                <w:sz w:val="20"/>
              </w:rPr>
              <w:t xml:space="preserve">⏱️ 4. Mola ve Dinlenme Süresi: </w:t>
            </w:r>
          </w:p>
        </w:tc>
        <w:tc>
          <w:tcPr>
            <w:tcW w:w="5328" w:type="dxa"/>
            <w:shd w:val="clear" w:color="auto" w:fill="F8FAFC"/>
            <w:tcMar>
              <w:top w:w="85" w:type="dxa"/>
              <w:left w:w="120" w:type="dxa"/>
              <w:bottom w:w="85" w:type="dxa"/>
              <w:right w:w="120" w:type="dxa"/>
            </w:tcMar>
            <w:vAlign w:val="center"/>
          </w:tcPr>
          <w:p w14:paraId="5A065548" w14:textId="77777777" w:rsidR="00621FBB" w:rsidRDefault="00000000">
            <w:pPr>
              <w:spacing w:before="40" w:after="40"/>
            </w:pPr>
            <w:r>
              <w:rPr>
                <w:b/>
                <w:color w:val="DC2626"/>
                <w:sz w:val="20"/>
              </w:rPr>
              <w:t>Uzun süre kesintisiz ekrana bakılmamalı; her 30–45 dakikada bir 5–10 dakika mola verilerek gözler dinlendirilmeli ve egzersiz yapılmalıdır.</w:t>
            </w:r>
          </w:p>
        </w:tc>
      </w:tr>
    </w:tbl>
    <w:p w14:paraId="3F301438" w14:textId="3EFD5606" w:rsidR="00621FBB" w:rsidRDefault="00000000">
      <w:pPr>
        <w:keepNext/>
        <w:spacing w:before="180" w:after="80"/>
      </w:pPr>
      <w:r>
        <w:rPr>
          <w:b/>
          <w:color w:val="2B6CB0"/>
        </w:rPr>
        <w:lastRenderedPageBreak/>
        <w:t>📌 Örnek Soru 2.</w:t>
      </w:r>
      <w:r w:rsidR="006972C4">
        <w:rPr>
          <w:b/>
          <w:color w:val="2B6CB0"/>
        </w:rPr>
        <w:t>3</w:t>
      </w:r>
      <w:r>
        <w:rPr>
          <w:b/>
          <w:color w:val="2B6CB0"/>
        </w:rPr>
        <w:t xml:space="preserve">: </w:t>
      </w:r>
      <w:proofErr w:type="spellStart"/>
      <w:r>
        <w:t>Görselde</w:t>
      </w:r>
      <w:proofErr w:type="spellEnd"/>
      <w:r>
        <w:t xml:space="preserve"> </w:t>
      </w:r>
      <w:proofErr w:type="spellStart"/>
      <w:r>
        <w:t>Pınar'ın</w:t>
      </w:r>
      <w:proofErr w:type="spellEnd"/>
      <w:r>
        <w:t xml:space="preserve"> </w:t>
      </w:r>
      <w:proofErr w:type="spellStart"/>
      <w:r>
        <w:t>hafta</w:t>
      </w:r>
      <w:proofErr w:type="spellEnd"/>
      <w:r>
        <w:t xml:space="preserve"> </w:t>
      </w:r>
      <w:proofErr w:type="spellStart"/>
      <w:r>
        <w:t>sonu</w:t>
      </w:r>
      <w:proofErr w:type="spellEnd"/>
      <w:r>
        <w:t xml:space="preserve"> kuzenleriyle vakit geçirmek için bir araya geldiği, ancak kuzenlerinin buluşma boyunca sürekli telefon ve tabletleriyle ilgilenip Pınar'la hiç konuşmadığı görülmektedir. Bu olaydan hareketle aşağıdaki soruları cevaplayınız.</w:t>
      </w:r>
    </w:p>
    <w:p w14:paraId="32847632" w14:textId="77777777" w:rsidR="00621FBB" w:rsidRDefault="00000000">
      <w:pPr>
        <w:keepNext/>
        <w:spacing w:before="60" w:after="100"/>
        <w:jc w:val="center"/>
      </w:pPr>
      <w:r>
        <w:rPr>
          <w:noProof/>
        </w:rPr>
        <w:drawing>
          <wp:inline distT="0" distB="0" distL="0" distR="0" wp14:anchorId="146B00A4" wp14:editId="6804512B">
            <wp:extent cx="4937760" cy="1646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_p2_img2.jpg"/>
                    <pic:cNvPicPr/>
                  </pic:nvPicPr>
                  <pic:blipFill>
                    <a:blip r:embed="rId9"/>
                    <a:stretch>
                      <a:fillRect/>
                    </a:stretch>
                  </pic:blipFill>
                  <pic:spPr>
                    <a:xfrm>
                      <a:off x="0" y="0"/>
                      <a:ext cx="4937760" cy="1646950"/>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49835E13" w14:textId="77777777">
        <w:trPr>
          <w:cantSplit/>
          <w:tblHeader/>
          <w:jc w:val="center"/>
        </w:trPr>
        <w:tc>
          <w:tcPr>
            <w:tcW w:w="5328" w:type="dxa"/>
            <w:shd w:val="clear" w:color="auto" w:fill="EBF8FF"/>
            <w:tcMar>
              <w:top w:w="95" w:type="dxa"/>
              <w:left w:w="130" w:type="dxa"/>
              <w:bottom w:w="95" w:type="dxa"/>
              <w:right w:w="130" w:type="dxa"/>
            </w:tcMar>
            <w:vAlign w:val="center"/>
          </w:tcPr>
          <w:p w14:paraId="1EB72B71" w14:textId="77777777" w:rsidR="00621FBB" w:rsidRDefault="00000000">
            <w:pPr>
              <w:keepNext/>
              <w:spacing w:before="40" w:after="40"/>
              <w:jc w:val="center"/>
            </w:pPr>
            <w:r>
              <w:rPr>
                <w:b/>
                <w:color w:val="1A365D"/>
                <w:sz w:val="21"/>
              </w:rPr>
              <w:t>Değerlendirme Sorusu</w:t>
            </w:r>
          </w:p>
        </w:tc>
        <w:tc>
          <w:tcPr>
            <w:tcW w:w="5328" w:type="dxa"/>
            <w:shd w:val="clear" w:color="auto" w:fill="EBF8FF"/>
            <w:tcMar>
              <w:top w:w="95" w:type="dxa"/>
              <w:left w:w="130" w:type="dxa"/>
              <w:bottom w:w="95" w:type="dxa"/>
              <w:right w:w="130" w:type="dxa"/>
            </w:tcMar>
            <w:vAlign w:val="center"/>
          </w:tcPr>
          <w:p w14:paraId="740A4844" w14:textId="77777777" w:rsidR="00621FBB" w:rsidRDefault="00000000">
            <w:pPr>
              <w:keepNext/>
              <w:spacing w:before="40" w:after="40"/>
              <w:jc w:val="center"/>
            </w:pPr>
            <w:r>
              <w:rPr>
                <w:b/>
                <w:color w:val="1A365D"/>
                <w:sz w:val="21"/>
              </w:rPr>
              <w:t>Açıklamanız / Cevabınız</w:t>
            </w:r>
          </w:p>
        </w:tc>
      </w:tr>
      <w:tr w:rsidR="00621FBB" w14:paraId="6DFCD61F" w14:textId="77777777">
        <w:trPr>
          <w:cantSplit/>
          <w:jc w:val="center"/>
        </w:trPr>
        <w:tc>
          <w:tcPr>
            <w:tcW w:w="5328" w:type="dxa"/>
            <w:tcMar>
              <w:top w:w="85" w:type="dxa"/>
              <w:left w:w="120" w:type="dxa"/>
              <w:bottom w:w="85" w:type="dxa"/>
              <w:right w:w="120" w:type="dxa"/>
            </w:tcMar>
            <w:vAlign w:val="center"/>
          </w:tcPr>
          <w:p w14:paraId="4FBCE507" w14:textId="77777777" w:rsidR="00621FBB" w:rsidRDefault="00000000">
            <w:pPr>
              <w:keepNext/>
              <w:spacing w:before="40" w:after="40" w:line="269" w:lineRule="auto"/>
            </w:pPr>
            <w:r>
              <w:rPr>
                <w:b/>
                <w:color w:val="1A365D"/>
                <w:sz w:val="20"/>
              </w:rPr>
              <w:t xml:space="preserve">1) İnsan İlişkilerine Olumsuz Etkisi: </w:t>
            </w:r>
            <w:r>
              <w:rPr>
                <w:sz w:val="20"/>
              </w:rPr>
              <w:br/>
              <w:t>Bilişim teknolojilerinin aşırı kullanımı yüz yüze iletişimi ve aile/arkadaş bağlarını nasıl etkiler?</w:t>
            </w:r>
          </w:p>
        </w:tc>
        <w:tc>
          <w:tcPr>
            <w:tcW w:w="5328" w:type="dxa"/>
            <w:tcMar>
              <w:top w:w="85" w:type="dxa"/>
              <w:left w:w="120" w:type="dxa"/>
              <w:bottom w:w="85" w:type="dxa"/>
              <w:right w:w="120" w:type="dxa"/>
            </w:tcMar>
            <w:vAlign w:val="center"/>
          </w:tcPr>
          <w:p w14:paraId="1CAB2D7D" w14:textId="77777777" w:rsidR="00621FBB" w:rsidRDefault="00000000">
            <w:pPr>
              <w:keepNext/>
              <w:spacing w:before="40" w:after="40"/>
            </w:pPr>
            <w:r>
              <w:rPr>
                <w:b/>
                <w:color w:val="DC2626"/>
                <w:sz w:val="20"/>
              </w:rPr>
              <w:t>Bilişim teknolojilerinin aşırı ve kontrolsüz kullanımı yüz yüze iletişimi zayıflatır, aile ve arkadaşlık bağlarını koparır; bireylerin Pınar gibi kendilerini dışlanmış, yalnız ve üzgün (sosyal izolasyon içinde) hissetmelerine neden olur.</w:t>
            </w:r>
          </w:p>
        </w:tc>
      </w:tr>
      <w:tr w:rsidR="00621FBB" w14:paraId="4F03018F" w14:textId="77777777">
        <w:trPr>
          <w:cantSplit/>
          <w:jc w:val="center"/>
        </w:trPr>
        <w:tc>
          <w:tcPr>
            <w:tcW w:w="5328" w:type="dxa"/>
            <w:shd w:val="clear" w:color="auto" w:fill="F8FAFC"/>
            <w:tcMar>
              <w:top w:w="85" w:type="dxa"/>
              <w:left w:w="120" w:type="dxa"/>
              <w:bottom w:w="85" w:type="dxa"/>
              <w:right w:w="120" w:type="dxa"/>
            </w:tcMar>
            <w:vAlign w:val="center"/>
          </w:tcPr>
          <w:p w14:paraId="17AF4891" w14:textId="77777777" w:rsidR="00621FBB" w:rsidRDefault="00000000">
            <w:pPr>
              <w:spacing w:before="40" w:after="40" w:line="269" w:lineRule="auto"/>
            </w:pPr>
            <w:r>
              <w:rPr>
                <w:b/>
                <w:color w:val="1A365D"/>
                <w:sz w:val="20"/>
              </w:rPr>
              <w:t xml:space="preserve">2) Doğru Davranış Önerisi: </w:t>
            </w:r>
            <w:r>
              <w:rPr>
                <w:sz w:val="20"/>
              </w:rPr>
              <w:br/>
              <w:t>Bilişim teknolojilerinin bilinçli kullanımı açısından Pınar'ın kuzenleri nasıl davranmalıydı?</w:t>
            </w:r>
          </w:p>
        </w:tc>
        <w:tc>
          <w:tcPr>
            <w:tcW w:w="5328" w:type="dxa"/>
            <w:shd w:val="clear" w:color="auto" w:fill="F8FAFC"/>
            <w:tcMar>
              <w:top w:w="85" w:type="dxa"/>
              <w:left w:w="120" w:type="dxa"/>
              <w:bottom w:w="85" w:type="dxa"/>
              <w:right w:w="120" w:type="dxa"/>
            </w:tcMar>
            <w:vAlign w:val="center"/>
          </w:tcPr>
          <w:p w14:paraId="3A7FAC55" w14:textId="77777777" w:rsidR="00621FBB" w:rsidRDefault="00000000">
            <w:pPr>
              <w:spacing w:before="40" w:after="40"/>
            </w:pPr>
            <w:r>
              <w:rPr>
                <w:b/>
                <w:color w:val="DC2626"/>
                <w:sz w:val="20"/>
              </w:rPr>
              <w:t>Pınar'ın kuzenleri misafirlik ve buluşma süresince telefon ve tabletlerini bir kenara bırakmalı, ekran süresini sınırlandırarak Pınar ile yüz yüze sohbet etmeli ve birlikte ortak oyunlar/etkinlikler paylaşmalıydı.</w:t>
            </w:r>
          </w:p>
        </w:tc>
      </w:tr>
    </w:tbl>
    <w:p w14:paraId="5B056D4C" w14:textId="6184ECE9" w:rsidR="00621FBB" w:rsidRDefault="00000000">
      <w:pPr>
        <w:keepNext/>
        <w:shd w:val="clear" w:color="auto" w:fill="1A365D"/>
        <w:spacing w:before="280" w:after="120"/>
      </w:pPr>
      <w:r>
        <w:rPr>
          <w:b/>
          <w:color w:val="FFFFFF"/>
          <w:sz w:val="23"/>
        </w:rPr>
        <w:lastRenderedPageBreak/>
        <w:t xml:space="preserve">  🎯 3. KAZANIM: BTY.5.1.3. Dijital vatandaşlık uygulamalarını sınıflandırabilme (3. </w:t>
      </w:r>
      <w:proofErr w:type="spellStart"/>
      <w:r>
        <w:rPr>
          <w:b/>
          <w:color w:val="FFFFFF"/>
          <w:sz w:val="23"/>
        </w:rPr>
        <w:t>Hafta</w:t>
      </w:r>
      <w:proofErr w:type="spellEnd"/>
      <w:r>
        <w:rPr>
          <w:b/>
          <w:color w:val="FFFFFF"/>
          <w:sz w:val="23"/>
        </w:rPr>
        <w:t xml:space="preserve">: </w:t>
      </w:r>
      <w:r w:rsidR="006972C4">
        <w:rPr>
          <w:b/>
          <w:color w:val="FFFFFF"/>
          <w:sz w:val="23"/>
        </w:rPr>
        <w:t>2</w:t>
      </w:r>
      <w:r>
        <w:rPr>
          <w:b/>
          <w:color w:val="FFFFFF"/>
          <w:sz w:val="23"/>
        </w:rPr>
        <w:t xml:space="preserve"> Soru)</w:t>
      </w:r>
    </w:p>
    <w:p w14:paraId="2D307FBF" w14:textId="38A19987" w:rsidR="006972C4" w:rsidRDefault="006972C4">
      <w:pPr>
        <w:keepNext/>
        <w:spacing w:before="180" w:after="80"/>
        <w:rPr>
          <w:b/>
          <w:color w:val="2B6CB0"/>
        </w:rPr>
      </w:pPr>
      <w:r>
        <w:rPr>
          <w:noProof/>
        </w:rPr>
        <w:drawing>
          <wp:inline distT="0" distB="0" distL="0" distR="0" wp14:anchorId="2A8BB366" wp14:editId="4C6E2459">
            <wp:extent cx="4937760" cy="141822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_p3_img2.jpg"/>
                    <pic:cNvPicPr/>
                  </pic:nvPicPr>
                  <pic:blipFill>
                    <a:blip r:embed="rId10"/>
                    <a:stretch>
                      <a:fillRect/>
                    </a:stretch>
                  </pic:blipFill>
                  <pic:spPr>
                    <a:xfrm>
                      <a:off x="0" y="0"/>
                      <a:ext cx="4937760" cy="1418224"/>
                    </a:xfrm>
                    <a:prstGeom prst="rect">
                      <a:avLst/>
                    </a:prstGeom>
                  </pic:spPr>
                </pic:pic>
              </a:graphicData>
            </a:graphic>
          </wp:inline>
        </w:drawing>
      </w:r>
    </w:p>
    <w:p w14:paraId="58A460B7" w14:textId="4A143ED3" w:rsidR="00621FBB" w:rsidRDefault="00000000" w:rsidP="006972C4">
      <w:pPr>
        <w:keepNext/>
        <w:spacing w:before="180" w:after="80"/>
      </w:pPr>
      <w:r>
        <w:rPr>
          <w:b/>
          <w:color w:val="2B6CB0"/>
        </w:rPr>
        <w:t xml:space="preserve">📌 Örnek Soru 3.1: </w:t>
      </w:r>
      <w:r>
        <w:t xml:space="preserve">Yukarıdaki görselde numaralandırılmış ülkemizdeki resmi dijital vatandaşlık uygulamalarının logoları verilmiştir. Bu uygulamaları ve e-Devlet/e-Okul sistemlerini aşağıdaki görev </w:t>
      </w:r>
      <w:proofErr w:type="spellStart"/>
      <w:r>
        <w:t>tanımlarıyla</w:t>
      </w:r>
      <w:proofErr w:type="spellEnd"/>
      <w:r>
        <w:t xml:space="preserve"> </w:t>
      </w:r>
      <w:proofErr w:type="spellStart"/>
      <w:r>
        <w:t>eşleştirerek</w:t>
      </w:r>
      <w:proofErr w:type="spellEnd"/>
      <w:r>
        <w:t xml:space="preserve"> </w:t>
      </w:r>
      <w:proofErr w:type="spellStart"/>
      <w:r>
        <w:t>kullanım</w:t>
      </w:r>
      <w:proofErr w:type="spellEnd"/>
      <w:r>
        <w:t xml:space="preserve"> </w:t>
      </w:r>
      <w:proofErr w:type="spellStart"/>
      <w:r>
        <w:t>alanlarını</w:t>
      </w:r>
      <w:proofErr w:type="spellEnd"/>
      <w:r>
        <w:t xml:space="preserve"> (</w:t>
      </w:r>
      <w:proofErr w:type="spellStart"/>
      <w:r>
        <w:t>Eğitim</w:t>
      </w:r>
      <w:proofErr w:type="spellEnd"/>
      <w:r>
        <w:t xml:space="preserve"> / </w:t>
      </w:r>
      <w:proofErr w:type="spellStart"/>
      <w:r>
        <w:t>Sağlık</w:t>
      </w:r>
      <w:proofErr w:type="spellEnd"/>
      <w:r>
        <w:t xml:space="preserve"> / Kamu) </w:t>
      </w:r>
      <w:proofErr w:type="spellStart"/>
      <w:r>
        <w:t>yazınız</w:t>
      </w:r>
      <w:proofErr w:type="spellEnd"/>
      <w:r>
        <w:t>.</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3552"/>
        <w:gridCol w:w="3552"/>
        <w:gridCol w:w="3552"/>
      </w:tblGrid>
      <w:tr w:rsidR="00621FBB" w14:paraId="20A2F2E9" w14:textId="77777777">
        <w:trPr>
          <w:cantSplit/>
          <w:tblHeader/>
          <w:jc w:val="center"/>
        </w:trPr>
        <w:tc>
          <w:tcPr>
            <w:tcW w:w="3552" w:type="dxa"/>
            <w:shd w:val="clear" w:color="auto" w:fill="EBF8FF"/>
            <w:tcMar>
              <w:top w:w="95" w:type="dxa"/>
              <w:left w:w="130" w:type="dxa"/>
              <w:bottom w:w="95" w:type="dxa"/>
              <w:right w:w="130" w:type="dxa"/>
            </w:tcMar>
            <w:vAlign w:val="center"/>
          </w:tcPr>
          <w:p w14:paraId="351F292B" w14:textId="77777777" w:rsidR="00621FBB" w:rsidRDefault="00000000">
            <w:pPr>
              <w:keepNext/>
              <w:spacing w:before="40" w:after="40"/>
              <w:jc w:val="center"/>
            </w:pPr>
            <w:r>
              <w:rPr>
                <w:b/>
                <w:color w:val="1A365D"/>
                <w:sz w:val="21"/>
              </w:rPr>
              <w:t>Uygulamanın Görevi ve Açıklaması</w:t>
            </w:r>
          </w:p>
        </w:tc>
        <w:tc>
          <w:tcPr>
            <w:tcW w:w="3552" w:type="dxa"/>
            <w:shd w:val="clear" w:color="auto" w:fill="EBF8FF"/>
            <w:tcMar>
              <w:top w:w="95" w:type="dxa"/>
              <w:left w:w="130" w:type="dxa"/>
              <w:bottom w:w="95" w:type="dxa"/>
              <w:right w:w="130" w:type="dxa"/>
            </w:tcMar>
            <w:vAlign w:val="center"/>
          </w:tcPr>
          <w:p w14:paraId="077B248D" w14:textId="77777777" w:rsidR="00621FBB" w:rsidRDefault="00000000">
            <w:pPr>
              <w:keepNext/>
              <w:spacing w:before="40" w:after="40"/>
              <w:jc w:val="center"/>
            </w:pPr>
            <w:r>
              <w:rPr>
                <w:b/>
                <w:color w:val="1A365D"/>
                <w:sz w:val="21"/>
              </w:rPr>
              <w:t>Logo No / Uygulama Adı</w:t>
            </w:r>
          </w:p>
        </w:tc>
        <w:tc>
          <w:tcPr>
            <w:tcW w:w="3552" w:type="dxa"/>
            <w:shd w:val="clear" w:color="auto" w:fill="EBF8FF"/>
            <w:tcMar>
              <w:top w:w="95" w:type="dxa"/>
              <w:left w:w="130" w:type="dxa"/>
              <w:bottom w:w="95" w:type="dxa"/>
              <w:right w:w="130" w:type="dxa"/>
            </w:tcMar>
            <w:vAlign w:val="center"/>
          </w:tcPr>
          <w:p w14:paraId="1A35E51B" w14:textId="77777777" w:rsidR="00621FBB" w:rsidRDefault="00000000">
            <w:pPr>
              <w:keepNext/>
              <w:spacing w:before="40" w:after="40"/>
              <w:jc w:val="center"/>
            </w:pPr>
            <w:r>
              <w:rPr>
                <w:b/>
                <w:color w:val="1A365D"/>
                <w:sz w:val="21"/>
              </w:rPr>
              <w:t>Kullanım Alanı</w:t>
            </w:r>
            <w:r>
              <w:rPr>
                <w:b/>
                <w:color w:val="1A365D"/>
                <w:sz w:val="21"/>
              </w:rPr>
              <w:br/>
              <w:t>(Eğitim / Sağlık / Kamu)</w:t>
            </w:r>
          </w:p>
        </w:tc>
      </w:tr>
      <w:tr w:rsidR="00621FBB" w14:paraId="41A54B36" w14:textId="77777777">
        <w:trPr>
          <w:cantSplit/>
          <w:jc w:val="center"/>
        </w:trPr>
        <w:tc>
          <w:tcPr>
            <w:tcW w:w="3552" w:type="dxa"/>
            <w:tcMar>
              <w:top w:w="85" w:type="dxa"/>
              <w:left w:w="120" w:type="dxa"/>
              <w:bottom w:w="85" w:type="dxa"/>
              <w:right w:w="120" w:type="dxa"/>
            </w:tcMar>
            <w:vAlign w:val="center"/>
          </w:tcPr>
          <w:p w14:paraId="264D8DAB" w14:textId="77777777" w:rsidR="00621FBB" w:rsidRDefault="00000000">
            <w:pPr>
              <w:keepNext/>
              <w:spacing w:before="40" w:after="40" w:line="269" w:lineRule="auto"/>
            </w:pPr>
            <w:r>
              <w:rPr>
                <w:sz w:val="20"/>
              </w:rPr>
              <w:t>a) MEB tarafından geliştirilen, öğretmen ve öğrencilerin ders içeriklerine ulaştığı sosyal eğitim platformu:</w:t>
            </w:r>
          </w:p>
        </w:tc>
        <w:tc>
          <w:tcPr>
            <w:tcW w:w="3552" w:type="dxa"/>
            <w:tcMar>
              <w:top w:w="85" w:type="dxa"/>
              <w:left w:w="120" w:type="dxa"/>
              <w:bottom w:w="85" w:type="dxa"/>
              <w:right w:w="120" w:type="dxa"/>
            </w:tcMar>
            <w:vAlign w:val="center"/>
          </w:tcPr>
          <w:p w14:paraId="0840955E" w14:textId="77777777" w:rsidR="00621FBB" w:rsidRDefault="00000000">
            <w:pPr>
              <w:keepNext/>
              <w:spacing w:before="40" w:after="40"/>
              <w:jc w:val="center"/>
            </w:pPr>
            <w:r>
              <w:rPr>
                <w:b/>
                <w:color w:val="DC2626"/>
                <w:sz w:val="20"/>
              </w:rPr>
              <w:t>[ 2 ] EBA (Eğitim Bilişim Ağı)</w:t>
            </w:r>
          </w:p>
        </w:tc>
        <w:tc>
          <w:tcPr>
            <w:tcW w:w="3552" w:type="dxa"/>
            <w:tcMar>
              <w:top w:w="85" w:type="dxa"/>
              <w:left w:w="120" w:type="dxa"/>
              <w:bottom w:w="85" w:type="dxa"/>
              <w:right w:w="120" w:type="dxa"/>
            </w:tcMar>
            <w:vAlign w:val="center"/>
          </w:tcPr>
          <w:p w14:paraId="30AEEC20" w14:textId="77777777" w:rsidR="00621FBB" w:rsidRDefault="00000000">
            <w:pPr>
              <w:keepNext/>
              <w:spacing w:before="40" w:after="40"/>
              <w:jc w:val="center"/>
            </w:pPr>
            <w:r>
              <w:rPr>
                <w:b/>
                <w:color w:val="DC2626"/>
                <w:sz w:val="20"/>
              </w:rPr>
              <w:t>Eğitim</w:t>
            </w:r>
          </w:p>
        </w:tc>
      </w:tr>
      <w:tr w:rsidR="00621FBB" w14:paraId="2455E543" w14:textId="77777777">
        <w:trPr>
          <w:cantSplit/>
          <w:jc w:val="center"/>
        </w:trPr>
        <w:tc>
          <w:tcPr>
            <w:tcW w:w="3552" w:type="dxa"/>
            <w:shd w:val="clear" w:color="auto" w:fill="F8FAFC"/>
            <w:tcMar>
              <w:top w:w="85" w:type="dxa"/>
              <w:left w:w="120" w:type="dxa"/>
              <w:bottom w:w="85" w:type="dxa"/>
              <w:right w:w="120" w:type="dxa"/>
            </w:tcMar>
            <w:vAlign w:val="center"/>
          </w:tcPr>
          <w:p w14:paraId="7D432A4F" w14:textId="77777777" w:rsidR="00621FBB" w:rsidRDefault="00000000">
            <w:pPr>
              <w:keepNext/>
              <w:spacing w:before="40" w:after="40" w:line="269" w:lineRule="auto"/>
            </w:pPr>
            <w:r>
              <w:rPr>
                <w:sz w:val="20"/>
              </w:rPr>
              <w:t>b) Vatandaşların kişisel sağlık kayıtlarına, tahlil sonuçlarına ve reçetelerine ulaştığı Sağlık Bakanlığı uygulaması:</w:t>
            </w:r>
          </w:p>
        </w:tc>
        <w:tc>
          <w:tcPr>
            <w:tcW w:w="3552" w:type="dxa"/>
            <w:shd w:val="clear" w:color="auto" w:fill="F8FAFC"/>
            <w:tcMar>
              <w:top w:w="85" w:type="dxa"/>
              <w:left w:w="120" w:type="dxa"/>
              <w:bottom w:w="85" w:type="dxa"/>
              <w:right w:w="120" w:type="dxa"/>
            </w:tcMar>
            <w:vAlign w:val="center"/>
          </w:tcPr>
          <w:p w14:paraId="14BB14C9" w14:textId="77777777" w:rsidR="00621FBB" w:rsidRDefault="00000000">
            <w:pPr>
              <w:keepNext/>
              <w:spacing w:before="40" w:after="40"/>
              <w:jc w:val="center"/>
            </w:pPr>
            <w:r>
              <w:rPr>
                <w:b/>
                <w:color w:val="DC2626"/>
                <w:sz w:val="20"/>
              </w:rPr>
              <w:t>[ 4 ] e-Nabız Kişisel Sağlık Sistemi</w:t>
            </w:r>
          </w:p>
        </w:tc>
        <w:tc>
          <w:tcPr>
            <w:tcW w:w="3552" w:type="dxa"/>
            <w:shd w:val="clear" w:color="auto" w:fill="F8FAFC"/>
            <w:tcMar>
              <w:top w:w="85" w:type="dxa"/>
              <w:left w:w="120" w:type="dxa"/>
              <w:bottom w:w="85" w:type="dxa"/>
              <w:right w:w="120" w:type="dxa"/>
            </w:tcMar>
            <w:vAlign w:val="center"/>
          </w:tcPr>
          <w:p w14:paraId="68190EB3" w14:textId="77777777" w:rsidR="00621FBB" w:rsidRDefault="00000000">
            <w:pPr>
              <w:keepNext/>
              <w:spacing w:before="40" w:after="40"/>
              <w:jc w:val="center"/>
            </w:pPr>
            <w:r>
              <w:rPr>
                <w:b/>
                <w:color w:val="DC2626"/>
                <w:sz w:val="20"/>
              </w:rPr>
              <w:t>Sağlık</w:t>
            </w:r>
          </w:p>
        </w:tc>
      </w:tr>
      <w:tr w:rsidR="00621FBB" w14:paraId="48E1DE4F" w14:textId="77777777">
        <w:trPr>
          <w:cantSplit/>
          <w:jc w:val="center"/>
        </w:trPr>
        <w:tc>
          <w:tcPr>
            <w:tcW w:w="3552" w:type="dxa"/>
            <w:tcMar>
              <w:top w:w="85" w:type="dxa"/>
              <w:left w:w="120" w:type="dxa"/>
              <w:bottom w:w="85" w:type="dxa"/>
              <w:right w:w="120" w:type="dxa"/>
            </w:tcMar>
            <w:vAlign w:val="center"/>
          </w:tcPr>
          <w:p w14:paraId="0E48F4F7" w14:textId="77777777" w:rsidR="00621FBB" w:rsidRDefault="00000000">
            <w:pPr>
              <w:keepNext/>
              <w:spacing w:before="40" w:after="40" w:line="269" w:lineRule="auto"/>
            </w:pPr>
            <w:r>
              <w:rPr>
                <w:sz w:val="20"/>
              </w:rPr>
              <w:t>c) Ortaokul ve lise öğrencileri için MEB tarafından geliştirilen yapay zekâ destekli bireysel öğrenme platformu:</w:t>
            </w:r>
          </w:p>
        </w:tc>
        <w:tc>
          <w:tcPr>
            <w:tcW w:w="3552" w:type="dxa"/>
            <w:tcMar>
              <w:top w:w="85" w:type="dxa"/>
              <w:left w:w="120" w:type="dxa"/>
              <w:bottom w:w="85" w:type="dxa"/>
              <w:right w:w="120" w:type="dxa"/>
            </w:tcMar>
            <w:vAlign w:val="center"/>
          </w:tcPr>
          <w:p w14:paraId="1FEA4EFF" w14:textId="77777777" w:rsidR="00621FBB" w:rsidRDefault="00000000">
            <w:pPr>
              <w:keepNext/>
              <w:spacing w:before="40" w:after="40"/>
              <w:jc w:val="center"/>
            </w:pPr>
            <w:r>
              <w:rPr>
                <w:b/>
                <w:color w:val="DC2626"/>
                <w:sz w:val="20"/>
              </w:rPr>
              <w:t>[ 3 ] MEBİ (Bireysel Öğrenme Platformu)</w:t>
            </w:r>
          </w:p>
        </w:tc>
        <w:tc>
          <w:tcPr>
            <w:tcW w:w="3552" w:type="dxa"/>
            <w:tcMar>
              <w:top w:w="85" w:type="dxa"/>
              <w:left w:w="120" w:type="dxa"/>
              <w:bottom w:w="85" w:type="dxa"/>
              <w:right w:w="120" w:type="dxa"/>
            </w:tcMar>
            <w:vAlign w:val="center"/>
          </w:tcPr>
          <w:p w14:paraId="7AE54701" w14:textId="77777777" w:rsidR="00621FBB" w:rsidRDefault="00000000">
            <w:pPr>
              <w:keepNext/>
              <w:spacing w:before="40" w:after="40"/>
              <w:jc w:val="center"/>
            </w:pPr>
            <w:r>
              <w:rPr>
                <w:b/>
                <w:color w:val="DC2626"/>
                <w:sz w:val="20"/>
              </w:rPr>
              <w:t>Eğitim</w:t>
            </w:r>
          </w:p>
        </w:tc>
      </w:tr>
      <w:tr w:rsidR="00621FBB" w14:paraId="7ABC47A6" w14:textId="77777777">
        <w:trPr>
          <w:cantSplit/>
          <w:jc w:val="center"/>
        </w:trPr>
        <w:tc>
          <w:tcPr>
            <w:tcW w:w="3552" w:type="dxa"/>
            <w:shd w:val="clear" w:color="auto" w:fill="F8FAFC"/>
            <w:tcMar>
              <w:top w:w="85" w:type="dxa"/>
              <w:left w:w="120" w:type="dxa"/>
              <w:bottom w:w="85" w:type="dxa"/>
              <w:right w:w="120" w:type="dxa"/>
            </w:tcMar>
            <w:vAlign w:val="center"/>
          </w:tcPr>
          <w:p w14:paraId="1C1A5ABD" w14:textId="77777777" w:rsidR="00621FBB" w:rsidRDefault="00000000">
            <w:pPr>
              <w:keepNext/>
              <w:spacing w:before="40" w:after="40" w:line="269" w:lineRule="auto"/>
            </w:pPr>
            <w:r>
              <w:rPr>
                <w:sz w:val="20"/>
              </w:rPr>
              <w:t>d) Hastaneye gitmeden internet veya telefon üzerinden doktor randevusu almayı sağlayan sistem:</w:t>
            </w:r>
          </w:p>
        </w:tc>
        <w:tc>
          <w:tcPr>
            <w:tcW w:w="3552" w:type="dxa"/>
            <w:shd w:val="clear" w:color="auto" w:fill="F8FAFC"/>
            <w:tcMar>
              <w:top w:w="85" w:type="dxa"/>
              <w:left w:w="120" w:type="dxa"/>
              <w:bottom w:w="85" w:type="dxa"/>
              <w:right w:w="120" w:type="dxa"/>
            </w:tcMar>
            <w:vAlign w:val="center"/>
          </w:tcPr>
          <w:p w14:paraId="3A17B690" w14:textId="77777777" w:rsidR="00621FBB" w:rsidRDefault="00000000">
            <w:pPr>
              <w:keepNext/>
              <w:spacing w:before="40" w:after="40"/>
              <w:jc w:val="center"/>
            </w:pPr>
            <w:r>
              <w:rPr>
                <w:b/>
                <w:color w:val="DC2626"/>
                <w:sz w:val="20"/>
              </w:rPr>
              <w:t>[ 1 ] MHRS (Merkezi Hekim Randevu Sistemi)</w:t>
            </w:r>
          </w:p>
        </w:tc>
        <w:tc>
          <w:tcPr>
            <w:tcW w:w="3552" w:type="dxa"/>
            <w:shd w:val="clear" w:color="auto" w:fill="F8FAFC"/>
            <w:tcMar>
              <w:top w:w="85" w:type="dxa"/>
              <w:left w:w="120" w:type="dxa"/>
              <w:bottom w:w="85" w:type="dxa"/>
              <w:right w:w="120" w:type="dxa"/>
            </w:tcMar>
            <w:vAlign w:val="center"/>
          </w:tcPr>
          <w:p w14:paraId="3AC38B1A" w14:textId="77777777" w:rsidR="00621FBB" w:rsidRDefault="00000000">
            <w:pPr>
              <w:keepNext/>
              <w:spacing w:before="40" w:after="40"/>
              <w:jc w:val="center"/>
            </w:pPr>
            <w:r>
              <w:rPr>
                <w:b/>
                <w:color w:val="DC2626"/>
                <w:sz w:val="20"/>
              </w:rPr>
              <w:t>Sağlık</w:t>
            </w:r>
          </w:p>
        </w:tc>
      </w:tr>
      <w:tr w:rsidR="00621FBB" w14:paraId="01821A77" w14:textId="77777777">
        <w:trPr>
          <w:cantSplit/>
          <w:jc w:val="center"/>
        </w:trPr>
        <w:tc>
          <w:tcPr>
            <w:tcW w:w="3552" w:type="dxa"/>
            <w:tcMar>
              <w:top w:w="85" w:type="dxa"/>
              <w:left w:w="120" w:type="dxa"/>
              <w:bottom w:w="85" w:type="dxa"/>
              <w:right w:w="120" w:type="dxa"/>
            </w:tcMar>
            <w:vAlign w:val="center"/>
          </w:tcPr>
          <w:p w14:paraId="24159807" w14:textId="77777777" w:rsidR="00621FBB" w:rsidRDefault="00000000">
            <w:pPr>
              <w:keepNext/>
              <w:spacing w:before="40" w:after="40" w:line="269" w:lineRule="auto"/>
            </w:pPr>
            <w:r>
              <w:rPr>
                <w:sz w:val="20"/>
              </w:rPr>
              <w:t>e) Tüm kamu kurumlarına ait resmi işlemlerin (adres belgesi, vergi, adli sicil vb.) tek kapıdan yapıldığı sistem (turkiye.gov.tr):</w:t>
            </w:r>
          </w:p>
        </w:tc>
        <w:tc>
          <w:tcPr>
            <w:tcW w:w="3552" w:type="dxa"/>
            <w:tcMar>
              <w:top w:w="85" w:type="dxa"/>
              <w:left w:w="120" w:type="dxa"/>
              <w:bottom w:w="85" w:type="dxa"/>
              <w:right w:w="120" w:type="dxa"/>
            </w:tcMar>
            <w:vAlign w:val="center"/>
          </w:tcPr>
          <w:p w14:paraId="6B760D99" w14:textId="77777777" w:rsidR="00621FBB" w:rsidRDefault="00000000">
            <w:pPr>
              <w:keepNext/>
              <w:spacing w:before="40" w:after="40"/>
              <w:jc w:val="center"/>
            </w:pPr>
            <w:r>
              <w:rPr>
                <w:b/>
                <w:color w:val="DC2626"/>
                <w:sz w:val="20"/>
              </w:rPr>
              <w:t>🇹🇷 e-Devlet Kapısı (turkiye.gov.tr)</w:t>
            </w:r>
          </w:p>
        </w:tc>
        <w:tc>
          <w:tcPr>
            <w:tcW w:w="3552" w:type="dxa"/>
            <w:tcMar>
              <w:top w:w="85" w:type="dxa"/>
              <w:left w:w="120" w:type="dxa"/>
              <w:bottom w:w="85" w:type="dxa"/>
              <w:right w:w="120" w:type="dxa"/>
            </w:tcMar>
            <w:vAlign w:val="center"/>
          </w:tcPr>
          <w:p w14:paraId="2AF4843E" w14:textId="77777777" w:rsidR="00621FBB" w:rsidRDefault="00000000">
            <w:pPr>
              <w:keepNext/>
              <w:spacing w:before="40" w:after="40"/>
              <w:jc w:val="center"/>
            </w:pPr>
            <w:r>
              <w:rPr>
                <w:b/>
                <w:color w:val="DC2626"/>
                <w:sz w:val="20"/>
              </w:rPr>
              <w:t>Kamu / Yönetim</w:t>
            </w:r>
          </w:p>
        </w:tc>
      </w:tr>
      <w:tr w:rsidR="00621FBB" w14:paraId="60CCB7E9" w14:textId="77777777">
        <w:trPr>
          <w:cantSplit/>
          <w:jc w:val="center"/>
        </w:trPr>
        <w:tc>
          <w:tcPr>
            <w:tcW w:w="3552" w:type="dxa"/>
            <w:shd w:val="clear" w:color="auto" w:fill="F8FAFC"/>
            <w:tcMar>
              <w:top w:w="85" w:type="dxa"/>
              <w:left w:w="120" w:type="dxa"/>
              <w:bottom w:w="85" w:type="dxa"/>
              <w:right w:w="120" w:type="dxa"/>
            </w:tcMar>
            <w:vAlign w:val="center"/>
          </w:tcPr>
          <w:p w14:paraId="773DF5D5" w14:textId="77777777" w:rsidR="00621FBB" w:rsidRDefault="00000000">
            <w:pPr>
              <w:spacing w:before="40" w:after="40" w:line="269" w:lineRule="auto"/>
            </w:pPr>
            <w:r>
              <w:rPr>
                <w:sz w:val="20"/>
              </w:rPr>
              <w:t>f) Öğrencilerin sınav notlarını, devamsızlık bilgilerini ve ders programlarını takip ettiği okul yönetim sistemi:</w:t>
            </w:r>
          </w:p>
        </w:tc>
        <w:tc>
          <w:tcPr>
            <w:tcW w:w="3552" w:type="dxa"/>
            <w:shd w:val="clear" w:color="auto" w:fill="F8FAFC"/>
            <w:tcMar>
              <w:top w:w="85" w:type="dxa"/>
              <w:left w:w="120" w:type="dxa"/>
              <w:bottom w:w="85" w:type="dxa"/>
              <w:right w:w="120" w:type="dxa"/>
            </w:tcMar>
            <w:vAlign w:val="center"/>
          </w:tcPr>
          <w:p w14:paraId="1F0CEBD6" w14:textId="77777777" w:rsidR="00621FBB" w:rsidRDefault="00000000">
            <w:pPr>
              <w:spacing w:before="40" w:after="40"/>
              <w:jc w:val="center"/>
            </w:pPr>
            <w:r>
              <w:rPr>
                <w:b/>
                <w:color w:val="DC2626"/>
                <w:sz w:val="20"/>
              </w:rPr>
              <w:t>🏫 e-Okul Veli Bilgilendirme Sistemi</w:t>
            </w:r>
          </w:p>
        </w:tc>
        <w:tc>
          <w:tcPr>
            <w:tcW w:w="3552" w:type="dxa"/>
            <w:shd w:val="clear" w:color="auto" w:fill="F8FAFC"/>
            <w:tcMar>
              <w:top w:w="85" w:type="dxa"/>
              <w:left w:w="120" w:type="dxa"/>
              <w:bottom w:w="85" w:type="dxa"/>
              <w:right w:w="120" w:type="dxa"/>
            </w:tcMar>
            <w:vAlign w:val="center"/>
          </w:tcPr>
          <w:p w14:paraId="4DC02EB5" w14:textId="77777777" w:rsidR="00621FBB" w:rsidRDefault="00000000">
            <w:pPr>
              <w:spacing w:before="40" w:after="40"/>
              <w:jc w:val="center"/>
            </w:pPr>
            <w:r>
              <w:rPr>
                <w:b/>
                <w:color w:val="DC2626"/>
                <w:sz w:val="20"/>
              </w:rPr>
              <w:t>Eğitim</w:t>
            </w:r>
          </w:p>
        </w:tc>
      </w:tr>
    </w:tbl>
    <w:p w14:paraId="013DAA35" w14:textId="77777777" w:rsidR="006972C4" w:rsidRDefault="006972C4">
      <w:pPr>
        <w:keepNext/>
        <w:spacing w:before="180" w:after="80"/>
        <w:rPr>
          <w:b/>
          <w:color w:val="2B6CB0"/>
        </w:rPr>
      </w:pPr>
    </w:p>
    <w:p w14:paraId="59139BC0" w14:textId="77777777" w:rsidR="006972C4" w:rsidRDefault="006972C4">
      <w:pPr>
        <w:keepNext/>
        <w:spacing w:before="180" w:after="80"/>
        <w:rPr>
          <w:b/>
          <w:color w:val="2B6CB0"/>
        </w:rPr>
      </w:pPr>
    </w:p>
    <w:p w14:paraId="37DFDAFF" w14:textId="77777777" w:rsidR="006972C4" w:rsidRDefault="006972C4">
      <w:pPr>
        <w:keepNext/>
        <w:spacing w:before="180" w:after="80"/>
        <w:rPr>
          <w:b/>
          <w:color w:val="2B6CB0"/>
        </w:rPr>
      </w:pPr>
    </w:p>
    <w:p w14:paraId="5CBFF457" w14:textId="77777777" w:rsidR="006972C4" w:rsidRDefault="006972C4">
      <w:pPr>
        <w:keepNext/>
        <w:spacing w:before="180" w:after="80"/>
        <w:rPr>
          <w:b/>
          <w:color w:val="2B6CB0"/>
        </w:rPr>
      </w:pPr>
    </w:p>
    <w:p w14:paraId="5F58F077" w14:textId="751EC105" w:rsidR="00621FBB" w:rsidRDefault="00000000">
      <w:pPr>
        <w:keepNext/>
        <w:spacing w:before="180" w:after="80"/>
      </w:pPr>
      <w:r>
        <w:rPr>
          <w:b/>
          <w:color w:val="2B6CB0"/>
        </w:rPr>
        <w:t>📌 Örnek Soru 3.</w:t>
      </w:r>
      <w:r w:rsidR="006972C4">
        <w:rPr>
          <w:b/>
          <w:color w:val="2B6CB0"/>
        </w:rPr>
        <w:t>2</w:t>
      </w:r>
      <w:r>
        <w:rPr>
          <w:b/>
          <w:color w:val="2B6CB0"/>
        </w:rPr>
        <w:t xml:space="preserve">: </w:t>
      </w:r>
      <w:proofErr w:type="spellStart"/>
      <w:r>
        <w:t>Aşağıdaki</w:t>
      </w:r>
      <w:proofErr w:type="spellEnd"/>
      <w:r>
        <w:t xml:space="preserve"> </w:t>
      </w:r>
      <w:proofErr w:type="spellStart"/>
      <w:r>
        <w:t>görselde</w:t>
      </w:r>
      <w:proofErr w:type="spellEnd"/>
      <w:r>
        <w:t xml:space="preserve"> </w:t>
      </w:r>
      <w:proofErr w:type="spellStart"/>
      <w:r>
        <w:t>Ece'nin</w:t>
      </w:r>
      <w:proofErr w:type="spellEnd"/>
      <w:r>
        <w:t xml:space="preserve"> </w:t>
      </w:r>
      <w:proofErr w:type="spellStart"/>
      <w:r>
        <w:t>sosyal</w:t>
      </w:r>
      <w:proofErr w:type="spellEnd"/>
      <w:r>
        <w:t xml:space="preserve"> medya hesabında arkadaşlarının fotoğraflarını paylaştığı ve çeşitli gönderilere herkese açık yorumlar yaptığı görülmektedir. Görselden hareketle '</w:t>
      </w:r>
      <w:proofErr w:type="spellStart"/>
      <w:r>
        <w:t>Dijital</w:t>
      </w:r>
      <w:proofErr w:type="spellEnd"/>
      <w:r>
        <w:t xml:space="preserve"> Ayak İzi' </w:t>
      </w:r>
      <w:proofErr w:type="spellStart"/>
      <w:r>
        <w:t>ve</w:t>
      </w:r>
      <w:proofErr w:type="spellEnd"/>
      <w:r>
        <w:t xml:space="preserve"> '</w:t>
      </w:r>
      <w:proofErr w:type="spellStart"/>
      <w:r>
        <w:t>Dijital</w:t>
      </w:r>
      <w:proofErr w:type="spellEnd"/>
      <w:r>
        <w:t xml:space="preserve"> </w:t>
      </w:r>
      <w:proofErr w:type="spellStart"/>
      <w:r>
        <w:t>Kimlik</w:t>
      </w:r>
      <w:proofErr w:type="spellEnd"/>
      <w:r>
        <w:t xml:space="preserve">' </w:t>
      </w:r>
      <w:proofErr w:type="spellStart"/>
      <w:r>
        <w:t>kavramlarıyla</w:t>
      </w:r>
      <w:proofErr w:type="spellEnd"/>
      <w:r>
        <w:t xml:space="preserve"> </w:t>
      </w:r>
      <w:proofErr w:type="spellStart"/>
      <w:r>
        <w:t>ilgili</w:t>
      </w:r>
      <w:proofErr w:type="spellEnd"/>
      <w:r>
        <w:t xml:space="preserve"> </w:t>
      </w:r>
      <w:proofErr w:type="spellStart"/>
      <w:r>
        <w:t>soruları</w:t>
      </w:r>
      <w:proofErr w:type="spellEnd"/>
      <w:r>
        <w:t xml:space="preserve"> </w:t>
      </w:r>
      <w:proofErr w:type="spellStart"/>
      <w:r>
        <w:t>yanıtlayınız</w:t>
      </w:r>
      <w:proofErr w:type="spellEnd"/>
      <w:r>
        <w:t>.</w:t>
      </w:r>
      <w:r w:rsidR="006972C4">
        <w:br/>
      </w:r>
      <w:r w:rsidR="006972C4">
        <w:rPr>
          <w:noProof/>
        </w:rPr>
        <w:drawing>
          <wp:inline distT="0" distB="0" distL="0" distR="0" wp14:anchorId="308D459F" wp14:editId="36B4AF51">
            <wp:extent cx="4389120" cy="10958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_p3_img1.jpg"/>
                    <pic:cNvPicPr/>
                  </pic:nvPicPr>
                  <pic:blipFill>
                    <a:blip r:embed="rId11"/>
                    <a:stretch>
                      <a:fillRect/>
                    </a:stretch>
                  </pic:blipFill>
                  <pic:spPr>
                    <a:xfrm>
                      <a:off x="0" y="0"/>
                      <a:ext cx="4389120" cy="1095864"/>
                    </a:xfrm>
                    <a:prstGeom prst="rect">
                      <a:avLst/>
                    </a:prstGeom>
                  </pic:spPr>
                </pic:pic>
              </a:graphicData>
            </a:graphic>
          </wp:inline>
        </w:drawing>
      </w:r>
    </w:p>
    <w:p w14:paraId="720DDE2B" w14:textId="37810671" w:rsidR="00621FBB" w:rsidRDefault="00621FBB">
      <w:pPr>
        <w:keepNext/>
        <w:spacing w:before="60" w:after="100"/>
        <w:jc w:val="center"/>
      </w:pP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7300A442" w14:textId="77777777">
        <w:trPr>
          <w:cantSplit/>
          <w:tblHeader/>
          <w:jc w:val="center"/>
        </w:trPr>
        <w:tc>
          <w:tcPr>
            <w:tcW w:w="5328" w:type="dxa"/>
            <w:shd w:val="clear" w:color="auto" w:fill="EBF8FF"/>
            <w:tcMar>
              <w:top w:w="95" w:type="dxa"/>
              <w:left w:w="130" w:type="dxa"/>
              <w:bottom w:w="95" w:type="dxa"/>
              <w:right w:w="130" w:type="dxa"/>
            </w:tcMar>
            <w:vAlign w:val="center"/>
          </w:tcPr>
          <w:p w14:paraId="191108C4" w14:textId="77777777" w:rsidR="00621FBB" w:rsidRDefault="00000000">
            <w:pPr>
              <w:keepNext/>
              <w:spacing w:before="40" w:after="40"/>
              <w:jc w:val="center"/>
            </w:pPr>
            <w:r>
              <w:rPr>
                <w:b/>
                <w:color w:val="1A365D"/>
                <w:sz w:val="21"/>
              </w:rPr>
              <w:t>Soru</w:t>
            </w:r>
          </w:p>
        </w:tc>
        <w:tc>
          <w:tcPr>
            <w:tcW w:w="5328" w:type="dxa"/>
            <w:shd w:val="clear" w:color="auto" w:fill="EBF8FF"/>
            <w:tcMar>
              <w:top w:w="95" w:type="dxa"/>
              <w:left w:w="130" w:type="dxa"/>
              <w:bottom w:w="95" w:type="dxa"/>
              <w:right w:w="130" w:type="dxa"/>
            </w:tcMar>
            <w:vAlign w:val="center"/>
          </w:tcPr>
          <w:p w14:paraId="3D8A0578" w14:textId="77777777" w:rsidR="00621FBB" w:rsidRDefault="00000000">
            <w:pPr>
              <w:keepNext/>
              <w:spacing w:before="40" w:after="40"/>
              <w:jc w:val="center"/>
            </w:pPr>
            <w:r>
              <w:rPr>
                <w:b/>
                <w:color w:val="1A365D"/>
                <w:sz w:val="21"/>
              </w:rPr>
              <w:t>Açıklamanız / Cevabınız</w:t>
            </w:r>
          </w:p>
        </w:tc>
      </w:tr>
      <w:tr w:rsidR="00621FBB" w14:paraId="1911FDD6" w14:textId="77777777">
        <w:trPr>
          <w:cantSplit/>
          <w:jc w:val="center"/>
        </w:trPr>
        <w:tc>
          <w:tcPr>
            <w:tcW w:w="5328" w:type="dxa"/>
            <w:tcMar>
              <w:top w:w="85" w:type="dxa"/>
              <w:left w:w="120" w:type="dxa"/>
              <w:bottom w:w="85" w:type="dxa"/>
              <w:right w:w="120" w:type="dxa"/>
            </w:tcMar>
            <w:vAlign w:val="center"/>
          </w:tcPr>
          <w:p w14:paraId="7AAA65BE" w14:textId="77777777" w:rsidR="00621FBB" w:rsidRDefault="00000000">
            <w:pPr>
              <w:keepNext/>
              <w:spacing w:before="40" w:after="40" w:line="269" w:lineRule="auto"/>
            </w:pPr>
            <w:r>
              <w:rPr>
                <w:b/>
                <w:color w:val="1A365D"/>
                <w:sz w:val="20"/>
              </w:rPr>
              <w:t xml:space="preserve">👣 1) Dijital Ayak İzi Nedir?: </w:t>
            </w:r>
            <w:r>
              <w:rPr>
                <w:sz w:val="20"/>
              </w:rPr>
              <w:br/>
              <w:t>Ece'nin bu paylaşımları internette nasıl bir iz bırakır?</w:t>
            </w:r>
          </w:p>
        </w:tc>
        <w:tc>
          <w:tcPr>
            <w:tcW w:w="5328" w:type="dxa"/>
            <w:tcMar>
              <w:top w:w="85" w:type="dxa"/>
              <w:left w:w="120" w:type="dxa"/>
              <w:bottom w:w="85" w:type="dxa"/>
              <w:right w:w="120" w:type="dxa"/>
            </w:tcMar>
            <w:vAlign w:val="center"/>
          </w:tcPr>
          <w:p w14:paraId="760E2E45" w14:textId="77777777" w:rsidR="00621FBB" w:rsidRDefault="00000000">
            <w:pPr>
              <w:keepNext/>
              <w:spacing w:before="40" w:after="40"/>
            </w:pPr>
            <w:r>
              <w:rPr>
                <w:b/>
                <w:color w:val="DC2626"/>
                <w:sz w:val="20"/>
              </w:rPr>
              <w:t>Dijital ayak izi, internette ve sosyal medyada yaptığımız paylaşımlar, yorumlar, beğeniler ve aramalar sonucunda geride bıraktığımız kalıcı veri izleridir. Ece'nin paylaştığı fotoğraflar ve yazdığı yorumlar aktif dijital ayak izi oluşturur ve internetten tamamen silinmesi çok zordur.</w:t>
            </w:r>
          </w:p>
        </w:tc>
      </w:tr>
      <w:tr w:rsidR="00621FBB" w14:paraId="60A24611" w14:textId="77777777">
        <w:trPr>
          <w:cantSplit/>
          <w:jc w:val="center"/>
        </w:trPr>
        <w:tc>
          <w:tcPr>
            <w:tcW w:w="5328" w:type="dxa"/>
            <w:shd w:val="clear" w:color="auto" w:fill="F8FAFC"/>
            <w:tcMar>
              <w:top w:w="85" w:type="dxa"/>
              <w:left w:w="120" w:type="dxa"/>
              <w:bottom w:w="85" w:type="dxa"/>
              <w:right w:w="120" w:type="dxa"/>
            </w:tcMar>
            <w:vAlign w:val="center"/>
          </w:tcPr>
          <w:p w14:paraId="6243BC74" w14:textId="77777777" w:rsidR="00621FBB" w:rsidRDefault="00000000">
            <w:pPr>
              <w:spacing w:before="40" w:after="40" w:line="269" w:lineRule="auto"/>
            </w:pPr>
            <w:r>
              <w:rPr>
                <w:b/>
                <w:color w:val="1A365D"/>
                <w:sz w:val="20"/>
              </w:rPr>
              <w:t xml:space="preserve">⚠️ 2) Gelecekteki Olası Sorunlar: </w:t>
            </w:r>
            <w:r>
              <w:rPr>
                <w:sz w:val="20"/>
              </w:rPr>
              <w:br/>
              <w:t>İzinsiz fotoğraf paylaşmak ve kontrolsüz yorumlar yapmak ilerleyen yıllarda ne gibi sorunlar oluşturabilir?</w:t>
            </w:r>
          </w:p>
        </w:tc>
        <w:tc>
          <w:tcPr>
            <w:tcW w:w="5328" w:type="dxa"/>
            <w:shd w:val="clear" w:color="auto" w:fill="F8FAFC"/>
            <w:tcMar>
              <w:top w:w="85" w:type="dxa"/>
              <w:left w:w="120" w:type="dxa"/>
              <w:bottom w:w="85" w:type="dxa"/>
              <w:right w:w="120" w:type="dxa"/>
            </w:tcMar>
            <w:vAlign w:val="center"/>
          </w:tcPr>
          <w:p w14:paraId="5BA19371" w14:textId="77777777" w:rsidR="00621FBB" w:rsidRDefault="00000000">
            <w:pPr>
              <w:spacing w:before="40" w:after="40"/>
            </w:pPr>
            <w:r>
              <w:rPr>
                <w:b/>
                <w:color w:val="DC2626"/>
                <w:sz w:val="20"/>
              </w:rPr>
              <w:t>Arkadaşlarının fotoğrafını izinsiz paylaşmak özel hayatın gizliliğini (kişisel verileri) ihlal eder ve hukuki/etik sorunlara yol açar. Ayrıca herkese açık yapılan paylaşımlar kötü niyetli kişilerce kullanılabilir, siber zorbalığa neden olabilir ve gelecekte okul/iş hayatında olumsuz bir dijital kimlik oluşturabilir.</w:t>
            </w:r>
          </w:p>
        </w:tc>
      </w:tr>
    </w:tbl>
    <w:p w14:paraId="7A139F63" w14:textId="6FA9E88E" w:rsidR="00621FBB" w:rsidRDefault="00000000">
      <w:pPr>
        <w:keepNext/>
        <w:shd w:val="clear" w:color="auto" w:fill="1A365D"/>
        <w:spacing w:before="280" w:after="120"/>
      </w:pPr>
      <w:r>
        <w:rPr>
          <w:b/>
          <w:color w:val="FFFFFF"/>
          <w:sz w:val="23"/>
        </w:rPr>
        <w:lastRenderedPageBreak/>
        <w:t xml:space="preserve">  🎯 4. KAZANIM: BTY.5.1.4. Yapay zekâ ile ilgili temel kavramları ve özellikleri sorgulayabilme (4. </w:t>
      </w:r>
      <w:proofErr w:type="spellStart"/>
      <w:r>
        <w:rPr>
          <w:b/>
          <w:color w:val="FFFFFF"/>
          <w:sz w:val="23"/>
        </w:rPr>
        <w:t>Hafta</w:t>
      </w:r>
      <w:proofErr w:type="spellEnd"/>
      <w:r>
        <w:rPr>
          <w:b/>
          <w:color w:val="FFFFFF"/>
          <w:sz w:val="23"/>
        </w:rPr>
        <w:t xml:space="preserve">: </w:t>
      </w:r>
      <w:r w:rsidR="006972C4">
        <w:rPr>
          <w:b/>
          <w:color w:val="FFFFFF"/>
          <w:sz w:val="23"/>
        </w:rPr>
        <w:t xml:space="preserve">3 </w:t>
      </w:r>
      <w:r>
        <w:rPr>
          <w:b/>
          <w:color w:val="FFFFFF"/>
          <w:sz w:val="23"/>
        </w:rPr>
        <w:t>Soru)</w:t>
      </w:r>
    </w:p>
    <w:p w14:paraId="5DD69379" w14:textId="77777777" w:rsidR="00621FBB" w:rsidRDefault="00000000">
      <w:pPr>
        <w:keepNext/>
        <w:spacing w:before="180" w:after="80"/>
      </w:pPr>
      <w:r>
        <w:rPr>
          <w:b/>
          <w:color w:val="2B6CB0"/>
        </w:rPr>
        <w:t xml:space="preserve">📌 Örnek Soru 4.1: </w:t>
      </w:r>
      <w:r>
        <w:t>Bir öğrenci, Cumhuriyet Bayramı'nın hangi tarihte kutlandığını öğrenmek için yapay zekâ sohbet robotuna bir soru yöneltmiştir. Ancak yapay zekânın verdiği cevapta yanlış bir bilgi (halüsinasyon/hata) bulunmaktadır. Aşağıdaki sohbet ekranını inceleyerek soruları cevaplayınız.</w:t>
      </w:r>
    </w:p>
    <w:p w14:paraId="0BE46233" w14:textId="77777777" w:rsidR="00621FBB" w:rsidRDefault="00000000">
      <w:pPr>
        <w:keepNext/>
        <w:spacing w:before="60" w:after="100"/>
        <w:jc w:val="center"/>
      </w:pPr>
      <w:r>
        <w:rPr>
          <w:noProof/>
        </w:rPr>
        <w:drawing>
          <wp:inline distT="0" distB="0" distL="0" distR="0" wp14:anchorId="0E7E640C" wp14:editId="21D0DCD4">
            <wp:extent cx="3931920" cy="201493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_sohbet_robotu_tablet.png"/>
                    <pic:cNvPicPr/>
                  </pic:nvPicPr>
                  <pic:blipFill>
                    <a:blip r:embed="rId12"/>
                    <a:stretch>
                      <a:fillRect/>
                    </a:stretch>
                  </pic:blipFill>
                  <pic:spPr>
                    <a:xfrm>
                      <a:off x="0" y="0"/>
                      <a:ext cx="3931920" cy="2014934"/>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629407F6" w14:textId="77777777">
        <w:trPr>
          <w:cantSplit/>
          <w:tblHeader/>
          <w:jc w:val="center"/>
        </w:trPr>
        <w:tc>
          <w:tcPr>
            <w:tcW w:w="5328" w:type="dxa"/>
            <w:shd w:val="clear" w:color="auto" w:fill="EBF8FF"/>
            <w:tcMar>
              <w:top w:w="95" w:type="dxa"/>
              <w:left w:w="130" w:type="dxa"/>
              <w:bottom w:w="95" w:type="dxa"/>
              <w:right w:w="130" w:type="dxa"/>
            </w:tcMar>
            <w:vAlign w:val="center"/>
          </w:tcPr>
          <w:p w14:paraId="5397FED1" w14:textId="77777777" w:rsidR="00621FBB" w:rsidRDefault="00000000">
            <w:pPr>
              <w:keepNext/>
              <w:spacing w:before="40" w:after="40"/>
              <w:jc w:val="center"/>
            </w:pPr>
            <w:r>
              <w:rPr>
                <w:b/>
                <w:color w:val="1A365D"/>
                <w:sz w:val="21"/>
              </w:rPr>
              <w:t>Soru Bölümü</w:t>
            </w:r>
          </w:p>
        </w:tc>
        <w:tc>
          <w:tcPr>
            <w:tcW w:w="5328" w:type="dxa"/>
            <w:shd w:val="clear" w:color="auto" w:fill="EBF8FF"/>
            <w:tcMar>
              <w:top w:w="95" w:type="dxa"/>
              <w:left w:w="130" w:type="dxa"/>
              <w:bottom w:w="95" w:type="dxa"/>
              <w:right w:w="130" w:type="dxa"/>
            </w:tcMar>
            <w:vAlign w:val="center"/>
          </w:tcPr>
          <w:p w14:paraId="09176BED" w14:textId="77777777" w:rsidR="00621FBB" w:rsidRDefault="00000000">
            <w:pPr>
              <w:keepNext/>
              <w:spacing w:before="40" w:after="40"/>
              <w:jc w:val="center"/>
            </w:pPr>
            <w:r>
              <w:rPr>
                <w:b/>
                <w:color w:val="1A365D"/>
                <w:sz w:val="21"/>
              </w:rPr>
              <w:t>Cevabınız</w:t>
            </w:r>
          </w:p>
        </w:tc>
      </w:tr>
      <w:tr w:rsidR="00621FBB" w14:paraId="70BC6CEE" w14:textId="77777777">
        <w:trPr>
          <w:cantSplit/>
          <w:jc w:val="center"/>
        </w:trPr>
        <w:tc>
          <w:tcPr>
            <w:tcW w:w="5328" w:type="dxa"/>
            <w:tcMar>
              <w:top w:w="85" w:type="dxa"/>
              <w:left w:w="120" w:type="dxa"/>
              <w:bottom w:w="85" w:type="dxa"/>
              <w:right w:w="120" w:type="dxa"/>
            </w:tcMar>
            <w:vAlign w:val="center"/>
          </w:tcPr>
          <w:p w14:paraId="6402504A" w14:textId="77777777" w:rsidR="00621FBB" w:rsidRDefault="00000000">
            <w:pPr>
              <w:keepNext/>
              <w:spacing w:before="40" w:after="40" w:line="269" w:lineRule="auto"/>
            </w:pPr>
            <w:r>
              <w:rPr>
                <w:b/>
                <w:color w:val="1A365D"/>
                <w:sz w:val="20"/>
              </w:rPr>
              <w:t xml:space="preserve">A) Sorunun Doğru Cevabı Nedir?: </w:t>
            </w:r>
          </w:p>
        </w:tc>
        <w:tc>
          <w:tcPr>
            <w:tcW w:w="5328" w:type="dxa"/>
            <w:tcMar>
              <w:top w:w="85" w:type="dxa"/>
              <w:left w:w="120" w:type="dxa"/>
              <w:bottom w:w="85" w:type="dxa"/>
              <w:right w:w="120" w:type="dxa"/>
            </w:tcMar>
            <w:vAlign w:val="center"/>
          </w:tcPr>
          <w:p w14:paraId="47CF249D" w14:textId="77777777" w:rsidR="00621FBB" w:rsidRDefault="00000000">
            <w:pPr>
              <w:keepNext/>
              <w:spacing w:before="40" w:after="40"/>
            </w:pPr>
            <w:r>
              <w:rPr>
                <w:b/>
                <w:color w:val="DC2626"/>
                <w:sz w:val="20"/>
              </w:rPr>
              <w:t>Cumhuriyet Bayramı her yıl 29 Ekim tarihinde kutlanır (23 Nisan, Ulusal Egemenlik ve Çocuk Bayramı'dır).</w:t>
            </w:r>
          </w:p>
        </w:tc>
      </w:tr>
      <w:tr w:rsidR="00621FBB" w14:paraId="3C314E7C" w14:textId="77777777">
        <w:trPr>
          <w:cantSplit/>
          <w:jc w:val="center"/>
        </w:trPr>
        <w:tc>
          <w:tcPr>
            <w:tcW w:w="5328" w:type="dxa"/>
            <w:shd w:val="clear" w:color="auto" w:fill="F8FAFC"/>
            <w:tcMar>
              <w:top w:w="85" w:type="dxa"/>
              <w:left w:w="120" w:type="dxa"/>
              <w:bottom w:w="85" w:type="dxa"/>
              <w:right w:w="120" w:type="dxa"/>
            </w:tcMar>
            <w:vAlign w:val="center"/>
          </w:tcPr>
          <w:p w14:paraId="07ABD4C2" w14:textId="77777777" w:rsidR="00621FBB" w:rsidRDefault="00000000">
            <w:pPr>
              <w:spacing w:before="40" w:after="40" w:line="269" w:lineRule="auto"/>
            </w:pPr>
            <w:r>
              <w:rPr>
                <w:b/>
                <w:color w:val="1A365D"/>
                <w:sz w:val="20"/>
              </w:rPr>
              <w:t xml:space="preserve">B) Yapay Zekâdan Gelen Bilgiyi Sorgulama ve Doğrulama Yöntemleri (3 Madde Yazınız): </w:t>
            </w:r>
          </w:p>
        </w:tc>
        <w:tc>
          <w:tcPr>
            <w:tcW w:w="5328" w:type="dxa"/>
            <w:shd w:val="clear" w:color="auto" w:fill="F8FAFC"/>
            <w:tcMar>
              <w:top w:w="85" w:type="dxa"/>
              <w:left w:w="120" w:type="dxa"/>
              <w:bottom w:w="85" w:type="dxa"/>
              <w:right w:w="120" w:type="dxa"/>
            </w:tcMar>
            <w:vAlign w:val="center"/>
          </w:tcPr>
          <w:p w14:paraId="660DD856" w14:textId="77777777" w:rsidR="00621FBB" w:rsidRDefault="00000000">
            <w:pPr>
              <w:spacing w:before="40" w:after="40"/>
            </w:pPr>
            <w:r>
              <w:rPr>
                <w:b/>
                <w:color w:val="DC2626"/>
                <w:sz w:val="20"/>
              </w:rPr>
              <w:t>1. Yapay zekânın verdiği bilgiyi kendi bildiklerimizle karşılaştırarak mantıksal olarak sorgularız.</w:t>
            </w:r>
            <w:r>
              <w:rPr>
                <w:b/>
                <w:color w:val="DC2626"/>
                <w:sz w:val="20"/>
              </w:rPr>
              <w:br/>
              <w:t>2. Bilgiyi ders kitaplarından ve güvenilir resmi internet sitelerinden (.gov.tr, .edu.tr) araştırarak doğrularız.</w:t>
            </w:r>
            <w:r>
              <w:rPr>
                <w:b/>
                <w:color w:val="DC2626"/>
                <w:sz w:val="20"/>
              </w:rPr>
              <w:br/>
              <w:t>3. Konu hakkında doğru bilgiye ulaşmak için öğretmenimize, ailemize veya bir uzmana danışırız.</w:t>
            </w:r>
          </w:p>
        </w:tc>
      </w:tr>
    </w:tbl>
    <w:p w14:paraId="4A9CAC75" w14:textId="77777777" w:rsidR="00621FBB" w:rsidRDefault="00000000">
      <w:pPr>
        <w:keepNext/>
        <w:spacing w:before="180" w:after="80"/>
      </w:pPr>
      <w:r>
        <w:rPr>
          <w:b/>
          <w:color w:val="2B6CB0"/>
        </w:rPr>
        <w:lastRenderedPageBreak/>
        <w:t xml:space="preserve">📌 Örnek Soru 4.2: </w:t>
      </w:r>
      <w:r>
        <w:t>Geleceğin akıllı şehirlerinden birinde yaşayan Kaan, sabah hastalandığı için kardeşi Elif'i hastaneye götürdü; ardından okulun bilim fuarına yetişmek için babasının arabasıyla yola çıktı. Doktor, akıllı röntgen cihazı sayesinde Elif'in rahatsızlığını saniyeler içinde teşhis ederken; otomobilin yapay zekâlı navigasyon sistemi ise anlık trafik yoğunluğunu analiz ederek onları kilitlenen yoldan kurtarıp en kısa yoldan okula ulaştırdı. Hikâyede ve günlük yaşamda yapay zekânın kullanıldığı aşağıdaki 4 alanda insanlara nasıl yardımcı olduğunu birer cümleyle açıklayınız.</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7CF94A01" w14:textId="77777777">
        <w:trPr>
          <w:cantSplit/>
          <w:tblHeader/>
          <w:jc w:val="center"/>
        </w:trPr>
        <w:tc>
          <w:tcPr>
            <w:tcW w:w="5328" w:type="dxa"/>
            <w:shd w:val="clear" w:color="auto" w:fill="EBF8FF"/>
            <w:tcMar>
              <w:top w:w="95" w:type="dxa"/>
              <w:left w:w="130" w:type="dxa"/>
              <w:bottom w:w="95" w:type="dxa"/>
              <w:right w:w="130" w:type="dxa"/>
            </w:tcMar>
            <w:vAlign w:val="center"/>
          </w:tcPr>
          <w:p w14:paraId="7790F44B" w14:textId="77777777" w:rsidR="00621FBB" w:rsidRDefault="00000000">
            <w:pPr>
              <w:keepNext/>
              <w:spacing w:before="40" w:after="40"/>
              <w:jc w:val="center"/>
            </w:pPr>
            <w:r>
              <w:rPr>
                <w:b/>
                <w:color w:val="1A365D"/>
                <w:sz w:val="21"/>
              </w:rPr>
              <w:t>Yapay Zekâ Kullanım Alanı</w:t>
            </w:r>
          </w:p>
        </w:tc>
        <w:tc>
          <w:tcPr>
            <w:tcW w:w="5328" w:type="dxa"/>
            <w:shd w:val="clear" w:color="auto" w:fill="EBF8FF"/>
            <w:tcMar>
              <w:top w:w="95" w:type="dxa"/>
              <w:left w:w="130" w:type="dxa"/>
              <w:bottom w:w="95" w:type="dxa"/>
              <w:right w:w="130" w:type="dxa"/>
            </w:tcMar>
            <w:vAlign w:val="center"/>
          </w:tcPr>
          <w:p w14:paraId="0EF8E1C0" w14:textId="77777777" w:rsidR="00621FBB" w:rsidRDefault="00000000">
            <w:pPr>
              <w:keepNext/>
              <w:spacing w:before="40" w:after="40"/>
              <w:jc w:val="center"/>
            </w:pPr>
            <w:r>
              <w:rPr>
                <w:b/>
                <w:color w:val="1A365D"/>
                <w:sz w:val="21"/>
              </w:rPr>
              <w:t>Yapay Zekâ Bu Alanda İnsanlara Nasıl Yardımcı Olur? (Örnekle Açıklayınız)</w:t>
            </w:r>
          </w:p>
        </w:tc>
      </w:tr>
      <w:tr w:rsidR="00621FBB" w14:paraId="49EF1002" w14:textId="77777777">
        <w:trPr>
          <w:cantSplit/>
          <w:jc w:val="center"/>
        </w:trPr>
        <w:tc>
          <w:tcPr>
            <w:tcW w:w="5328" w:type="dxa"/>
            <w:tcMar>
              <w:top w:w="85" w:type="dxa"/>
              <w:left w:w="120" w:type="dxa"/>
              <w:bottom w:w="85" w:type="dxa"/>
              <w:right w:w="120" w:type="dxa"/>
            </w:tcMar>
            <w:vAlign w:val="center"/>
          </w:tcPr>
          <w:p w14:paraId="0298FE9B" w14:textId="77777777" w:rsidR="00621FBB" w:rsidRDefault="00000000">
            <w:pPr>
              <w:keepNext/>
              <w:spacing w:before="40" w:after="40" w:line="269" w:lineRule="auto"/>
            </w:pPr>
            <w:r>
              <w:rPr>
                <w:b/>
                <w:color w:val="1A365D"/>
                <w:sz w:val="20"/>
              </w:rPr>
              <w:t xml:space="preserve">🏥 1. Sağlık Alanı (Hikâyeden): </w:t>
            </w:r>
          </w:p>
        </w:tc>
        <w:tc>
          <w:tcPr>
            <w:tcW w:w="5328" w:type="dxa"/>
            <w:tcMar>
              <w:top w:w="85" w:type="dxa"/>
              <w:left w:w="120" w:type="dxa"/>
              <w:bottom w:w="85" w:type="dxa"/>
              <w:right w:w="120" w:type="dxa"/>
            </w:tcMar>
            <w:vAlign w:val="center"/>
          </w:tcPr>
          <w:p w14:paraId="426C25B3" w14:textId="77777777" w:rsidR="00621FBB" w:rsidRDefault="00000000">
            <w:pPr>
              <w:keepNext/>
              <w:spacing w:before="40" w:after="40"/>
            </w:pPr>
            <w:r>
              <w:rPr>
                <w:b/>
                <w:color w:val="DC2626"/>
                <w:sz w:val="20"/>
              </w:rPr>
              <w:t>Akıllı röntgen ve tıbbi görüntü analiz sistemleri sayesinde hastalıkların saniyeler içinde erken teşhis edilmesini sağlar.</w:t>
            </w:r>
          </w:p>
        </w:tc>
      </w:tr>
      <w:tr w:rsidR="00621FBB" w14:paraId="797347EE" w14:textId="77777777">
        <w:trPr>
          <w:cantSplit/>
          <w:jc w:val="center"/>
        </w:trPr>
        <w:tc>
          <w:tcPr>
            <w:tcW w:w="5328" w:type="dxa"/>
            <w:shd w:val="clear" w:color="auto" w:fill="F8FAFC"/>
            <w:tcMar>
              <w:top w:w="85" w:type="dxa"/>
              <w:left w:w="120" w:type="dxa"/>
              <w:bottom w:w="85" w:type="dxa"/>
              <w:right w:w="120" w:type="dxa"/>
            </w:tcMar>
            <w:vAlign w:val="center"/>
          </w:tcPr>
          <w:p w14:paraId="7345EE3F" w14:textId="77777777" w:rsidR="00621FBB" w:rsidRDefault="00000000">
            <w:pPr>
              <w:keepNext/>
              <w:spacing w:before="40" w:after="40" w:line="269" w:lineRule="auto"/>
            </w:pPr>
            <w:r>
              <w:rPr>
                <w:b/>
                <w:color w:val="1A365D"/>
                <w:sz w:val="20"/>
              </w:rPr>
              <w:t xml:space="preserve">🚗 2. Ulaşım Alanı (Hikâyeden): </w:t>
            </w:r>
          </w:p>
        </w:tc>
        <w:tc>
          <w:tcPr>
            <w:tcW w:w="5328" w:type="dxa"/>
            <w:shd w:val="clear" w:color="auto" w:fill="F8FAFC"/>
            <w:tcMar>
              <w:top w:w="85" w:type="dxa"/>
              <w:left w:w="120" w:type="dxa"/>
              <w:bottom w:w="85" w:type="dxa"/>
              <w:right w:w="120" w:type="dxa"/>
            </w:tcMar>
            <w:vAlign w:val="center"/>
          </w:tcPr>
          <w:p w14:paraId="5CD1D8B4" w14:textId="77777777" w:rsidR="00621FBB" w:rsidRDefault="00000000">
            <w:pPr>
              <w:keepNext/>
              <w:spacing w:before="40" w:after="40"/>
            </w:pPr>
            <w:r>
              <w:rPr>
                <w:b/>
                <w:color w:val="DC2626"/>
                <w:sz w:val="20"/>
              </w:rPr>
              <w:t>Akıllı navigasyon ve otonom sürüş sistemleriyle anlık trafik yoğunluğunu analiz ederek en kısa ve güvenli rotayı belirler.</w:t>
            </w:r>
          </w:p>
        </w:tc>
      </w:tr>
      <w:tr w:rsidR="00621FBB" w14:paraId="7CBCC292" w14:textId="77777777">
        <w:trPr>
          <w:cantSplit/>
          <w:jc w:val="center"/>
        </w:trPr>
        <w:tc>
          <w:tcPr>
            <w:tcW w:w="5328" w:type="dxa"/>
            <w:tcMar>
              <w:top w:w="85" w:type="dxa"/>
              <w:left w:w="120" w:type="dxa"/>
              <w:bottom w:w="85" w:type="dxa"/>
              <w:right w:w="120" w:type="dxa"/>
            </w:tcMar>
            <w:vAlign w:val="center"/>
          </w:tcPr>
          <w:p w14:paraId="569B6DCB" w14:textId="77777777" w:rsidR="00621FBB" w:rsidRDefault="00000000">
            <w:pPr>
              <w:keepNext/>
              <w:spacing w:before="40" w:after="40" w:line="269" w:lineRule="auto"/>
            </w:pPr>
            <w:r>
              <w:rPr>
                <w:b/>
                <w:color w:val="1A365D"/>
                <w:sz w:val="20"/>
              </w:rPr>
              <w:t xml:space="preserve">🎓 3. Eğitim Alanı (Günlük Yaşam): </w:t>
            </w:r>
          </w:p>
        </w:tc>
        <w:tc>
          <w:tcPr>
            <w:tcW w:w="5328" w:type="dxa"/>
            <w:tcMar>
              <w:top w:w="85" w:type="dxa"/>
              <w:left w:w="120" w:type="dxa"/>
              <w:bottom w:w="85" w:type="dxa"/>
              <w:right w:w="120" w:type="dxa"/>
            </w:tcMar>
            <w:vAlign w:val="center"/>
          </w:tcPr>
          <w:p w14:paraId="23CFFA29" w14:textId="77777777" w:rsidR="00621FBB" w:rsidRDefault="00000000">
            <w:pPr>
              <w:keepNext/>
              <w:spacing w:before="40" w:after="40"/>
            </w:pPr>
            <w:r>
              <w:rPr>
                <w:b/>
                <w:color w:val="DC2626"/>
                <w:sz w:val="20"/>
              </w:rPr>
              <w:t>Öğrencinin seviyesine uygun kişiselleştirilmiş ders içerikleri (MEBİ vb.), akıllı soru çözümü ve dil çevirisi desteği sunar.</w:t>
            </w:r>
          </w:p>
        </w:tc>
      </w:tr>
      <w:tr w:rsidR="00621FBB" w14:paraId="348FD8E5" w14:textId="77777777">
        <w:trPr>
          <w:cantSplit/>
          <w:jc w:val="center"/>
        </w:trPr>
        <w:tc>
          <w:tcPr>
            <w:tcW w:w="5328" w:type="dxa"/>
            <w:shd w:val="clear" w:color="auto" w:fill="F8FAFC"/>
            <w:tcMar>
              <w:top w:w="85" w:type="dxa"/>
              <w:left w:w="120" w:type="dxa"/>
              <w:bottom w:w="85" w:type="dxa"/>
              <w:right w:w="120" w:type="dxa"/>
            </w:tcMar>
            <w:vAlign w:val="center"/>
          </w:tcPr>
          <w:p w14:paraId="70814669" w14:textId="77777777" w:rsidR="00621FBB" w:rsidRDefault="00000000">
            <w:pPr>
              <w:spacing w:before="40" w:after="40" w:line="269" w:lineRule="auto"/>
            </w:pPr>
            <w:r>
              <w:rPr>
                <w:b/>
                <w:color w:val="1A365D"/>
                <w:sz w:val="20"/>
              </w:rPr>
              <w:t xml:space="preserve">🛒 4. Alışveriş / E-Ticaret Alanı: </w:t>
            </w:r>
          </w:p>
        </w:tc>
        <w:tc>
          <w:tcPr>
            <w:tcW w:w="5328" w:type="dxa"/>
            <w:shd w:val="clear" w:color="auto" w:fill="F8FAFC"/>
            <w:tcMar>
              <w:top w:w="85" w:type="dxa"/>
              <w:left w:w="120" w:type="dxa"/>
              <w:bottom w:w="85" w:type="dxa"/>
              <w:right w:w="120" w:type="dxa"/>
            </w:tcMar>
            <w:vAlign w:val="center"/>
          </w:tcPr>
          <w:p w14:paraId="2A770F39" w14:textId="77777777" w:rsidR="00621FBB" w:rsidRDefault="00000000">
            <w:pPr>
              <w:spacing w:before="40" w:after="40"/>
            </w:pPr>
            <w:r>
              <w:rPr>
                <w:b/>
                <w:color w:val="DC2626"/>
                <w:sz w:val="20"/>
              </w:rPr>
              <w:t>Kullanıcının daha önce incelediği ve satın aldığı ürünleri analiz ederek ilgisini çekebilecek ürünleri tahmin edip önerir.</w:t>
            </w:r>
          </w:p>
        </w:tc>
      </w:tr>
    </w:tbl>
    <w:p w14:paraId="05A4F1B6" w14:textId="4950451E" w:rsidR="00621FBB" w:rsidRDefault="00000000">
      <w:pPr>
        <w:keepNext/>
        <w:spacing w:before="180" w:after="80"/>
      </w:pPr>
      <w:r>
        <w:rPr>
          <w:b/>
          <w:color w:val="2B6CB0"/>
        </w:rPr>
        <w:t>📌 Örnek Soru 4.</w:t>
      </w:r>
      <w:r w:rsidR="006972C4">
        <w:rPr>
          <w:b/>
          <w:color w:val="2B6CB0"/>
        </w:rPr>
        <w:t>3</w:t>
      </w:r>
      <w:r>
        <w:rPr>
          <w:b/>
          <w:color w:val="2B6CB0"/>
        </w:rPr>
        <w:t xml:space="preserve">: </w:t>
      </w:r>
      <w:proofErr w:type="spellStart"/>
      <w:r>
        <w:t>Yapay</w:t>
      </w:r>
      <w:proofErr w:type="spellEnd"/>
      <w:r>
        <w:t xml:space="preserve"> </w:t>
      </w:r>
      <w:proofErr w:type="spellStart"/>
      <w:r>
        <w:t>zekâ</w:t>
      </w:r>
      <w:proofErr w:type="spellEnd"/>
      <w:r>
        <w:t xml:space="preserve"> (AI), </w:t>
      </w:r>
      <w:proofErr w:type="spellStart"/>
      <w:r>
        <w:t>insan</w:t>
      </w:r>
      <w:proofErr w:type="spellEnd"/>
      <w:r>
        <w:t xml:space="preserve"> zekâsını taklit eden bilgisayar sistemleridir; ancak insan zekâsı ile yapay zekâ arasında çok önemli temel farklar vardır. Aşağıdaki karşılaştırma ölçütlerine göre İnsan Zekâsı ile Yapay Zekâ arasındaki farkları tabloya yazınız.</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3552"/>
        <w:gridCol w:w="3552"/>
        <w:gridCol w:w="3552"/>
      </w:tblGrid>
      <w:tr w:rsidR="00621FBB" w14:paraId="32AFCEE5" w14:textId="77777777">
        <w:trPr>
          <w:cantSplit/>
          <w:tblHeader/>
          <w:jc w:val="center"/>
        </w:trPr>
        <w:tc>
          <w:tcPr>
            <w:tcW w:w="3552" w:type="dxa"/>
            <w:shd w:val="clear" w:color="auto" w:fill="EBF8FF"/>
            <w:tcMar>
              <w:top w:w="95" w:type="dxa"/>
              <w:left w:w="130" w:type="dxa"/>
              <w:bottom w:w="95" w:type="dxa"/>
              <w:right w:w="130" w:type="dxa"/>
            </w:tcMar>
            <w:vAlign w:val="center"/>
          </w:tcPr>
          <w:p w14:paraId="23D98D57" w14:textId="77777777" w:rsidR="00621FBB" w:rsidRDefault="00000000">
            <w:pPr>
              <w:keepNext/>
              <w:spacing w:before="40" w:after="40"/>
              <w:jc w:val="center"/>
            </w:pPr>
            <w:r>
              <w:rPr>
                <w:b/>
                <w:color w:val="1A365D"/>
                <w:sz w:val="21"/>
              </w:rPr>
              <w:t>Karşılaştırma Ölçütü</w:t>
            </w:r>
          </w:p>
        </w:tc>
        <w:tc>
          <w:tcPr>
            <w:tcW w:w="3552" w:type="dxa"/>
            <w:shd w:val="clear" w:color="auto" w:fill="EBF8FF"/>
            <w:tcMar>
              <w:top w:w="95" w:type="dxa"/>
              <w:left w:w="130" w:type="dxa"/>
              <w:bottom w:w="95" w:type="dxa"/>
              <w:right w:w="130" w:type="dxa"/>
            </w:tcMar>
            <w:vAlign w:val="center"/>
          </w:tcPr>
          <w:p w14:paraId="6C0FFB40" w14:textId="77777777" w:rsidR="00621FBB" w:rsidRDefault="00000000">
            <w:pPr>
              <w:keepNext/>
              <w:spacing w:before="40" w:after="40"/>
              <w:jc w:val="center"/>
            </w:pPr>
            <w:r>
              <w:rPr>
                <w:b/>
                <w:color w:val="1A365D"/>
                <w:sz w:val="21"/>
              </w:rPr>
              <w:t>🧑 İnsan Zekâsı</w:t>
            </w:r>
          </w:p>
        </w:tc>
        <w:tc>
          <w:tcPr>
            <w:tcW w:w="3552" w:type="dxa"/>
            <w:shd w:val="clear" w:color="auto" w:fill="EBF8FF"/>
            <w:tcMar>
              <w:top w:w="95" w:type="dxa"/>
              <w:left w:w="130" w:type="dxa"/>
              <w:bottom w:w="95" w:type="dxa"/>
              <w:right w:w="130" w:type="dxa"/>
            </w:tcMar>
            <w:vAlign w:val="center"/>
          </w:tcPr>
          <w:p w14:paraId="3C26AC61" w14:textId="77777777" w:rsidR="00621FBB" w:rsidRDefault="00000000">
            <w:pPr>
              <w:keepNext/>
              <w:spacing w:before="40" w:after="40"/>
              <w:jc w:val="center"/>
            </w:pPr>
            <w:r>
              <w:rPr>
                <w:b/>
                <w:color w:val="1A365D"/>
                <w:sz w:val="21"/>
              </w:rPr>
              <w:t>🤖 Yapay Zekâ (AI)</w:t>
            </w:r>
          </w:p>
        </w:tc>
      </w:tr>
      <w:tr w:rsidR="00621FBB" w14:paraId="7974C252" w14:textId="77777777">
        <w:trPr>
          <w:cantSplit/>
          <w:jc w:val="center"/>
        </w:trPr>
        <w:tc>
          <w:tcPr>
            <w:tcW w:w="3552" w:type="dxa"/>
            <w:tcMar>
              <w:top w:w="85" w:type="dxa"/>
              <w:left w:w="120" w:type="dxa"/>
              <w:bottom w:w="85" w:type="dxa"/>
              <w:right w:w="120" w:type="dxa"/>
            </w:tcMar>
            <w:vAlign w:val="center"/>
          </w:tcPr>
          <w:p w14:paraId="1DA0EFE0" w14:textId="77777777" w:rsidR="00621FBB" w:rsidRDefault="00000000">
            <w:pPr>
              <w:keepNext/>
              <w:spacing w:before="40" w:after="40" w:line="269" w:lineRule="auto"/>
            </w:pPr>
            <w:r>
              <w:rPr>
                <w:sz w:val="20"/>
              </w:rPr>
              <w:t>❤️ Duygular, Vicdan ve Empati Kurma</w:t>
            </w:r>
          </w:p>
        </w:tc>
        <w:tc>
          <w:tcPr>
            <w:tcW w:w="3552" w:type="dxa"/>
            <w:tcMar>
              <w:top w:w="85" w:type="dxa"/>
              <w:left w:w="120" w:type="dxa"/>
              <w:bottom w:w="85" w:type="dxa"/>
              <w:right w:w="120" w:type="dxa"/>
            </w:tcMar>
            <w:vAlign w:val="center"/>
          </w:tcPr>
          <w:p w14:paraId="421F1F32" w14:textId="77777777" w:rsidR="00621FBB" w:rsidRDefault="00000000">
            <w:pPr>
              <w:keepNext/>
              <w:spacing w:before="40" w:after="40"/>
            </w:pPr>
            <w:r>
              <w:rPr>
                <w:b/>
                <w:color w:val="DC2626"/>
                <w:sz w:val="20"/>
              </w:rPr>
              <w:t>Gerçek duyguları, vicdanı, sevgi ve acıma hissi vardır; başkalarıyla empati kurabilir.</w:t>
            </w:r>
          </w:p>
        </w:tc>
        <w:tc>
          <w:tcPr>
            <w:tcW w:w="3552" w:type="dxa"/>
            <w:tcMar>
              <w:top w:w="85" w:type="dxa"/>
              <w:left w:w="120" w:type="dxa"/>
              <w:bottom w:w="85" w:type="dxa"/>
              <w:right w:w="120" w:type="dxa"/>
            </w:tcMar>
            <w:vAlign w:val="center"/>
          </w:tcPr>
          <w:p w14:paraId="3EFC8B32" w14:textId="77777777" w:rsidR="00621FBB" w:rsidRDefault="00000000">
            <w:pPr>
              <w:keepNext/>
              <w:spacing w:before="40" w:after="40"/>
            </w:pPr>
            <w:r>
              <w:rPr>
                <w:b/>
                <w:color w:val="DC2626"/>
                <w:sz w:val="20"/>
              </w:rPr>
              <w:t>Duyguları, bilinci ve vicdanı yoktur; yalnızca matematiksel algoritmalar ve verilerle çalışır.</w:t>
            </w:r>
          </w:p>
        </w:tc>
      </w:tr>
      <w:tr w:rsidR="00621FBB" w14:paraId="7AFDDF73" w14:textId="77777777">
        <w:trPr>
          <w:cantSplit/>
          <w:jc w:val="center"/>
        </w:trPr>
        <w:tc>
          <w:tcPr>
            <w:tcW w:w="3552" w:type="dxa"/>
            <w:shd w:val="clear" w:color="auto" w:fill="F8FAFC"/>
            <w:tcMar>
              <w:top w:w="85" w:type="dxa"/>
              <w:left w:w="120" w:type="dxa"/>
              <w:bottom w:w="85" w:type="dxa"/>
              <w:right w:w="120" w:type="dxa"/>
            </w:tcMar>
            <w:vAlign w:val="center"/>
          </w:tcPr>
          <w:p w14:paraId="0F4FB6BB" w14:textId="77777777" w:rsidR="00621FBB" w:rsidRDefault="00000000">
            <w:pPr>
              <w:keepNext/>
              <w:spacing w:before="40" w:after="40" w:line="269" w:lineRule="auto"/>
            </w:pPr>
            <w:r>
              <w:rPr>
                <w:sz w:val="20"/>
              </w:rPr>
              <w:t>⚡ Büyük Veriyi Hızlı ve Yorulmadan İşleme</w:t>
            </w:r>
          </w:p>
        </w:tc>
        <w:tc>
          <w:tcPr>
            <w:tcW w:w="3552" w:type="dxa"/>
            <w:shd w:val="clear" w:color="auto" w:fill="F8FAFC"/>
            <w:tcMar>
              <w:top w:w="85" w:type="dxa"/>
              <w:left w:w="120" w:type="dxa"/>
              <w:bottom w:w="85" w:type="dxa"/>
              <w:right w:w="120" w:type="dxa"/>
            </w:tcMar>
            <w:vAlign w:val="center"/>
          </w:tcPr>
          <w:p w14:paraId="0021EFFD" w14:textId="77777777" w:rsidR="00621FBB" w:rsidRDefault="00000000">
            <w:pPr>
              <w:keepNext/>
              <w:spacing w:before="40" w:after="40"/>
            </w:pPr>
            <w:r>
              <w:rPr>
                <w:b/>
                <w:color w:val="DC2626"/>
                <w:sz w:val="20"/>
              </w:rPr>
              <w:t>Çok büyük miktardaki veriyi işlerken zamanla yorulur, uykuya ihtiyaç duyar ve işlem hızı sınırlıdır.</w:t>
            </w:r>
          </w:p>
        </w:tc>
        <w:tc>
          <w:tcPr>
            <w:tcW w:w="3552" w:type="dxa"/>
            <w:shd w:val="clear" w:color="auto" w:fill="F8FAFC"/>
            <w:tcMar>
              <w:top w:w="85" w:type="dxa"/>
              <w:left w:w="120" w:type="dxa"/>
              <w:bottom w:w="85" w:type="dxa"/>
              <w:right w:w="120" w:type="dxa"/>
            </w:tcMar>
            <w:vAlign w:val="center"/>
          </w:tcPr>
          <w:p w14:paraId="31007E66" w14:textId="77777777" w:rsidR="00621FBB" w:rsidRDefault="00000000">
            <w:pPr>
              <w:keepNext/>
              <w:spacing w:before="40" w:after="40"/>
            </w:pPr>
            <w:r>
              <w:rPr>
                <w:b/>
                <w:color w:val="DC2626"/>
                <w:sz w:val="20"/>
              </w:rPr>
              <w:t>Milyonlarca veriyi saniyeler içinde, hiç yorulmadan ve 7/24 kesintisiz olarak analiz edip işleyebilir.</w:t>
            </w:r>
          </w:p>
        </w:tc>
      </w:tr>
      <w:tr w:rsidR="00621FBB" w14:paraId="6F889AF6" w14:textId="77777777">
        <w:trPr>
          <w:cantSplit/>
          <w:jc w:val="center"/>
        </w:trPr>
        <w:tc>
          <w:tcPr>
            <w:tcW w:w="3552" w:type="dxa"/>
            <w:tcMar>
              <w:top w:w="85" w:type="dxa"/>
              <w:left w:w="120" w:type="dxa"/>
              <w:bottom w:w="85" w:type="dxa"/>
              <w:right w:w="120" w:type="dxa"/>
            </w:tcMar>
            <w:vAlign w:val="center"/>
          </w:tcPr>
          <w:p w14:paraId="7872498B" w14:textId="77777777" w:rsidR="00621FBB" w:rsidRDefault="00000000">
            <w:pPr>
              <w:keepNext/>
              <w:spacing w:before="40" w:after="40" w:line="269" w:lineRule="auto"/>
            </w:pPr>
            <w:r>
              <w:rPr>
                <w:sz w:val="20"/>
              </w:rPr>
              <w:t>🎨 Özgün Hayal Gücü ve Sıfırdan Üretim</w:t>
            </w:r>
          </w:p>
        </w:tc>
        <w:tc>
          <w:tcPr>
            <w:tcW w:w="3552" w:type="dxa"/>
            <w:tcMar>
              <w:top w:w="85" w:type="dxa"/>
              <w:left w:w="120" w:type="dxa"/>
              <w:bottom w:w="85" w:type="dxa"/>
              <w:right w:w="120" w:type="dxa"/>
            </w:tcMar>
            <w:vAlign w:val="center"/>
          </w:tcPr>
          <w:p w14:paraId="537C429F" w14:textId="77777777" w:rsidR="00621FBB" w:rsidRDefault="00000000">
            <w:pPr>
              <w:keepNext/>
              <w:spacing w:before="40" w:after="40"/>
            </w:pPr>
            <w:r>
              <w:rPr>
                <w:b/>
                <w:color w:val="DC2626"/>
                <w:sz w:val="20"/>
              </w:rPr>
              <w:t>Yaşanmışlıklarından ve hayal gücünden yararlanarak tamamen özgün ve sıfırdan eserler üretebilir.</w:t>
            </w:r>
          </w:p>
        </w:tc>
        <w:tc>
          <w:tcPr>
            <w:tcW w:w="3552" w:type="dxa"/>
            <w:tcMar>
              <w:top w:w="85" w:type="dxa"/>
              <w:left w:w="120" w:type="dxa"/>
              <w:bottom w:w="85" w:type="dxa"/>
              <w:right w:w="120" w:type="dxa"/>
            </w:tcMar>
            <w:vAlign w:val="center"/>
          </w:tcPr>
          <w:p w14:paraId="6114A19B" w14:textId="77777777" w:rsidR="00621FBB" w:rsidRDefault="00000000">
            <w:pPr>
              <w:keepNext/>
              <w:spacing w:before="40" w:after="40"/>
            </w:pPr>
            <w:r>
              <w:rPr>
                <w:b/>
                <w:color w:val="DC2626"/>
                <w:sz w:val="20"/>
              </w:rPr>
              <w:t>Yalnızca kendisine yüklenen eğitim verilerindeki örüntüleri birleştirerek içerik üretir; gerçek hayal gücü yoktur.</w:t>
            </w:r>
          </w:p>
        </w:tc>
      </w:tr>
      <w:tr w:rsidR="00621FBB" w14:paraId="3B8DB7F3" w14:textId="77777777">
        <w:trPr>
          <w:cantSplit/>
          <w:jc w:val="center"/>
        </w:trPr>
        <w:tc>
          <w:tcPr>
            <w:tcW w:w="3552" w:type="dxa"/>
            <w:shd w:val="clear" w:color="auto" w:fill="F8FAFC"/>
            <w:tcMar>
              <w:top w:w="85" w:type="dxa"/>
              <w:left w:w="120" w:type="dxa"/>
              <w:bottom w:w="85" w:type="dxa"/>
              <w:right w:w="120" w:type="dxa"/>
            </w:tcMar>
            <w:vAlign w:val="center"/>
          </w:tcPr>
          <w:p w14:paraId="66ADBF88" w14:textId="77777777" w:rsidR="00621FBB" w:rsidRDefault="00000000">
            <w:pPr>
              <w:spacing w:before="40" w:after="40" w:line="269" w:lineRule="auto"/>
            </w:pPr>
            <w:r>
              <w:rPr>
                <w:sz w:val="20"/>
              </w:rPr>
              <w:t>⚖️ Kararların Ahlaki/Hukuki Sorumluluğu</w:t>
            </w:r>
          </w:p>
        </w:tc>
        <w:tc>
          <w:tcPr>
            <w:tcW w:w="3552" w:type="dxa"/>
            <w:shd w:val="clear" w:color="auto" w:fill="F8FAFC"/>
            <w:tcMar>
              <w:top w:w="85" w:type="dxa"/>
              <w:left w:w="120" w:type="dxa"/>
              <w:bottom w:w="85" w:type="dxa"/>
              <w:right w:w="120" w:type="dxa"/>
            </w:tcMar>
            <w:vAlign w:val="center"/>
          </w:tcPr>
          <w:p w14:paraId="3299C176" w14:textId="77777777" w:rsidR="00621FBB" w:rsidRDefault="00000000">
            <w:pPr>
              <w:spacing w:before="40" w:after="40"/>
            </w:pPr>
            <w:r>
              <w:rPr>
                <w:b/>
                <w:color w:val="DC2626"/>
                <w:sz w:val="20"/>
              </w:rPr>
              <w:t>Aldığı kararların ahlaki, etik ve hukuki sorumluluğunu üstlenir; doğru ile yanlışı vicdanıyla ayırt eder.</w:t>
            </w:r>
          </w:p>
        </w:tc>
        <w:tc>
          <w:tcPr>
            <w:tcW w:w="3552" w:type="dxa"/>
            <w:shd w:val="clear" w:color="auto" w:fill="F8FAFC"/>
            <w:tcMar>
              <w:top w:w="85" w:type="dxa"/>
              <w:left w:w="120" w:type="dxa"/>
              <w:bottom w:w="85" w:type="dxa"/>
              <w:right w:w="120" w:type="dxa"/>
            </w:tcMar>
            <w:vAlign w:val="center"/>
          </w:tcPr>
          <w:p w14:paraId="4F9FABC6" w14:textId="77777777" w:rsidR="00621FBB" w:rsidRDefault="00000000">
            <w:pPr>
              <w:spacing w:before="40" w:after="40"/>
            </w:pPr>
            <w:r>
              <w:rPr>
                <w:b/>
                <w:color w:val="DC2626"/>
                <w:sz w:val="20"/>
              </w:rPr>
              <w:t>Kendi başına ahlaki sorumluluk alamaz; hatalı kararların sorumluluğu onu geliştiren ve kullanan insanlara aittir.</w:t>
            </w:r>
          </w:p>
        </w:tc>
      </w:tr>
    </w:tbl>
    <w:p w14:paraId="46B47110" w14:textId="77777777" w:rsidR="00621FBB" w:rsidRDefault="00000000">
      <w:pPr>
        <w:keepNext/>
        <w:shd w:val="clear" w:color="auto" w:fill="1A365D"/>
        <w:spacing w:before="280" w:after="120"/>
      </w:pPr>
      <w:r>
        <w:rPr>
          <w:b/>
          <w:color w:val="FFFFFF"/>
          <w:sz w:val="23"/>
        </w:rPr>
        <w:lastRenderedPageBreak/>
        <w:t xml:space="preserve">  🎯 5. KAZANIM: BTY.5.1.5. Bilgisayar sistemlerini çözümleyebilme (6. ve 7. Hafta: 3 Soru)</w:t>
      </w:r>
    </w:p>
    <w:p w14:paraId="13623E6B" w14:textId="77777777" w:rsidR="00621FBB" w:rsidRDefault="00000000">
      <w:pPr>
        <w:keepNext/>
        <w:spacing w:before="180" w:after="80"/>
      </w:pPr>
      <w:r>
        <w:rPr>
          <w:b/>
          <w:color w:val="2B6CB0"/>
        </w:rPr>
        <w:t xml:space="preserve">📌 Örnek Soru 5.1: </w:t>
      </w:r>
      <w:r>
        <w:t>Aşağıdaki görsel şemada numaralandırılmış 7 adet donanım birimi verilmiştir. Görseli dikkatlice inceleyerek altındaki soruları cevaplayınız.</w:t>
      </w:r>
    </w:p>
    <w:p w14:paraId="3B014CEA" w14:textId="77777777" w:rsidR="00621FBB" w:rsidRDefault="00000000">
      <w:pPr>
        <w:keepNext/>
        <w:spacing w:before="60" w:after="100"/>
        <w:jc w:val="center"/>
      </w:pPr>
      <w:r>
        <w:rPr>
          <w:noProof/>
        </w:rPr>
        <w:drawing>
          <wp:inline distT="0" distB="0" distL="0" distR="0" wp14:anchorId="48A496E5" wp14:editId="6D3DAAAD">
            <wp:extent cx="5303520" cy="10686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_p4_img1.jpg"/>
                    <pic:cNvPicPr/>
                  </pic:nvPicPr>
                  <pic:blipFill>
                    <a:blip r:embed="rId13"/>
                    <a:stretch>
                      <a:fillRect/>
                    </a:stretch>
                  </pic:blipFill>
                  <pic:spPr>
                    <a:xfrm>
                      <a:off x="0" y="0"/>
                      <a:ext cx="5303520" cy="1068669"/>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256C3BEE" w14:textId="77777777">
        <w:trPr>
          <w:cantSplit/>
          <w:tblHeader/>
          <w:jc w:val="center"/>
        </w:trPr>
        <w:tc>
          <w:tcPr>
            <w:tcW w:w="5328" w:type="dxa"/>
            <w:shd w:val="clear" w:color="auto" w:fill="EBF8FF"/>
            <w:tcMar>
              <w:top w:w="95" w:type="dxa"/>
              <w:left w:w="130" w:type="dxa"/>
              <w:bottom w:w="95" w:type="dxa"/>
              <w:right w:w="130" w:type="dxa"/>
            </w:tcMar>
            <w:vAlign w:val="center"/>
          </w:tcPr>
          <w:p w14:paraId="3BF06FC5" w14:textId="77777777" w:rsidR="00621FBB" w:rsidRDefault="00000000">
            <w:pPr>
              <w:keepNext/>
              <w:spacing w:before="40" w:after="40"/>
              <w:jc w:val="center"/>
            </w:pPr>
            <w:r>
              <w:rPr>
                <w:b/>
                <w:color w:val="1A365D"/>
                <w:sz w:val="21"/>
              </w:rPr>
              <w:t>Soru</w:t>
            </w:r>
          </w:p>
        </w:tc>
        <w:tc>
          <w:tcPr>
            <w:tcW w:w="5328" w:type="dxa"/>
            <w:shd w:val="clear" w:color="auto" w:fill="EBF8FF"/>
            <w:tcMar>
              <w:top w:w="95" w:type="dxa"/>
              <w:left w:w="130" w:type="dxa"/>
              <w:bottom w:w="95" w:type="dxa"/>
              <w:right w:w="130" w:type="dxa"/>
            </w:tcMar>
            <w:vAlign w:val="center"/>
          </w:tcPr>
          <w:p w14:paraId="11FCAC57" w14:textId="77777777" w:rsidR="00621FBB" w:rsidRDefault="00000000">
            <w:pPr>
              <w:keepNext/>
              <w:spacing w:before="40" w:after="40"/>
              <w:jc w:val="center"/>
            </w:pPr>
            <w:r>
              <w:rPr>
                <w:b/>
                <w:color w:val="1A365D"/>
                <w:sz w:val="21"/>
              </w:rPr>
              <w:t>Cevabınız</w:t>
            </w:r>
          </w:p>
        </w:tc>
      </w:tr>
      <w:tr w:rsidR="00621FBB" w14:paraId="2385A8B8" w14:textId="77777777">
        <w:trPr>
          <w:cantSplit/>
          <w:jc w:val="center"/>
        </w:trPr>
        <w:tc>
          <w:tcPr>
            <w:tcW w:w="5328" w:type="dxa"/>
            <w:tcMar>
              <w:top w:w="85" w:type="dxa"/>
              <w:left w:w="120" w:type="dxa"/>
              <w:bottom w:w="85" w:type="dxa"/>
              <w:right w:w="120" w:type="dxa"/>
            </w:tcMar>
            <w:vAlign w:val="center"/>
          </w:tcPr>
          <w:p w14:paraId="4443E763" w14:textId="77777777" w:rsidR="00621FBB" w:rsidRDefault="00000000">
            <w:pPr>
              <w:keepNext/>
              <w:spacing w:before="40" w:after="40" w:line="269" w:lineRule="auto"/>
            </w:pPr>
            <w:r>
              <w:rPr>
                <w:b/>
                <w:color w:val="1A365D"/>
                <w:sz w:val="20"/>
              </w:rPr>
              <w:t xml:space="preserve">📦 1) Kasa içinde yer alan İÇ DONANIM birimlerinin numaraları: </w:t>
            </w:r>
          </w:p>
        </w:tc>
        <w:tc>
          <w:tcPr>
            <w:tcW w:w="5328" w:type="dxa"/>
            <w:tcMar>
              <w:top w:w="85" w:type="dxa"/>
              <w:left w:w="120" w:type="dxa"/>
              <w:bottom w:w="85" w:type="dxa"/>
              <w:right w:w="120" w:type="dxa"/>
            </w:tcMar>
            <w:vAlign w:val="center"/>
          </w:tcPr>
          <w:p w14:paraId="7C109734" w14:textId="77777777" w:rsidR="00621FBB" w:rsidRDefault="00000000">
            <w:pPr>
              <w:keepNext/>
              <w:spacing w:before="40" w:after="40"/>
            </w:pPr>
            <w:r>
              <w:rPr>
                <w:b/>
                <w:color w:val="DC2626"/>
                <w:sz w:val="20"/>
              </w:rPr>
              <w:t>[ 4 (İşlemci/CPU) , 5 (Anakart) , 7 (RAM Bellek) ]</w:t>
            </w:r>
          </w:p>
        </w:tc>
      </w:tr>
      <w:tr w:rsidR="00621FBB" w14:paraId="475004F2" w14:textId="77777777">
        <w:trPr>
          <w:cantSplit/>
          <w:jc w:val="center"/>
        </w:trPr>
        <w:tc>
          <w:tcPr>
            <w:tcW w:w="5328" w:type="dxa"/>
            <w:shd w:val="clear" w:color="auto" w:fill="F8FAFC"/>
            <w:tcMar>
              <w:top w:w="85" w:type="dxa"/>
              <w:left w:w="120" w:type="dxa"/>
              <w:bottom w:w="85" w:type="dxa"/>
              <w:right w:w="120" w:type="dxa"/>
            </w:tcMar>
            <w:vAlign w:val="center"/>
          </w:tcPr>
          <w:p w14:paraId="59A65403" w14:textId="77777777" w:rsidR="00621FBB" w:rsidRDefault="00000000">
            <w:pPr>
              <w:keepNext/>
              <w:spacing w:before="40" w:after="40" w:line="269" w:lineRule="auto"/>
            </w:pPr>
            <w:r>
              <w:rPr>
                <w:b/>
                <w:color w:val="1A365D"/>
                <w:sz w:val="20"/>
              </w:rPr>
              <w:t xml:space="preserve">🔌 2) Kasa dışında yer alan DIŞ DONANIM birimlerinin numaraları: </w:t>
            </w:r>
          </w:p>
        </w:tc>
        <w:tc>
          <w:tcPr>
            <w:tcW w:w="5328" w:type="dxa"/>
            <w:shd w:val="clear" w:color="auto" w:fill="F8FAFC"/>
            <w:tcMar>
              <w:top w:w="85" w:type="dxa"/>
              <w:left w:w="120" w:type="dxa"/>
              <w:bottom w:w="85" w:type="dxa"/>
              <w:right w:w="120" w:type="dxa"/>
            </w:tcMar>
            <w:vAlign w:val="center"/>
          </w:tcPr>
          <w:p w14:paraId="5CF1E7A1" w14:textId="77777777" w:rsidR="00621FBB" w:rsidRDefault="00000000">
            <w:pPr>
              <w:keepNext/>
              <w:spacing w:before="40" w:after="40"/>
            </w:pPr>
            <w:r>
              <w:rPr>
                <w:b/>
                <w:color w:val="DC2626"/>
                <w:sz w:val="20"/>
              </w:rPr>
              <w:t>[ 1 (Yazıcı) , 2 (Klavye) , 3 (Fare) , 6 (Monitör/Ekran) ]</w:t>
            </w:r>
          </w:p>
        </w:tc>
      </w:tr>
      <w:tr w:rsidR="00621FBB" w14:paraId="09EE8BD0" w14:textId="77777777">
        <w:trPr>
          <w:cantSplit/>
          <w:jc w:val="center"/>
        </w:trPr>
        <w:tc>
          <w:tcPr>
            <w:tcW w:w="5328" w:type="dxa"/>
            <w:tcMar>
              <w:top w:w="85" w:type="dxa"/>
              <w:left w:w="120" w:type="dxa"/>
              <w:bottom w:w="85" w:type="dxa"/>
              <w:right w:w="120" w:type="dxa"/>
            </w:tcMar>
            <w:vAlign w:val="center"/>
          </w:tcPr>
          <w:p w14:paraId="63DAA29C" w14:textId="77777777" w:rsidR="00621FBB" w:rsidRDefault="00000000">
            <w:pPr>
              <w:keepNext/>
              <w:spacing w:before="40" w:after="40" w:line="269" w:lineRule="auto"/>
            </w:pPr>
            <w:r>
              <w:rPr>
                <w:b/>
                <w:color w:val="1A365D"/>
                <w:sz w:val="20"/>
              </w:rPr>
              <w:t xml:space="preserve">🧠 3) 4 numaralı donanımın (CPU) adı ve bilgisayardaki temel görevi: </w:t>
            </w:r>
          </w:p>
        </w:tc>
        <w:tc>
          <w:tcPr>
            <w:tcW w:w="5328" w:type="dxa"/>
            <w:tcMar>
              <w:top w:w="85" w:type="dxa"/>
              <w:left w:w="120" w:type="dxa"/>
              <w:bottom w:w="85" w:type="dxa"/>
              <w:right w:w="120" w:type="dxa"/>
            </w:tcMar>
            <w:vAlign w:val="center"/>
          </w:tcPr>
          <w:p w14:paraId="559D2DB0" w14:textId="77777777" w:rsidR="00621FBB" w:rsidRDefault="00000000">
            <w:pPr>
              <w:keepNext/>
              <w:spacing w:before="40" w:after="40"/>
            </w:pPr>
            <w:r>
              <w:rPr>
                <w:b/>
                <w:color w:val="1A365D"/>
                <w:sz w:val="20"/>
              </w:rPr>
              <w:t xml:space="preserve">Adı: </w:t>
            </w:r>
            <w:r>
              <w:rPr>
                <w:b/>
                <w:color w:val="DC2626"/>
                <w:sz w:val="20"/>
              </w:rPr>
              <w:t xml:space="preserve">İşlemci (CPU / Merkezi İşlem Birimi)   |   </w:t>
            </w:r>
            <w:r>
              <w:rPr>
                <w:b/>
                <w:color w:val="1A365D"/>
                <w:sz w:val="20"/>
              </w:rPr>
              <w:t xml:space="preserve">Görevi: </w:t>
            </w:r>
            <w:r>
              <w:rPr>
                <w:b/>
                <w:color w:val="DC2626"/>
                <w:sz w:val="20"/>
              </w:rPr>
              <w:t>Bilgisayarın beynidir; tüm aritmetik ve mantıksal işlemleri gerçekleştirir ve komutları yönetir.</w:t>
            </w:r>
          </w:p>
        </w:tc>
      </w:tr>
      <w:tr w:rsidR="00621FBB" w14:paraId="05CD6EA2" w14:textId="77777777">
        <w:trPr>
          <w:cantSplit/>
          <w:jc w:val="center"/>
        </w:trPr>
        <w:tc>
          <w:tcPr>
            <w:tcW w:w="5328" w:type="dxa"/>
            <w:shd w:val="clear" w:color="auto" w:fill="F8FAFC"/>
            <w:tcMar>
              <w:top w:w="85" w:type="dxa"/>
              <w:left w:w="120" w:type="dxa"/>
              <w:bottom w:w="85" w:type="dxa"/>
              <w:right w:w="120" w:type="dxa"/>
            </w:tcMar>
            <w:vAlign w:val="center"/>
          </w:tcPr>
          <w:p w14:paraId="1F7659FF" w14:textId="77777777" w:rsidR="00621FBB" w:rsidRDefault="00000000">
            <w:pPr>
              <w:keepNext/>
              <w:spacing w:before="40" w:after="40" w:line="269" w:lineRule="auto"/>
            </w:pPr>
            <w:r>
              <w:rPr>
                <w:b/>
                <w:color w:val="1A365D"/>
                <w:sz w:val="20"/>
              </w:rPr>
              <w:t xml:space="preserve">🟩 4) 5 numaralı donanımın adı ve bilgisayardaki temel görevi: </w:t>
            </w:r>
          </w:p>
        </w:tc>
        <w:tc>
          <w:tcPr>
            <w:tcW w:w="5328" w:type="dxa"/>
            <w:shd w:val="clear" w:color="auto" w:fill="F8FAFC"/>
            <w:tcMar>
              <w:top w:w="85" w:type="dxa"/>
              <w:left w:w="120" w:type="dxa"/>
              <w:bottom w:w="85" w:type="dxa"/>
              <w:right w:w="120" w:type="dxa"/>
            </w:tcMar>
            <w:vAlign w:val="center"/>
          </w:tcPr>
          <w:p w14:paraId="1A673E4A" w14:textId="77777777" w:rsidR="00621FBB" w:rsidRDefault="00000000">
            <w:pPr>
              <w:keepNext/>
              <w:spacing w:before="40" w:after="40"/>
            </w:pPr>
            <w:r>
              <w:rPr>
                <w:b/>
                <w:color w:val="1A365D"/>
                <w:sz w:val="20"/>
              </w:rPr>
              <w:t xml:space="preserve">Adı: </w:t>
            </w:r>
            <w:r>
              <w:rPr>
                <w:b/>
                <w:color w:val="DC2626"/>
                <w:sz w:val="20"/>
              </w:rPr>
              <w:t xml:space="preserve">Anakart (Mainboard)   |   </w:t>
            </w:r>
            <w:r>
              <w:rPr>
                <w:b/>
                <w:color w:val="1A365D"/>
                <w:sz w:val="20"/>
              </w:rPr>
              <w:t xml:space="preserve">Görevi: </w:t>
            </w:r>
            <w:r>
              <w:rPr>
                <w:b/>
                <w:color w:val="DC2626"/>
                <w:sz w:val="20"/>
              </w:rPr>
              <w:t>İç ve dış tüm donanım parçalarının üzerine takıldığı, parçalar arasında veri ve elektrik iletimini sağlayan ana devredir.</w:t>
            </w:r>
          </w:p>
        </w:tc>
      </w:tr>
      <w:tr w:rsidR="00621FBB" w14:paraId="1A3A3F51" w14:textId="77777777">
        <w:trPr>
          <w:cantSplit/>
          <w:jc w:val="center"/>
        </w:trPr>
        <w:tc>
          <w:tcPr>
            <w:tcW w:w="5328" w:type="dxa"/>
            <w:tcMar>
              <w:top w:w="85" w:type="dxa"/>
              <w:left w:w="120" w:type="dxa"/>
              <w:bottom w:w="85" w:type="dxa"/>
              <w:right w:w="120" w:type="dxa"/>
            </w:tcMar>
            <w:vAlign w:val="center"/>
          </w:tcPr>
          <w:p w14:paraId="3519F6D9" w14:textId="77777777" w:rsidR="00621FBB" w:rsidRDefault="00000000">
            <w:pPr>
              <w:spacing w:before="40" w:after="40" w:line="269" w:lineRule="auto"/>
            </w:pPr>
            <w:r>
              <w:rPr>
                <w:b/>
                <w:color w:val="1A365D"/>
                <w:sz w:val="20"/>
              </w:rPr>
              <w:t xml:space="preserve">⚡ 5) 7 numaralı donanımın adı ve bilgisayardaki temel görevi: </w:t>
            </w:r>
          </w:p>
        </w:tc>
        <w:tc>
          <w:tcPr>
            <w:tcW w:w="5328" w:type="dxa"/>
            <w:tcMar>
              <w:top w:w="85" w:type="dxa"/>
              <w:left w:w="120" w:type="dxa"/>
              <w:bottom w:w="85" w:type="dxa"/>
              <w:right w:w="120" w:type="dxa"/>
            </w:tcMar>
            <w:vAlign w:val="center"/>
          </w:tcPr>
          <w:p w14:paraId="401FACF0" w14:textId="77777777" w:rsidR="00621FBB" w:rsidRDefault="00000000">
            <w:pPr>
              <w:spacing w:before="40" w:after="40"/>
            </w:pPr>
            <w:r>
              <w:rPr>
                <w:b/>
                <w:color w:val="1A365D"/>
                <w:sz w:val="20"/>
              </w:rPr>
              <w:t xml:space="preserve">Adı: </w:t>
            </w:r>
            <w:r>
              <w:rPr>
                <w:b/>
                <w:color w:val="DC2626"/>
                <w:sz w:val="20"/>
              </w:rPr>
              <w:t xml:space="preserve">RAM (Rastgele Erişimli Geçici Bellek)   |   </w:t>
            </w:r>
            <w:r>
              <w:rPr>
                <w:b/>
                <w:color w:val="1A365D"/>
                <w:sz w:val="20"/>
              </w:rPr>
              <w:t xml:space="preserve">Görevi: </w:t>
            </w:r>
            <w:r>
              <w:rPr>
                <w:b/>
                <w:color w:val="DC2626"/>
                <w:sz w:val="20"/>
              </w:rPr>
              <w:t>Çalışmakta olan programlara ait verileri geçici olarak saklar; bilgisayar kapatıldığında içindeki bilgiler silinir.</w:t>
            </w:r>
          </w:p>
        </w:tc>
      </w:tr>
    </w:tbl>
    <w:p w14:paraId="479BCEE2" w14:textId="77777777" w:rsidR="00621FBB" w:rsidRDefault="00000000">
      <w:pPr>
        <w:keepNext/>
        <w:spacing w:before="180" w:after="80"/>
      </w:pPr>
      <w:r>
        <w:rPr>
          <w:b/>
          <w:color w:val="2B6CB0"/>
        </w:rPr>
        <w:lastRenderedPageBreak/>
        <w:t xml:space="preserve">📌 Örnek Soru 5.2: </w:t>
      </w:r>
      <w:r>
        <w:t>Bilgisayarlar, farklı görevleri yerine getiren donanım parçalarının birlikte çalışmasıyla işlevlerini gerçekleştirir. Aşağıdaki görselde numaralandırılmış donanım parçalarını inceleyerek her parçanın adını, giriş veya çıkış birimi olduğunu ve temel görevini tabloya yazınız.</w:t>
      </w:r>
    </w:p>
    <w:p w14:paraId="3F5C8061" w14:textId="77777777" w:rsidR="00621FBB" w:rsidRDefault="00000000">
      <w:pPr>
        <w:keepNext/>
        <w:spacing w:before="60" w:after="100"/>
        <w:jc w:val="center"/>
      </w:pPr>
      <w:r>
        <w:rPr>
          <w:noProof/>
        </w:rPr>
        <w:drawing>
          <wp:inline distT="0" distB="0" distL="0" distR="0" wp14:anchorId="71C9A6BB" wp14:editId="600E45BF">
            <wp:extent cx="3474720" cy="23546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austu_numarali_donanim.png"/>
                    <pic:cNvPicPr/>
                  </pic:nvPicPr>
                  <pic:blipFill>
                    <a:blip r:embed="rId14"/>
                    <a:stretch>
                      <a:fillRect/>
                    </a:stretch>
                  </pic:blipFill>
                  <pic:spPr>
                    <a:xfrm>
                      <a:off x="0" y="0"/>
                      <a:ext cx="3474720" cy="2354620"/>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2664"/>
        <w:gridCol w:w="2664"/>
        <w:gridCol w:w="2664"/>
        <w:gridCol w:w="2664"/>
      </w:tblGrid>
      <w:tr w:rsidR="00621FBB" w14:paraId="78C90B0D" w14:textId="77777777">
        <w:trPr>
          <w:cantSplit/>
          <w:tblHeader/>
          <w:jc w:val="center"/>
        </w:trPr>
        <w:tc>
          <w:tcPr>
            <w:tcW w:w="2664" w:type="dxa"/>
            <w:shd w:val="clear" w:color="auto" w:fill="EBF8FF"/>
            <w:tcMar>
              <w:top w:w="95" w:type="dxa"/>
              <w:left w:w="130" w:type="dxa"/>
              <w:bottom w:w="95" w:type="dxa"/>
              <w:right w:w="130" w:type="dxa"/>
            </w:tcMar>
            <w:vAlign w:val="center"/>
          </w:tcPr>
          <w:p w14:paraId="5AB5DFA1" w14:textId="77777777" w:rsidR="00621FBB" w:rsidRDefault="00000000">
            <w:pPr>
              <w:keepNext/>
              <w:spacing w:before="40" w:after="40"/>
              <w:jc w:val="center"/>
            </w:pPr>
            <w:r>
              <w:rPr>
                <w:b/>
                <w:color w:val="1A365D"/>
                <w:sz w:val="21"/>
              </w:rPr>
              <w:t>No</w:t>
            </w:r>
          </w:p>
        </w:tc>
        <w:tc>
          <w:tcPr>
            <w:tcW w:w="2664" w:type="dxa"/>
            <w:shd w:val="clear" w:color="auto" w:fill="EBF8FF"/>
            <w:tcMar>
              <w:top w:w="95" w:type="dxa"/>
              <w:left w:w="130" w:type="dxa"/>
              <w:bottom w:w="95" w:type="dxa"/>
              <w:right w:w="130" w:type="dxa"/>
            </w:tcMar>
            <w:vAlign w:val="center"/>
          </w:tcPr>
          <w:p w14:paraId="0E510DE4" w14:textId="77777777" w:rsidR="00621FBB" w:rsidRDefault="00000000">
            <w:pPr>
              <w:keepNext/>
              <w:spacing w:before="40" w:after="40"/>
              <w:jc w:val="center"/>
            </w:pPr>
            <w:r>
              <w:rPr>
                <w:b/>
                <w:color w:val="1A365D"/>
                <w:sz w:val="21"/>
              </w:rPr>
              <w:t>Donanım Parçasının Adı</w:t>
            </w:r>
          </w:p>
        </w:tc>
        <w:tc>
          <w:tcPr>
            <w:tcW w:w="2664" w:type="dxa"/>
            <w:shd w:val="clear" w:color="auto" w:fill="EBF8FF"/>
            <w:tcMar>
              <w:top w:w="95" w:type="dxa"/>
              <w:left w:w="130" w:type="dxa"/>
              <w:bottom w:w="95" w:type="dxa"/>
              <w:right w:w="130" w:type="dxa"/>
            </w:tcMar>
            <w:vAlign w:val="center"/>
          </w:tcPr>
          <w:p w14:paraId="568E949B" w14:textId="77777777" w:rsidR="00621FBB" w:rsidRDefault="00000000">
            <w:pPr>
              <w:keepNext/>
              <w:spacing w:before="40" w:after="40"/>
              <w:jc w:val="center"/>
            </w:pPr>
            <w:r>
              <w:rPr>
                <w:b/>
                <w:color w:val="1A365D"/>
                <w:sz w:val="21"/>
              </w:rPr>
              <w:t>Türü (Giriş / Çıkış Birimi)</w:t>
            </w:r>
          </w:p>
        </w:tc>
        <w:tc>
          <w:tcPr>
            <w:tcW w:w="2664" w:type="dxa"/>
            <w:shd w:val="clear" w:color="auto" w:fill="EBF8FF"/>
            <w:tcMar>
              <w:top w:w="95" w:type="dxa"/>
              <w:left w:w="130" w:type="dxa"/>
              <w:bottom w:w="95" w:type="dxa"/>
              <w:right w:w="130" w:type="dxa"/>
            </w:tcMar>
            <w:vAlign w:val="center"/>
          </w:tcPr>
          <w:p w14:paraId="36E7E1AA" w14:textId="77777777" w:rsidR="00621FBB" w:rsidRDefault="00000000">
            <w:pPr>
              <w:keepNext/>
              <w:spacing w:before="40" w:after="40"/>
              <w:jc w:val="center"/>
            </w:pPr>
            <w:r>
              <w:rPr>
                <w:b/>
                <w:color w:val="1A365D"/>
                <w:sz w:val="21"/>
              </w:rPr>
              <w:t>Bilgisayardaki Temel Görevi Nedir?</w:t>
            </w:r>
          </w:p>
        </w:tc>
      </w:tr>
      <w:tr w:rsidR="00621FBB" w14:paraId="0B1F5793" w14:textId="77777777">
        <w:trPr>
          <w:cantSplit/>
          <w:jc w:val="center"/>
        </w:trPr>
        <w:tc>
          <w:tcPr>
            <w:tcW w:w="2664" w:type="dxa"/>
            <w:tcMar>
              <w:top w:w="85" w:type="dxa"/>
              <w:left w:w="120" w:type="dxa"/>
              <w:bottom w:w="85" w:type="dxa"/>
              <w:right w:w="120" w:type="dxa"/>
            </w:tcMar>
            <w:vAlign w:val="center"/>
          </w:tcPr>
          <w:p w14:paraId="53B9D8D3" w14:textId="77777777" w:rsidR="00621FBB" w:rsidRDefault="00000000">
            <w:pPr>
              <w:keepNext/>
              <w:spacing w:before="40" w:after="40" w:line="269" w:lineRule="auto"/>
              <w:jc w:val="center"/>
            </w:pPr>
            <w:r>
              <w:rPr>
                <w:b/>
                <w:color w:val="1A365D"/>
                <w:sz w:val="20"/>
              </w:rPr>
              <w:t>[1]</w:t>
            </w:r>
          </w:p>
        </w:tc>
        <w:tc>
          <w:tcPr>
            <w:tcW w:w="2664" w:type="dxa"/>
            <w:tcMar>
              <w:top w:w="85" w:type="dxa"/>
              <w:left w:w="120" w:type="dxa"/>
              <w:bottom w:w="85" w:type="dxa"/>
              <w:right w:w="120" w:type="dxa"/>
            </w:tcMar>
            <w:vAlign w:val="center"/>
          </w:tcPr>
          <w:p w14:paraId="1BBFEE19" w14:textId="77777777" w:rsidR="00621FBB" w:rsidRDefault="00000000">
            <w:pPr>
              <w:keepNext/>
              <w:spacing w:before="40" w:after="40"/>
            </w:pPr>
            <w:r>
              <w:rPr>
                <w:b/>
                <w:color w:val="DC2626"/>
                <w:sz w:val="20"/>
              </w:rPr>
              <w:t>Ekran (Monitör)</w:t>
            </w:r>
          </w:p>
        </w:tc>
        <w:tc>
          <w:tcPr>
            <w:tcW w:w="2664" w:type="dxa"/>
            <w:tcMar>
              <w:top w:w="85" w:type="dxa"/>
              <w:left w:w="120" w:type="dxa"/>
              <w:bottom w:w="85" w:type="dxa"/>
              <w:right w:w="120" w:type="dxa"/>
            </w:tcMar>
            <w:vAlign w:val="center"/>
          </w:tcPr>
          <w:p w14:paraId="2D1DE796" w14:textId="77777777" w:rsidR="00621FBB" w:rsidRDefault="00000000">
            <w:pPr>
              <w:keepNext/>
              <w:spacing w:before="40" w:after="40"/>
              <w:jc w:val="center"/>
            </w:pPr>
            <w:r>
              <w:rPr>
                <w:b/>
                <w:color w:val="DC2626"/>
                <w:sz w:val="20"/>
              </w:rPr>
              <w:t>Çıkış Birimi</w:t>
            </w:r>
          </w:p>
        </w:tc>
        <w:tc>
          <w:tcPr>
            <w:tcW w:w="2664" w:type="dxa"/>
            <w:tcMar>
              <w:top w:w="85" w:type="dxa"/>
              <w:left w:w="120" w:type="dxa"/>
              <w:bottom w:w="85" w:type="dxa"/>
              <w:right w:w="120" w:type="dxa"/>
            </w:tcMar>
            <w:vAlign w:val="center"/>
          </w:tcPr>
          <w:p w14:paraId="6F4A294D" w14:textId="77777777" w:rsidR="00621FBB" w:rsidRDefault="00000000">
            <w:pPr>
              <w:keepNext/>
              <w:spacing w:before="40" w:after="40"/>
            </w:pPr>
            <w:r>
              <w:rPr>
                <w:b/>
                <w:color w:val="DC2626"/>
                <w:sz w:val="20"/>
              </w:rPr>
              <w:t>Bilgisayarda işlenen görüntüleri, yazıları ve videoları kullanıcıya görsel olarak gösterir.</w:t>
            </w:r>
          </w:p>
        </w:tc>
      </w:tr>
      <w:tr w:rsidR="00621FBB" w14:paraId="26DC9A23" w14:textId="77777777">
        <w:trPr>
          <w:cantSplit/>
          <w:jc w:val="center"/>
        </w:trPr>
        <w:tc>
          <w:tcPr>
            <w:tcW w:w="2664" w:type="dxa"/>
            <w:shd w:val="clear" w:color="auto" w:fill="F8FAFC"/>
            <w:tcMar>
              <w:top w:w="85" w:type="dxa"/>
              <w:left w:w="120" w:type="dxa"/>
              <w:bottom w:w="85" w:type="dxa"/>
              <w:right w:w="120" w:type="dxa"/>
            </w:tcMar>
            <w:vAlign w:val="center"/>
          </w:tcPr>
          <w:p w14:paraId="4C6F6BC2" w14:textId="77777777" w:rsidR="00621FBB" w:rsidRDefault="00000000">
            <w:pPr>
              <w:keepNext/>
              <w:spacing w:before="40" w:after="40" w:line="269" w:lineRule="auto"/>
              <w:jc w:val="center"/>
            </w:pPr>
            <w:r>
              <w:rPr>
                <w:b/>
                <w:color w:val="1A365D"/>
                <w:sz w:val="20"/>
              </w:rPr>
              <w:t>[2]</w:t>
            </w:r>
          </w:p>
        </w:tc>
        <w:tc>
          <w:tcPr>
            <w:tcW w:w="2664" w:type="dxa"/>
            <w:shd w:val="clear" w:color="auto" w:fill="F8FAFC"/>
            <w:tcMar>
              <w:top w:w="85" w:type="dxa"/>
              <w:left w:w="120" w:type="dxa"/>
              <w:bottom w:w="85" w:type="dxa"/>
              <w:right w:w="120" w:type="dxa"/>
            </w:tcMar>
            <w:vAlign w:val="center"/>
          </w:tcPr>
          <w:p w14:paraId="6985C4A5" w14:textId="77777777" w:rsidR="00621FBB" w:rsidRDefault="00000000">
            <w:pPr>
              <w:keepNext/>
              <w:spacing w:before="40" w:after="40"/>
            </w:pPr>
            <w:r>
              <w:rPr>
                <w:b/>
                <w:color w:val="DC2626"/>
                <w:sz w:val="20"/>
              </w:rPr>
              <w:t>Klavye</w:t>
            </w:r>
          </w:p>
        </w:tc>
        <w:tc>
          <w:tcPr>
            <w:tcW w:w="2664" w:type="dxa"/>
            <w:shd w:val="clear" w:color="auto" w:fill="F8FAFC"/>
            <w:tcMar>
              <w:top w:w="85" w:type="dxa"/>
              <w:left w:w="120" w:type="dxa"/>
              <w:bottom w:w="85" w:type="dxa"/>
              <w:right w:w="120" w:type="dxa"/>
            </w:tcMar>
            <w:vAlign w:val="center"/>
          </w:tcPr>
          <w:p w14:paraId="4BD5DF9B" w14:textId="77777777" w:rsidR="00621FBB" w:rsidRDefault="00000000">
            <w:pPr>
              <w:keepNext/>
              <w:spacing w:before="40" w:after="40"/>
              <w:jc w:val="center"/>
            </w:pPr>
            <w:r>
              <w:rPr>
                <w:b/>
                <w:color w:val="DC2626"/>
                <w:sz w:val="20"/>
              </w:rPr>
              <w:t>Giriş Birimi</w:t>
            </w:r>
          </w:p>
        </w:tc>
        <w:tc>
          <w:tcPr>
            <w:tcW w:w="2664" w:type="dxa"/>
            <w:shd w:val="clear" w:color="auto" w:fill="F8FAFC"/>
            <w:tcMar>
              <w:top w:w="85" w:type="dxa"/>
              <w:left w:w="120" w:type="dxa"/>
              <w:bottom w:w="85" w:type="dxa"/>
              <w:right w:w="120" w:type="dxa"/>
            </w:tcMar>
            <w:vAlign w:val="center"/>
          </w:tcPr>
          <w:p w14:paraId="66F02C33" w14:textId="77777777" w:rsidR="00621FBB" w:rsidRDefault="00000000">
            <w:pPr>
              <w:keepNext/>
              <w:spacing w:before="40" w:after="40"/>
            </w:pPr>
            <w:r>
              <w:rPr>
                <w:b/>
                <w:color w:val="DC2626"/>
                <w:sz w:val="20"/>
              </w:rPr>
              <w:t>Üzerindeki tuşlar yardımıyla bilgisayara harf, rakam, sembol ve komut girmeyi sağlar.</w:t>
            </w:r>
          </w:p>
        </w:tc>
      </w:tr>
      <w:tr w:rsidR="00621FBB" w14:paraId="22DF8040" w14:textId="77777777">
        <w:trPr>
          <w:cantSplit/>
          <w:jc w:val="center"/>
        </w:trPr>
        <w:tc>
          <w:tcPr>
            <w:tcW w:w="2664" w:type="dxa"/>
            <w:tcMar>
              <w:top w:w="85" w:type="dxa"/>
              <w:left w:w="120" w:type="dxa"/>
              <w:bottom w:w="85" w:type="dxa"/>
              <w:right w:w="120" w:type="dxa"/>
            </w:tcMar>
            <w:vAlign w:val="center"/>
          </w:tcPr>
          <w:p w14:paraId="781202FC" w14:textId="77777777" w:rsidR="00621FBB" w:rsidRDefault="00000000">
            <w:pPr>
              <w:keepNext/>
              <w:spacing w:before="40" w:after="40" w:line="269" w:lineRule="auto"/>
              <w:jc w:val="center"/>
            </w:pPr>
            <w:r>
              <w:rPr>
                <w:b/>
                <w:color w:val="1A365D"/>
                <w:sz w:val="20"/>
              </w:rPr>
              <w:t>[3]</w:t>
            </w:r>
          </w:p>
        </w:tc>
        <w:tc>
          <w:tcPr>
            <w:tcW w:w="2664" w:type="dxa"/>
            <w:tcMar>
              <w:top w:w="85" w:type="dxa"/>
              <w:left w:w="120" w:type="dxa"/>
              <w:bottom w:w="85" w:type="dxa"/>
              <w:right w:w="120" w:type="dxa"/>
            </w:tcMar>
            <w:vAlign w:val="center"/>
          </w:tcPr>
          <w:p w14:paraId="66096851" w14:textId="77777777" w:rsidR="00621FBB" w:rsidRDefault="00000000">
            <w:pPr>
              <w:keepNext/>
              <w:spacing w:before="40" w:after="40"/>
            </w:pPr>
            <w:r>
              <w:rPr>
                <w:b/>
                <w:color w:val="DC2626"/>
                <w:sz w:val="20"/>
              </w:rPr>
              <w:t>Hoparlör</w:t>
            </w:r>
          </w:p>
        </w:tc>
        <w:tc>
          <w:tcPr>
            <w:tcW w:w="2664" w:type="dxa"/>
            <w:tcMar>
              <w:top w:w="85" w:type="dxa"/>
              <w:left w:w="120" w:type="dxa"/>
              <w:bottom w:w="85" w:type="dxa"/>
              <w:right w:w="120" w:type="dxa"/>
            </w:tcMar>
            <w:vAlign w:val="center"/>
          </w:tcPr>
          <w:p w14:paraId="11F3E57D" w14:textId="77777777" w:rsidR="00621FBB" w:rsidRDefault="00000000">
            <w:pPr>
              <w:keepNext/>
              <w:spacing w:before="40" w:after="40"/>
              <w:jc w:val="center"/>
            </w:pPr>
            <w:r>
              <w:rPr>
                <w:b/>
                <w:color w:val="DC2626"/>
                <w:sz w:val="20"/>
              </w:rPr>
              <w:t>Çıkış Birimi</w:t>
            </w:r>
          </w:p>
        </w:tc>
        <w:tc>
          <w:tcPr>
            <w:tcW w:w="2664" w:type="dxa"/>
            <w:tcMar>
              <w:top w:w="85" w:type="dxa"/>
              <w:left w:w="120" w:type="dxa"/>
              <w:bottom w:w="85" w:type="dxa"/>
              <w:right w:w="120" w:type="dxa"/>
            </w:tcMar>
            <w:vAlign w:val="center"/>
          </w:tcPr>
          <w:p w14:paraId="54B79BC4" w14:textId="77777777" w:rsidR="00621FBB" w:rsidRDefault="00000000">
            <w:pPr>
              <w:keepNext/>
              <w:spacing w:before="40" w:after="40"/>
            </w:pPr>
            <w:r>
              <w:rPr>
                <w:b/>
                <w:color w:val="DC2626"/>
                <w:sz w:val="20"/>
              </w:rPr>
              <w:t>Bilgisayardaki müzik, uyarı ve ses dosyalarını dış ortama (kullanıcıya) sesli olarak iletir.</w:t>
            </w:r>
          </w:p>
        </w:tc>
      </w:tr>
      <w:tr w:rsidR="00621FBB" w14:paraId="156A36D0" w14:textId="77777777">
        <w:trPr>
          <w:cantSplit/>
          <w:jc w:val="center"/>
        </w:trPr>
        <w:tc>
          <w:tcPr>
            <w:tcW w:w="2664" w:type="dxa"/>
            <w:shd w:val="clear" w:color="auto" w:fill="F8FAFC"/>
            <w:tcMar>
              <w:top w:w="85" w:type="dxa"/>
              <w:left w:w="120" w:type="dxa"/>
              <w:bottom w:w="85" w:type="dxa"/>
              <w:right w:w="120" w:type="dxa"/>
            </w:tcMar>
            <w:vAlign w:val="center"/>
          </w:tcPr>
          <w:p w14:paraId="7347ED1D" w14:textId="77777777" w:rsidR="00621FBB" w:rsidRDefault="00000000">
            <w:pPr>
              <w:keepNext/>
              <w:spacing w:before="40" w:after="40" w:line="269" w:lineRule="auto"/>
              <w:jc w:val="center"/>
            </w:pPr>
            <w:r>
              <w:rPr>
                <w:b/>
                <w:color w:val="1A365D"/>
                <w:sz w:val="20"/>
              </w:rPr>
              <w:t>[4]</w:t>
            </w:r>
          </w:p>
        </w:tc>
        <w:tc>
          <w:tcPr>
            <w:tcW w:w="2664" w:type="dxa"/>
            <w:shd w:val="clear" w:color="auto" w:fill="F8FAFC"/>
            <w:tcMar>
              <w:top w:w="85" w:type="dxa"/>
              <w:left w:w="120" w:type="dxa"/>
              <w:bottom w:w="85" w:type="dxa"/>
              <w:right w:w="120" w:type="dxa"/>
            </w:tcMar>
            <w:vAlign w:val="center"/>
          </w:tcPr>
          <w:p w14:paraId="296077E2" w14:textId="77777777" w:rsidR="00621FBB" w:rsidRDefault="00000000">
            <w:pPr>
              <w:keepNext/>
              <w:spacing w:before="40" w:after="40"/>
            </w:pPr>
            <w:r>
              <w:rPr>
                <w:b/>
                <w:color w:val="DC2626"/>
                <w:sz w:val="20"/>
              </w:rPr>
              <w:t>Mikrofon</w:t>
            </w:r>
          </w:p>
        </w:tc>
        <w:tc>
          <w:tcPr>
            <w:tcW w:w="2664" w:type="dxa"/>
            <w:shd w:val="clear" w:color="auto" w:fill="F8FAFC"/>
            <w:tcMar>
              <w:top w:w="85" w:type="dxa"/>
              <w:left w:w="120" w:type="dxa"/>
              <w:bottom w:w="85" w:type="dxa"/>
              <w:right w:w="120" w:type="dxa"/>
            </w:tcMar>
            <w:vAlign w:val="center"/>
          </w:tcPr>
          <w:p w14:paraId="74E3E6CD" w14:textId="77777777" w:rsidR="00621FBB" w:rsidRDefault="00000000">
            <w:pPr>
              <w:keepNext/>
              <w:spacing w:before="40" w:after="40"/>
              <w:jc w:val="center"/>
            </w:pPr>
            <w:r>
              <w:rPr>
                <w:b/>
                <w:color w:val="DC2626"/>
                <w:sz w:val="20"/>
              </w:rPr>
              <w:t>Giriş Birimi</w:t>
            </w:r>
          </w:p>
        </w:tc>
        <w:tc>
          <w:tcPr>
            <w:tcW w:w="2664" w:type="dxa"/>
            <w:shd w:val="clear" w:color="auto" w:fill="F8FAFC"/>
            <w:tcMar>
              <w:top w:w="85" w:type="dxa"/>
              <w:left w:w="120" w:type="dxa"/>
              <w:bottom w:w="85" w:type="dxa"/>
              <w:right w:w="120" w:type="dxa"/>
            </w:tcMar>
            <w:vAlign w:val="center"/>
          </w:tcPr>
          <w:p w14:paraId="661A2E2C" w14:textId="77777777" w:rsidR="00621FBB" w:rsidRDefault="00000000">
            <w:pPr>
              <w:keepNext/>
              <w:spacing w:before="40" w:after="40"/>
            </w:pPr>
            <w:r>
              <w:rPr>
                <w:b/>
                <w:color w:val="DC2626"/>
                <w:sz w:val="20"/>
              </w:rPr>
              <w:t>Dış ortamdaki sesleri kaydederek dijital veri olarak bilgisayara aktarmayı sağlar.</w:t>
            </w:r>
          </w:p>
        </w:tc>
      </w:tr>
      <w:tr w:rsidR="00621FBB" w14:paraId="5A3023A2" w14:textId="77777777">
        <w:trPr>
          <w:cantSplit/>
          <w:jc w:val="center"/>
        </w:trPr>
        <w:tc>
          <w:tcPr>
            <w:tcW w:w="2664" w:type="dxa"/>
            <w:tcMar>
              <w:top w:w="85" w:type="dxa"/>
              <w:left w:w="120" w:type="dxa"/>
              <w:bottom w:w="85" w:type="dxa"/>
              <w:right w:w="120" w:type="dxa"/>
            </w:tcMar>
            <w:vAlign w:val="center"/>
          </w:tcPr>
          <w:p w14:paraId="26C58176" w14:textId="77777777" w:rsidR="00621FBB" w:rsidRDefault="00000000">
            <w:pPr>
              <w:keepNext/>
              <w:spacing w:before="40" w:after="40" w:line="269" w:lineRule="auto"/>
              <w:jc w:val="center"/>
            </w:pPr>
            <w:r>
              <w:rPr>
                <w:b/>
                <w:color w:val="1A365D"/>
                <w:sz w:val="20"/>
              </w:rPr>
              <w:t>[5]</w:t>
            </w:r>
          </w:p>
        </w:tc>
        <w:tc>
          <w:tcPr>
            <w:tcW w:w="2664" w:type="dxa"/>
            <w:tcMar>
              <w:top w:w="85" w:type="dxa"/>
              <w:left w:w="120" w:type="dxa"/>
              <w:bottom w:w="85" w:type="dxa"/>
              <w:right w:w="120" w:type="dxa"/>
            </w:tcMar>
            <w:vAlign w:val="center"/>
          </w:tcPr>
          <w:p w14:paraId="020452AE" w14:textId="77777777" w:rsidR="00621FBB" w:rsidRDefault="00000000">
            <w:pPr>
              <w:keepNext/>
              <w:spacing w:before="40" w:after="40"/>
            </w:pPr>
            <w:r>
              <w:rPr>
                <w:b/>
                <w:color w:val="DC2626"/>
                <w:sz w:val="20"/>
              </w:rPr>
              <w:t>Web Kamerası (Webcam)</w:t>
            </w:r>
          </w:p>
        </w:tc>
        <w:tc>
          <w:tcPr>
            <w:tcW w:w="2664" w:type="dxa"/>
            <w:tcMar>
              <w:top w:w="85" w:type="dxa"/>
              <w:left w:w="120" w:type="dxa"/>
              <w:bottom w:w="85" w:type="dxa"/>
              <w:right w:w="120" w:type="dxa"/>
            </w:tcMar>
            <w:vAlign w:val="center"/>
          </w:tcPr>
          <w:p w14:paraId="7AE48345" w14:textId="77777777" w:rsidR="00621FBB" w:rsidRDefault="00000000">
            <w:pPr>
              <w:keepNext/>
              <w:spacing w:before="40" w:after="40"/>
              <w:jc w:val="center"/>
            </w:pPr>
            <w:r>
              <w:rPr>
                <w:b/>
                <w:color w:val="DC2626"/>
                <w:sz w:val="20"/>
              </w:rPr>
              <w:t>Giriş Birimi</w:t>
            </w:r>
          </w:p>
        </w:tc>
        <w:tc>
          <w:tcPr>
            <w:tcW w:w="2664" w:type="dxa"/>
            <w:tcMar>
              <w:top w:w="85" w:type="dxa"/>
              <w:left w:w="120" w:type="dxa"/>
              <w:bottom w:w="85" w:type="dxa"/>
              <w:right w:w="120" w:type="dxa"/>
            </w:tcMar>
            <w:vAlign w:val="center"/>
          </w:tcPr>
          <w:p w14:paraId="2B8CF8C3" w14:textId="77777777" w:rsidR="00621FBB" w:rsidRDefault="00000000">
            <w:pPr>
              <w:keepNext/>
              <w:spacing w:before="40" w:after="40"/>
            </w:pPr>
            <w:r>
              <w:rPr>
                <w:b/>
                <w:color w:val="DC2626"/>
                <w:sz w:val="20"/>
              </w:rPr>
              <w:t>Dış ortamdaki fotoğraf ve hareketli görüntüleri bilgisayara aktarmayı sağlar.</w:t>
            </w:r>
          </w:p>
        </w:tc>
      </w:tr>
      <w:tr w:rsidR="00621FBB" w14:paraId="56086EA0" w14:textId="77777777">
        <w:trPr>
          <w:cantSplit/>
          <w:jc w:val="center"/>
        </w:trPr>
        <w:tc>
          <w:tcPr>
            <w:tcW w:w="2664" w:type="dxa"/>
            <w:shd w:val="clear" w:color="auto" w:fill="F8FAFC"/>
            <w:tcMar>
              <w:top w:w="85" w:type="dxa"/>
              <w:left w:w="120" w:type="dxa"/>
              <w:bottom w:w="85" w:type="dxa"/>
              <w:right w:w="120" w:type="dxa"/>
            </w:tcMar>
            <w:vAlign w:val="center"/>
          </w:tcPr>
          <w:p w14:paraId="03D3F30B" w14:textId="77777777" w:rsidR="00621FBB" w:rsidRDefault="00000000">
            <w:pPr>
              <w:spacing w:before="40" w:after="40" w:line="269" w:lineRule="auto"/>
              <w:jc w:val="center"/>
            </w:pPr>
            <w:r>
              <w:rPr>
                <w:b/>
                <w:color w:val="1A365D"/>
                <w:sz w:val="20"/>
              </w:rPr>
              <w:t>[6]</w:t>
            </w:r>
          </w:p>
        </w:tc>
        <w:tc>
          <w:tcPr>
            <w:tcW w:w="2664" w:type="dxa"/>
            <w:shd w:val="clear" w:color="auto" w:fill="F8FAFC"/>
            <w:tcMar>
              <w:top w:w="85" w:type="dxa"/>
              <w:left w:w="120" w:type="dxa"/>
              <w:bottom w:w="85" w:type="dxa"/>
              <w:right w:w="120" w:type="dxa"/>
            </w:tcMar>
            <w:vAlign w:val="center"/>
          </w:tcPr>
          <w:p w14:paraId="751FA3C4" w14:textId="77777777" w:rsidR="00621FBB" w:rsidRDefault="00000000">
            <w:pPr>
              <w:spacing w:before="40" w:after="40"/>
            </w:pPr>
            <w:r>
              <w:rPr>
                <w:b/>
                <w:color w:val="DC2626"/>
                <w:sz w:val="20"/>
              </w:rPr>
              <w:t>Fare (Mouse)</w:t>
            </w:r>
          </w:p>
        </w:tc>
        <w:tc>
          <w:tcPr>
            <w:tcW w:w="2664" w:type="dxa"/>
            <w:shd w:val="clear" w:color="auto" w:fill="F8FAFC"/>
            <w:tcMar>
              <w:top w:w="85" w:type="dxa"/>
              <w:left w:w="120" w:type="dxa"/>
              <w:bottom w:w="85" w:type="dxa"/>
              <w:right w:w="120" w:type="dxa"/>
            </w:tcMar>
            <w:vAlign w:val="center"/>
          </w:tcPr>
          <w:p w14:paraId="59DA8DF0" w14:textId="77777777" w:rsidR="00621FBB" w:rsidRDefault="00000000">
            <w:pPr>
              <w:spacing w:before="40" w:after="40"/>
              <w:jc w:val="center"/>
            </w:pPr>
            <w:r>
              <w:rPr>
                <w:b/>
                <w:color w:val="DC2626"/>
                <w:sz w:val="20"/>
              </w:rPr>
              <w:t>Giriş Birimi</w:t>
            </w:r>
          </w:p>
        </w:tc>
        <w:tc>
          <w:tcPr>
            <w:tcW w:w="2664" w:type="dxa"/>
            <w:shd w:val="clear" w:color="auto" w:fill="F8FAFC"/>
            <w:tcMar>
              <w:top w:w="85" w:type="dxa"/>
              <w:left w:w="120" w:type="dxa"/>
              <w:bottom w:w="85" w:type="dxa"/>
              <w:right w:w="120" w:type="dxa"/>
            </w:tcMar>
            <w:vAlign w:val="center"/>
          </w:tcPr>
          <w:p w14:paraId="30841438" w14:textId="77777777" w:rsidR="00621FBB" w:rsidRDefault="00000000">
            <w:pPr>
              <w:spacing w:before="40" w:after="40"/>
            </w:pPr>
            <w:r>
              <w:rPr>
                <w:b/>
                <w:color w:val="DC2626"/>
                <w:sz w:val="20"/>
              </w:rPr>
              <w:t>Ekrandaki işaretçiyi (imleci) hareket ettirmeyi, nesneleri seçmeyi ve tıklama komutu vermeyi sağlar.</w:t>
            </w:r>
          </w:p>
        </w:tc>
      </w:tr>
    </w:tbl>
    <w:p w14:paraId="7AC9BC7F" w14:textId="2897D564" w:rsidR="00621FBB" w:rsidRDefault="00000000">
      <w:pPr>
        <w:keepNext/>
        <w:spacing w:before="180" w:after="80"/>
      </w:pPr>
      <w:r>
        <w:rPr>
          <w:b/>
          <w:color w:val="2B6CB0"/>
        </w:rPr>
        <w:lastRenderedPageBreak/>
        <w:t>📌 Örnek Soru 5</w:t>
      </w:r>
      <w:r w:rsidR="001C57C7">
        <w:rPr>
          <w:b/>
          <w:color w:val="2B6CB0"/>
        </w:rPr>
        <w:t>.3</w:t>
      </w:r>
      <w:r>
        <w:rPr>
          <w:b/>
          <w:color w:val="2B6CB0"/>
        </w:rPr>
        <w:t xml:space="preserve">: </w:t>
      </w:r>
      <w:proofErr w:type="spellStart"/>
      <w:r>
        <w:t>Bilgisayar</w:t>
      </w:r>
      <w:proofErr w:type="spellEnd"/>
      <w:r>
        <w:t xml:space="preserve"> </w:t>
      </w:r>
      <w:proofErr w:type="spellStart"/>
      <w:r>
        <w:t>sistemi</w:t>
      </w:r>
      <w:proofErr w:type="spellEnd"/>
      <w:r>
        <w:t xml:space="preserve"> '</w:t>
      </w:r>
      <w:proofErr w:type="spellStart"/>
      <w:r>
        <w:t>Donanım</w:t>
      </w:r>
      <w:proofErr w:type="spellEnd"/>
      <w:r>
        <w:t xml:space="preserve"> (</w:t>
      </w:r>
      <w:proofErr w:type="spellStart"/>
      <w:r>
        <w:t>Fiziksel</w:t>
      </w:r>
      <w:proofErr w:type="spellEnd"/>
      <w:r>
        <w:t xml:space="preserve"> Parçalar)' ve 'Yazılım (Programlar)' olmak üzere iki temel bölümden oluşur. Ayrıca bazı donanımlar hem veri girişi hem de veri çıkışı yapabilir. Aşağıdaki kutuda verilen kavramları inceleyerek altındaki iki tabloyu doğru şekilde doldurunuz.</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2664"/>
        <w:gridCol w:w="2664"/>
        <w:gridCol w:w="2664"/>
        <w:gridCol w:w="2815"/>
      </w:tblGrid>
      <w:tr w:rsidR="00621FBB" w14:paraId="536DF2A9" w14:textId="77777777" w:rsidTr="006972C4">
        <w:trPr>
          <w:cantSplit/>
          <w:tblHeader/>
          <w:jc w:val="center"/>
        </w:trPr>
        <w:tc>
          <w:tcPr>
            <w:tcW w:w="10807" w:type="dxa"/>
            <w:gridSpan w:val="4"/>
            <w:shd w:val="clear" w:color="auto" w:fill="EDF2F7"/>
            <w:tcMar>
              <w:top w:w="95" w:type="dxa"/>
              <w:left w:w="130" w:type="dxa"/>
              <w:bottom w:w="95" w:type="dxa"/>
              <w:right w:w="130" w:type="dxa"/>
            </w:tcMar>
            <w:vAlign w:val="center"/>
          </w:tcPr>
          <w:p w14:paraId="28515671" w14:textId="46EA4A40" w:rsidR="00621FBB" w:rsidRDefault="00000000">
            <w:pPr>
              <w:keepNext/>
              <w:spacing w:before="40" w:after="40"/>
              <w:jc w:val="center"/>
            </w:pPr>
            <w:r>
              <w:rPr>
                <w:b/>
                <w:color w:val="1A365D"/>
                <w:sz w:val="21"/>
              </w:rPr>
              <w:t xml:space="preserve">📌 KAVRAM KUTUSU:  </w:t>
            </w:r>
            <w:proofErr w:type="gramStart"/>
            <w:r>
              <w:rPr>
                <w:b/>
                <w:color w:val="1A365D"/>
                <w:sz w:val="21"/>
              </w:rPr>
              <w:t>•  [</w:t>
            </w:r>
            <w:proofErr w:type="gramEnd"/>
            <w:r w:rsidR="006972C4">
              <w:rPr>
                <w:b/>
                <w:color w:val="1A365D"/>
                <w:sz w:val="21"/>
              </w:rPr>
              <w:t>1</w:t>
            </w:r>
            <w:r>
              <w:rPr>
                <w:b/>
                <w:color w:val="1A365D"/>
                <w:sz w:val="21"/>
              </w:rPr>
              <w:t xml:space="preserve">] </w:t>
            </w:r>
            <w:proofErr w:type="spellStart"/>
            <w:r>
              <w:rPr>
                <w:b/>
                <w:color w:val="1A365D"/>
                <w:sz w:val="21"/>
              </w:rPr>
              <w:t>Dokunmatik</w:t>
            </w:r>
            <w:proofErr w:type="spellEnd"/>
            <w:r>
              <w:rPr>
                <w:b/>
                <w:color w:val="1A365D"/>
                <w:sz w:val="21"/>
              </w:rPr>
              <w:t xml:space="preserve"> </w:t>
            </w:r>
            <w:proofErr w:type="spellStart"/>
            <w:proofErr w:type="gramStart"/>
            <w:r>
              <w:rPr>
                <w:b/>
                <w:color w:val="1A365D"/>
                <w:sz w:val="21"/>
              </w:rPr>
              <w:t>Ekran</w:t>
            </w:r>
            <w:proofErr w:type="spellEnd"/>
            <w:r>
              <w:rPr>
                <w:b/>
                <w:color w:val="1A365D"/>
                <w:sz w:val="21"/>
              </w:rPr>
              <w:t xml:space="preserve">  •   [</w:t>
            </w:r>
            <w:proofErr w:type="gramEnd"/>
            <w:r w:rsidR="006972C4">
              <w:rPr>
                <w:b/>
                <w:color w:val="1A365D"/>
                <w:sz w:val="21"/>
              </w:rPr>
              <w:t>2</w:t>
            </w:r>
            <w:r>
              <w:rPr>
                <w:b/>
                <w:color w:val="1A365D"/>
                <w:sz w:val="21"/>
              </w:rPr>
              <w:t xml:space="preserve">] </w:t>
            </w:r>
            <w:proofErr w:type="spellStart"/>
            <w:proofErr w:type="gramStart"/>
            <w:r>
              <w:rPr>
                <w:b/>
                <w:color w:val="1A365D"/>
                <w:sz w:val="21"/>
              </w:rPr>
              <w:t>Klavye</w:t>
            </w:r>
            <w:proofErr w:type="spellEnd"/>
            <w:r>
              <w:rPr>
                <w:b/>
                <w:color w:val="1A365D"/>
                <w:sz w:val="21"/>
              </w:rPr>
              <w:t xml:space="preserve">  •</w:t>
            </w:r>
            <w:proofErr w:type="gramEnd"/>
            <w:r>
              <w:rPr>
                <w:b/>
                <w:color w:val="1A365D"/>
                <w:sz w:val="21"/>
              </w:rPr>
              <w:t xml:space="preserve">  [</w:t>
            </w:r>
            <w:r w:rsidR="006972C4">
              <w:rPr>
                <w:b/>
                <w:color w:val="1A365D"/>
                <w:sz w:val="21"/>
              </w:rPr>
              <w:t>3</w:t>
            </w:r>
            <w:r>
              <w:rPr>
                <w:b/>
                <w:color w:val="1A365D"/>
                <w:sz w:val="21"/>
              </w:rPr>
              <w:t xml:space="preserve">] USB Flash </w:t>
            </w:r>
            <w:proofErr w:type="spellStart"/>
            <w:proofErr w:type="gramStart"/>
            <w:r>
              <w:rPr>
                <w:b/>
                <w:color w:val="1A365D"/>
                <w:sz w:val="21"/>
              </w:rPr>
              <w:t>Bellek</w:t>
            </w:r>
            <w:proofErr w:type="spellEnd"/>
            <w:r>
              <w:rPr>
                <w:b/>
                <w:color w:val="1A365D"/>
                <w:sz w:val="21"/>
              </w:rPr>
              <w:t xml:space="preserve">  •</w:t>
            </w:r>
            <w:proofErr w:type="gramEnd"/>
            <w:r>
              <w:rPr>
                <w:b/>
                <w:color w:val="1A365D"/>
                <w:sz w:val="21"/>
              </w:rPr>
              <w:t xml:space="preserve">  [</w:t>
            </w:r>
            <w:r w:rsidR="006972C4">
              <w:rPr>
                <w:b/>
                <w:color w:val="1A365D"/>
                <w:sz w:val="21"/>
              </w:rPr>
              <w:t>4</w:t>
            </w:r>
            <w:r>
              <w:rPr>
                <w:b/>
                <w:color w:val="1A365D"/>
                <w:sz w:val="21"/>
              </w:rPr>
              <w:t xml:space="preserve">] </w:t>
            </w:r>
            <w:proofErr w:type="gramStart"/>
            <w:r>
              <w:rPr>
                <w:b/>
                <w:color w:val="1A365D"/>
                <w:sz w:val="21"/>
              </w:rPr>
              <w:t>Yazıcı  •</w:t>
            </w:r>
            <w:proofErr w:type="gramEnd"/>
            <w:r>
              <w:rPr>
                <w:b/>
                <w:color w:val="1A365D"/>
                <w:sz w:val="21"/>
              </w:rPr>
              <w:t xml:space="preserve">  [</w:t>
            </w:r>
            <w:r w:rsidR="006972C4">
              <w:rPr>
                <w:b/>
                <w:color w:val="1A365D"/>
                <w:sz w:val="21"/>
              </w:rPr>
              <w:t>5</w:t>
            </w:r>
            <w:r>
              <w:rPr>
                <w:b/>
                <w:color w:val="1A365D"/>
                <w:sz w:val="21"/>
              </w:rPr>
              <w:t xml:space="preserve">] </w:t>
            </w:r>
            <w:proofErr w:type="gramStart"/>
            <w:r>
              <w:rPr>
                <w:b/>
                <w:color w:val="1A365D"/>
                <w:sz w:val="21"/>
              </w:rPr>
              <w:t>Pardus  •</w:t>
            </w:r>
            <w:proofErr w:type="gramEnd"/>
            <w:r>
              <w:rPr>
                <w:b/>
                <w:color w:val="1A365D"/>
                <w:sz w:val="21"/>
              </w:rPr>
              <w:t xml:space="preserve">  </w:t>
            </w:r>
            <w:r w:rsidR="006972C4">
              <w:rPr>
                <w:b/>
                <w:color w:val="1A365D"/>
                <w:sz w:val="21"/>
              </w:rPr>
              <w:br/>
            </w:r>
            <w:r>
              <w:rPr>
                <w:b/>
                <w:color w:val="1A365D"/>
                <w:sz w:val="21"/>
              </w:rPr>
              <w:t>[</w:t>
            </w:r>
            <w:r w:rsidR="006972C4">
              <w:rPr>
                <w:b/>
                <w:color w:val="1A365D"/>
                <w:sz w:val="21"/>
              </w:rPr>
              <w:t>6</w:t>
            </w:r>
            <w:r>
              <w:rPr>
                <w:b/>
                <w:color w:val="1A365D"/>
                <w:sz w:val="21"/>
              </w:rPr>
              <w:t>] Modem (</w:t>
            </w:r>
            <w:proofErr w:type="spellStart"/>
            <w:r>
              <w:rPr>
                <w:b/>
                <w:color w:val="1A365D"/>
                <w:sz w:val="21"/>
              </w:rPr>
              <w:t>Ağ</w:t>
            </w:r>
            <w:proofErr w:type="spellEnd"/>
            <w:r>
              <w:rPr>
                <w:b/>
                <w:color w:val="1A365D"/>
                <w:sz w:val="21"/>
              </w:rPr>
              <w:t xml:space="preserve"> </w:t>
            </w:r>
            <w:proofErr w:type="spellStart"/>
            <w:proofErr w:type="gramStart"/>
            <w:r>
              <w:rPr>
                <w:b/>
                <w:color w:val="1A365D"/>
                <w:sz w:val="21"/>
              </w:rPr>
              <w:t>Kartı</w:t>
            </w:r>
            <w:proofErr w:type="spellEnd"/>
            <w:r>
              <w:rPr>
                <w:b/>
                <w:color w:val="1A365D"/>
                <w:sz w:val="21"/>
              </w:rPr>
              <w:t>)  •</w:t>
            </w:r>
            <w:proofErr w:type="gramEnd"/>
            <w:r>
              <w:rPr>
                <w:b/>
                <w:color w:val="1A365D"/>
                <w:sz w:val="21"/>
              </w:rPr>
              <w:t xml:space="preserve">  [</w:t>
            </w:r>
            <w:r w:rsidR="006972C4">
              <w:rPr>
                <w:b/>
                <w:color w:val="1A365D"/>
                <w:sz w:val="21"/>
              </w:rPr>
              <w:t>7</w:t>
            </w:r>
            <w:r>
              <w:rPr>
                <w:b/>
                <w:color w:val="1A365D"/>
                <w:sz w:val="21"/>
              </w:rPr>
              <w:t xml:space="preserve">] </w:t>
            </w:r>
            <w:proofErr w:type="spellStart"/>
            <w:proofErr w:type="gramStart"/>
            <w:r>
              <w:rPr>
                <w:b/>
                <w:color w:val="1A365D"/>
                <w:sz w:val="21"/>
              </w:rPr>
              <w:t>Mikrofon</w:t>
            </w:r>
            <w:proofErr w:type="spellEnd"/>
            <w:r>
              <w:rPr>
                <w:b/>
                <w:color w:val="1A365D"/>
                <w:sz w:val="21"/>
              </w:rPr>
              <w:t xml:space="preserve">  •</w:t>
            </w:r>
            <w:proofErr w:type="gramEnd"/>
            <w:r>
              <w:rPr>
                <w:b/>
                <w:color w:val="1A365D"/>
                <w:sz w:val="21"/>
              </w:rPr>
              <w:t xml:space="preserve">  [</w:t>
            </w:r>
            <w:r w:rsidR="006972C4">
              <w:rPr>
                <w:b/>
                <w:color w:val="1A365D"/>
                <w:sz w:val="21"/>
              </w:rPr>
              <w:t>8</w:t>
            </w:r>
            <w:r>
              <w:rPr>
                <w:b/>
                <w:color w:val="1A365D"/>
                <w:sz w:val="21"/>
              </w:rPr>
              <w:t xml:space="preserve">] </w:t>
            </w:r>
            <w:proofErr w:type="spellStart"/>
            <w:proofErr w:type="gramStart"/>
            <w:r>
              <w:rPr>
                <w:b/>
                <w:color w:val="1A365D"/>
                <w:sz w:val="21"/>
              </w:rPr>
              <w:t>Hoparlör</w:t>
            </w:r>
            <w:proofErr w:type="spellEnd"/>
            <w:r>
              <w:rPr>
                <w:b/>
                <w:color w:val="1A365D"/>
                <w:sz w:val="21"/>
              </w:rPr>
              <w:t xml:space="preserve">  •</w:t>
            </w:r>
            <w:proofErr w:type="gramEnd"/>
            <w:r>
              <w:rPr>
                <w:b/>
                <w:color w:val="1A365D"/>
                <w:sz w:val="21"/>
              </w:rPr>
              <w:t xml:space="preserve">  </w:t>
            </w:r>
          </w:p>
        </w:tc>
      </w:tr>
      <w:tr w:rsidR="006972C4" w14:paraId="1E653559" w14:textId="77777777">
        <w:trPr>
          <w:gridAfter w:val="1"/>
          <w:wAfter w:w="2815" w:type="dxa"/>
          <w:cantSplit/>
          <w:tblHeader/>
          <w:jc w:val="center"/>
        </w:trPr>
        <w:tc>
          <w:tcPr>
            <w:tcW w:w="2664" w:type="dxa"/>
            <w:shd w:val="clear" w:color="auto" w:fill="EBF8FF"/>
            <w:tcMar>
              <w:top w:w="95" w:type="dxa"/>
              <w:left w:w="130" w:type="dxa"/>
              <w:bottom w:w="95" w:type="dxa"/>
              <w:right w:w="130" w:type="dxa"/>
            </w:tcMar>
            <w:vAlign w:val="center"/>
          </w:tcPr>
          <w:p w14:paraId="3C030D6B" w14:textId="77777777" w:rsidR="006972C4" w:rsidRDefault="006972C4">
            <w:pPr>
              <w:keepNext/>
              <w:spacing w:before="40" w:after="40"/>
              <w:jc w:val="center"/>
            </w:pPr>
            <w:r>
              <w:rPr>
                <w:b/>
                <w:color w:val="1A365D"/>
                <w:sz w:val="21"/>
              </w:rPr>
              <w:t>➡️ GİRİŞ BİRİMİ (2 Örnek)</w:t>
            </w:r>
          </w:p>
        </w:tc>
        <w:tc>
          <w:tcPr>
            <w:tcW w:w="2664" w:type="dxa"/>
            <w:shd w:val="clear" w:color="auto" w:fill="EBF8FF"/>
            <w:tcMar>
              <w:top w:w="95" w:type="dxa"/>
              <w:left w:w="130" w:type="dxa"/>
              <w:bottom w:w="95" w:type="dxa"/>
              <w:right w:w="130" w:type="dxa"/>
            </w:tcMar>
            <w:vAlign w:val="center"/>
          </w:tcPr>
          <w:p w14:paraId="5C269B69" w14:textId="77777777" w:rsidR="006972C4" w:rsidRDefault="006972C4">
            <w:pPr>
              <w:keepNext/>
              <w:spacing w:before="40" w:after="40"/>
              <w:jc w:val="center"/>
            </w:pPr>
            <w:r>
              <w:rPr>
                <w:b/>
                <w:color w:val="1A365D"/>
                <w:sz w:val="21"/>
              </w:rPr>
              <w:t>🔄 HEM GİRİŞ HEM ÇIKIŞ BİRİMİ (3 Örnek)</w:t>
            </w:r>
          </w:p>
        </w:tc>
        <w:tc>
          <w:tcPr>
            <w:tcW w:w="2664" w:type="dxa"/>
            <w:shd w:val="clear" w:color="auto" w:fill="EBF8FF"/>
            <w:tcMar>
              <w:top w:w="95" w:type="dxa"/>
              <w:left w:w="130" w:type="dxa"/>
              <w:bottom w:w="95" w:type="dxa"/>
              <w:right w:w="130" w:type="dxa"/>
            </w:tcMar>
            <w:vAlign w:val="center"/>
          </w:tcPr>
          <w:p w14:paraId="5024E74E" w14:textId="77777777" w:rsidR="006972C4" w:rsidRDefault="006972C4">
            <w:pPr>
              <w:keepNext/>
              <w:spacing w:before="40" w:after="40"/>
              <w:jc w:val="center"/>
            </w:pPr>
            <w:r>
              <w:rPr>
                <w:b/>
                <w:color w:val="1A365D"/>
                <w:sz w:val="21"/>
              </w:rPr>
              <w:t>⬅️ ÇIKIŞ BİRİMİ (2 Örnek)</w:t>
            </w:r>
          </w:p>
        </w:tc>
      </w:tr>
      <w:tr w:rsidR="006972C4" w14:paraId="40898A91" w14:textId="77777777">
        <w:trPr>
          <w:gridAfter w:val="1"/>
          <w:wAfter w:w="2815" w:type="dxa"/>
          <w:cantSplit/>
          <w:jc w:val="center"/>
        </w:trPr>
        <w:tc>
          <w:tcPr>
            <w:tcW w:w="2664" w:type="dxa"/>
            <w:tcMar>
              <w:top w:w="85" w:type="dxa"/>
              <w:left w:w="120" w:type="dxa"/>
              <w:bottom w:w="85" w:type="dxa"/>
              <w:right w:w="120" w:type="dxa"/>
            </w:tcMar>
            <w:vAlign w:val="center"/>
          </w:tcPr>
          <w:p w14:paraId="2BBC4ACF" w14:textId="5E2C385C" w:rsidR="006972C4" w:rsidRDefault="006972C4">
            <w:pPr>
              <w:spacing w:before="40" w:after="40"/>
            </w:pPr>
            <w:r>
              <w:rPr>
                <w:b/>
                <w:color w:val="DC2626"/>
                <w:sz w:val="20"/>
              </w:rPr>
              <w:t>1) [2] Klavye</w:t>
            </w:r>
            <w:r>
              <w:rPr>
                <w:b/>
                <w:color w:val="DC2626"/>
                <w:sz w:val="20"/>
              </w:rPr>
              <w:br/>
              <w:t>2) [7] Mikrofon</w:t>
            </w:r>
          </w:p>
        </w:tc>
        <w:tc>
          <w:tcPr>
            <w:tcW w:w="2664" w:type="dxa"/>
            <w:tcMar>
              <w:top w:w="85" w:type="dxa"/>
              <w:left w:w="120" w:type="dxa"/>
              <w:bottom w:w="85" w:type="dxa"/>
              <w:right w:w="120" w:type="dxa"/>
            </w:tcMar>
            <w:vAlign w:val="center"/>
          </w:tcPr>
          <w:p w14:paraId="718EB8DE" w14:textId="4055EC86" w:rsidR="006972C4" w:rsidRDefault="006972C4">
            <w:pPr>
              <w:spacing w:before="40" w:after="40"/>
            </w:pPr>
            <w:r>
              <w:rPr>
                <w:b/>
                <w:color w:val="DC2626"/>
                <w:sz w:val="20"/>
              </w:rPr>
              <w:t>1) [1] Dokunmatik Ekran</w:t>
            </w:r>
            <w:r>
              <w:rPr>
                <w:b/>
                <w:color w:val="DC2626"/>
                <w:sz w:val="20"/>
              </w:rPr>
              <w:br/>
              <w:t>2) [3] USB Flash Bellek</w:t>
            </w:r>
            <w:r>
              <w:rPr>
                <w:b/>
                <w:color w:val="DC2626"/>
                <w:sz w:val="20"/>
              </w:rPr>
              <w:br/>
              <w:t>3) [6] Modem (Ağ Kartı)</w:t>
            </w:r>
          </w:p>
        </w:tc>
        <w:tc>
          <w:tcPr>
            <w:tcW w:w="2664" w:type="dxa"/>
            <w:tcMar>
              <w:top w:w="85" w:type="dxa"/>
              <w:left w:w="120" w:type="dxa"/>
              <w:bottom w:w="85" w:type="dxa"/>
              <w:right w:w="120" w:type="dxa"/>
            </w:tcMar>
            <w:vAlign w:val="center"/>
          </w:tcPr>
          <w:p w14:paraId="0B571C68" w14:textId="3B5F9D8F" w:rsidR="006972C4" w:rsidRDefault="006972C4">
            <w:pPr>
              <w:spacing w:before="40" w:after="40"/>
            </w:pPr>
            <w:r>
              <w:rPr>
                <w:b/>
                <w:color w:val="DC2626"/>
                <w:sz w:val="20"/>
              </w:rPr>
              <w:t>1) [4] Yazıcı</w:t>
            </w:r>
            <w:r>
              <w:rPr>
                <w:b/>
                <w:color w:val="DC2626"/>
                <w:sz w:val="20"/>
              </w:rPr>
              <w:br/>
              <w:t>2) [8] Hoparlör</w:t>
            </w:r>
            <w:r>
              <w:rPr>
                <w:b/>
                <w:color w:val="DC2626"/>
                <w:sz w:val="20"/>
              </w:rPr>
              <w:br/>
              <w:t>(Not: [5] Pardus ise Milli İşletim Sistemi Yazılımıdır.)</w:t>
            </w:r>
          </w:p>
        </w:tc>
      </w:tr>
    </w:tbl>
    <w:p w14:paraId="2F4F8721" w14:textId="04A5B968" w:rsidR="00621FBB" w:rsidRDefault="00000000">
      <w:pPr>
        <w:keepNext/>
        <w:shd w:val="clear" w:color="auto" w:fill="1A365D"/>
        <w:spacing w:before="280" w:after="120"/>
      </w:pPr>
      <w:r>
        <w:rPr>
          <w:b/>
          <w:color w:val="FFFFFF"/>
          <w:sz w:val="23"/>
        </w:rPr>
        <w:t xml:space="preserve">  🎯 6. KAZANIM: BTY.5.1.6. Dosya ve klasör yönetimi ile ilgili temel işlemlerle çalışabilme (8. </w:t>
      </w:r>
      <w:proofErr w:type="spellStart"/>
      <w:r>
        <w:rPr>
          <w:b/>
          <w:color w:val="FFFFFF"/>
          <w:sz w:val="23"/>
        </w:rPr>
        <w:t>Hafta</w:t>
      </w:r>
      <w:proofErr w:type="spellEnd"/>
      <w:r>
        <w:rPr>
          <w:b/>
          <w:color w:val="FFFFFF"/>
          <w:sz w:val="23"/>
        </w:rPr>
        <w:t xml:space="preserve">: </w:t>
      </w:r>
      <w:r w:rsidR="007D500B">
        <w:rPr>
          <w:b/>
          <w:color w:val="FFFFFF"/>
          <w:sz w:val="23"/>
        </w:rPr>
        <w:t>4</w:t>
      </w:r>
      <w:r>
        <w:rPr>
          <w:b/>
          <w:color w:val="FFFFFF"/>
          <w:sz w:val="23"/>
        </w:rPr>
        <w:t xml:space="preserve"> Soru)</w:t>
      </w:r>
    </w:p>
    <w:p w14:paraId="18FFB915" w14:textId="77777777" w:rsidR="00621FBB" w:rsidRDefault="00000000">
      <w:pPr>
        <w:keepNext/>
        <w:spacing w:before="180" w:after="80"/>
      </w:pPr>
      <w:r>
        <w:rPr>
          <w:b/>
          <w:color w:val="2B6CB0"/>
        </w:rPr>
        <w:t xml:space="preserve">📌 Örnek Soru 6.1: </w:t>
      </w:r>
      <w:r>
        <w:t>Aşağıdaki kartlarda numaraları, simgeleri ve uzantıları verilen 10 dosyayı inceleyiniz. Bu dosyaları türlerine göre tablonun alt kısmındaki klasörlerin (RESİMLERİM, MÜZİKLERİM, BELGELERİM, VİDEOLARIM) altına sıra numaralarını yazarak gruplayınız.</w:t>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2131"/>
        <w:gridCol w:w="533"/>
        <w:gridCol w:w="1598"/>
        <w:gridCol w:w="1066"/>
        <w:gridCol w:w="1065"/>
        <w:gridCol w:w="1599"/>
        <w:gridCol w:w="532"/>
        <w:gridCol w:w="2132"/>
        <w:gridCol w:w="9"/>
      </w:tblGrid>
      <w:tr w:rsidR="00621FBB" w14:paraId="285145A2" w14:textId="77777777">
        <w:trPr>
          <w:cantSplit/>
          <w:jc w:val="center"/>
        </w:trPr>
        <w:tc>
          <w:tcPr>
            <w:tcW w:w="2131" w:type="dxa"/>
            <w:tcMar>
              <w:top w:w="85" w:type="dxa"/>
              <w:left w:w="120" w:type="dxa"/>
              <w:bottom w:w="85" w:type="dxa"/>
              <w:right w:w="120" w:type="dxa"/>
            </w:tcMar>
            <w:vAlign w:val="center"/>
          </w:tcPr>
          <w:p w14:paraId="256C2808" w14:textId="77777777" w:rsidR="00621FBB" w:rsidRDefault="00000000">
            <w:pPr>
              <w:keepNext/>
              <w:spacing w:before="40" w:after="40" w:line="269" w:lineRule="auto"/>
            </w:pPr>
            <w:r>
              <w:rPr>
                <w:sz w:val="20"/>
              </w:rPr>
              <w:t>1. 🎵 Beni-sev.mp3</w:t>
            </w:r>
          </w:p>
        </w:tc>
        <w:tc>
          <w:tcPr>
            <w:tcW w:w="2131" w:type="dxa"/>
            <w:gridSpan w:val="2"/>
            <w:tcMar>
              <w:top w:w="85" w:type="dxa"/>
              <w:left w:w="120" w:type="dxa"/>
              <w:bottom w:w="85" w:type="dxa"/>
              <w:right w:w="120" w:type="dxa"/>
            </w:tcMar>
            <w:vAlign w:val="center"/>
          </w:tcPr>
          <w:p w14:paraId="414886BC" w14:textId="77777777" w:rsidR="00621FBB" w:rsidRDefault="00000000">
            <w:pPr>
              <w:keepNext/>
              <w:spacing w:before="40" w:after="40" w:line="269" w:lineRule="auto"/>
            </w:pPr>
            <w:r>
              <w:rPr>
                <w:sz w:val="20"/>
              </w:rPr>
              <w:t>2. 🖼️ dogumgunum.jpg</w:t>
            </w:r>
          </w:p>
        </w:tc>
        <w:tc>
          <w:tcPr>
            <w:tcW w:w="2131" w:type="dxa"/>
            <w:gridSpan w:val="2"/>
            <w:tcMar>
              <w:top w:w="85" w:type="dxa"/>
              <w:left w:w="120" w:type="dxa"/>
              <w:bottom w:w="85" w:type="dxa"/>
              <w:right w:w="120" w:type="dxa"/>
            </w:tcMar>
            <w:vAlign w:val="center"/>
          </w:tcPr>
          <w:p w14:paraId="1665AD3F" w14:textId="77777777" w:rsidR="00621FBB" w:rsidRDefault="00000000">
            <w:pPr>
              <w:keepNext/>
              <w:spacing w:before="40" w:after="40" w:line="269" w:lineRule="auto"/>
            </w:pPr>
            <w:r>
              <w:rPr>
                <w:sz w:val="20"/>
              </w:rPr>
              <w:t>3. 🐱 kedi.gif</w:t>
            </w:r>
          </w:p>
        </w:tc>
        <w:tc>
          <w:tcPr>
            <w:tcW w:w="2131" w:type="dxa"/>
            <w:gridSpan w:val="2"/>
            <w:tcMar>
              <w:top w:w="85" w:type="dxa"/>
              <w:left w:w="120" w:type="dxa"/>
              <w:bottom w:w="85" w:type="dxa"/>
              <w:right w:w="120" w:type="dxa"/>
            </w:tcMar>
            <w:vAlign w:val="center"/>
          </w:tcPr>
          <w:p w14:paraId="55B40049" w14:textId="77777777" w:rsidR="00621FBB" w:rsidRDefault="00000000">
            <w:pPr>
              <w:keepNext/>
              <w:spacing w:before="40" w:after="40" w:line="269" w:lineRule="auto"/>
            </w:pPr>
            <w:r>
              <w:rPr>
                <w:sz w:val="20"/>
              </w:rPr>
              <w:t>4. 📄 sinavnotu.pdf</w:t>
            </w:r>
          </w:p>
        </w:tc>
        <w:tc>
          <w:tcPr>
            <w:tcW w:w="2131" w:type="dxa"/>
            <w:gridSpan w:val="2"/>
            <w:tcMar>
              <w:top w:w="85" w:type="dxa"/>
              <w:left w:w="120" w:type="dxa"/>
              <w:bottom w:w="85" w:type="dxa"/>
              <w:right w:w="120" w:type="dxa"/>
            </w:tcMar>
            <w:vAlign w:val="center"/>
          </w:tcPr>
          <w:p w14:paraId="757BC569" w14:textId="77777777" w:rsidR="00621FBB" w:rsidRDefault="00000000">
            <w:pPr>
              <w:keepNext/>
              <w:spacing w:before="40" w:after="40" w:line="269" w:lineRule="auto"/>
            </w:pPr>
            <w:r>
              <w:rPr>
                <w:sz w:val="20"/>
              </w:rPr>
              <w:t>5. 🎬 mezuniyet.mp4</w:t>
            </w:r>
          </w:p>
        </w:tc>
      </w:tr>
      <w:tr w:rsidR="00621FBB" w14:paraId="407F9607" w14:textId="77777777">
        <w:trPr>
          <w:cantSplit/>
          <w:jc w:val="center"/>
        </w:trPr>
        <w:tc>
          <w:tcPr>
            <w:tcW w:w="2131" w:type="dxa"/>
            <w:shd w:val="clear" w:color="auto" w:fill="F8FAFC"/>
            <w:tcMar>
              <w:top w:w="85" w:type="dxa"/>
              <w:left w:w="120" w:type="dxa"/>
              <w:bottom w:w="85" w:type="dxa"/>
              <w:right w:w="120" w:type="dxa"/>
            </w:tcMar>
            <w:vAlign w:val="center"/>
          </w:tcPr>
          <w:p w14:paraId="50E90E53" w14:textId="77777777" w:rsidR="00621FBB" w:rsidRDefault="00000000">
            <w:pPr>
              <w:spacing w:before="40" w:after="40" w:line="269" w:lineRule="auto"/>
            </w:pPr>
            <w:r>
              <w:rPr>
                <w:sz w:val="20"/>
              </w:rPr>
              <w:t>6. 📝 odevim.docx</w:t>
            </w:r>
          </w:p>
        </w:tc>
        <w:tc>
          <w:tcPr>
            <w:tcW w:w="2131" w:type="dxa"/>
            <w:gridSpan w:val="2"/>
            <w:shd w:val="clear" w:color="auto" w:fill="F8FAFC"/>
            <w:tcMar>
              <w:top w:w="85" w:type="dxa"/>
              <w:left w:w="120" w:type="dxa"/>
              <w:bottom w:w="85" w:type="dxa"/>
              <w:right w:w="120" w:type="dxa"/>
            </w:tcMar>
            <w:vAlign w:val="center"/>
          </w:tcPr>
          <w:p w14:paraId="17D76204" w14:textId="77777777" w:rsidR="00621FBB" w:rsidRDefault="00000000">
            <w:pPr>
              <w:spacing w:before="40" w:after="40" w:line="269" w:lineRule="auto"/>
            </w:pPr>
            <w:r>
              <w:rPr>
                <w:sz w:val="20"/>
              </w:rPr>
              <w:t>7. 🎵 istiklal_marsi.wav</w:t>
            </w:r>
          </w:p>
        </w:tc>
        <w:tc>
          <w:tcPr>
            <w:tcW w:w="2131" w:type="dxa"/>
            <w:gridSpan w:val="2"/>
            <w:shd w:val="clear" w:color="auto" w:fill="F8FAFC"/>
            <w:tcMar>
              <w:top w:w="85" w:type="dxa"/>
              <w:left w:w="120" w:type="dxa"/>
              <w:bottom w:w="85" w:type="dxa"/>
              <w:right w:w="120" w:type="dxa"/>
            </w:tcMar>
            <w:vAlign w:val="center"/>
          </w:tcPr>
          <w:p w14:paraId="3CD80174" w14:textId="77777777" w:rsidR="00621FBB" w:rsidRDefault="00000000">
            <w:pPr>
              <w:spacing w:before="40" w:after="40" w:line="269" w:lineRule="auto"/>
            </w:pPr>
            <w:r>
              <w:rPr>
                <w:sz w:val="20"/>
              </w:rPr>
              <w:t>8. 📊 karne_notu.xlsx</w:t>
            </w:r>
          </w:p>
        </w:tc>
        <w:tc>
          <w:tcPr>
            <w:tcW w:w="2131" w:type="dxa"/>
            <w:gridSpan w:val="2"/>
            <w:shd w:val="clear" w:color="auto" w:fill="F8FAFC"/>
            <w:tcMar>
              <w:top w:w="85" w:type="dxa"/>
              <w:left w:w="120" w:type="dxa"/>
              <w:bottom w:w="85" w:type="dxa"/>
              <w:right w:w="120" w:type="dxa"/>
            </w:tcMar>
            <w:vAlign w:val="center"/>
          </w:tcPr>
          <w:p w14:paraId="45BC9C5A" w14:textId="77777777" w:rsidR="00621FBB" w:rsidRDefault="00000000">
            <w:pPr>
              <w:spacing w:before="40" w:after="40" w:line="269" w:lineRule="auto"/>
            </w:pPr>
            <w:r>
              <w:rPr>
                <w:sz w:val="20"/>
              </w:rPr>
              <w:t>9. 🎨 okul_logo.png</w:t>
            </w:r>
          </w:p>
        </w:tc>
        <w:tc>
          <w:tcPr>
            <w:tcW w:w="2131" w:type="dxa"/>
            <w:gridSpan w:val="2"/>
            <w:shd w:val="clear" w:color="auto" w:fill="F8FAFC"/>
            <w:tcMar>
              <w:top w:w="85" w:type="dxa"/>
              <w:left w:w="120" w:type="dxa"/>
              <w:bottom w:w="85" w:type="dxa"/>
              <w:right w:w="120" w:type="dxa"/>
            </w:tcMar>
            <w:vAlign w:val="center"/>
          </w:tcPr>
          <w:p w14:paraId="6FC70108" w14:textId="77777777" w:rsidR="00621FBB" w:rsidRDefault="00000000">
            <w:pPr>
              <w:spacing w:before="40" w:after="40" w:line="269" w:lineRule="auto"/>
            </w:pPr>
            <w:r>
              <w:rPr>
                <w:sz w:val="20"/>
              </w:rPr>
              <w:t>10. 🎥 deney_kaydi.avi</w:t>
            </w:r>
          </w:p>
        </w:tc>
      </w:tr>
      <w:tr w:rsidR="00621FBB" w14:paraId="11AE170F" w14:textId="77777777">
        <w:trPr>
          <w:gridAfter w:val="1"/>
          <w:wAfter w:w="9" w:type="dxa"/>
          <w:cantSplit/>
          <w:tblHeader/>
          <w:jc w:val="center"/>
        </w:trPr>
        <w:tc>
          <w:tcPr>
            <w:tcW w:w="2664" w:type="dxa"/>
            <w:gridSpan w:val="2"/>
            <w:shd w:val="clear" w:color="auto" w:fill="EBF8FF"/>
            <w:tcMar>
              <w:top w:w="95" w:type="dxa"/>
              <w:left w:w="130" w:type="dxa"/>
              <w:bottom w:w="95" w:type="dxa"/>
              <w:right w:w="130" w:type="dxa"/>
            </w:tcMar>
            <w:vAlign w:val="center"/>
          </w:tcPr>
          <w:p w14:paraId="79AB69C6" w14:textId="77777777" w:rsidR="00621FBB" w:rsidRDefault="00000000">
            <w:pPr>
              <w:keepNext/>
              <w:spacing w:before="40" w:after="40"/>
              <w:jc w:val="center"/>
            </w:pPr>
            <w:r>
              <w:rPr>
                <w:b/>
                <w:color w:val="1A365D"/>
                <w:sz w:val="21"/>
              </w:rPr>
              <w:t>🖼️ RESİMLERİM Klasörü</w:t>
            </w:r>
          </w:p>
        </w:tc>
        <w:tc>
          <w:tcPr>
            <w:tcW w:w="2664" w:type="dxa"/>
            <w:gridSpan w:val="2"/>
            <w:shd w:val="clear" w:color="auto" w:fill="EBF8FF"/>
            <w:tcMar>
              <w:top w:w="95" w:type="dxa"/>
              <w:left w:w="130" w:type="dxa"/>
              <w:bottom w:w="95" w:type="dxa"/>
              <w:right w:w="130" w:type="dxa"/>
            </w:tcMar>
            <w:vAlign w:val="center"/>
          </w:tcPr>
          <w:p w14:paraId="4005CBF6" w14:textId="77777777" w:rsidR="00621FBB" w:rsidRDefault="00000000">
            <w:pPr>
              <w:keepNext/>
              <w:spacing w:before="40" w:after="40"/>
              <w:jc w:val="center"/>
            </w:pPr>
            <w:r>
              <w:rPr>
                <w:b/>
                <w:color w:val="1A365D"/>
                <w:sz w:val="21"/>
              </w:rPr>
              <w:t>🎵 MÜZİKLERİM Klasörü</w:t>
            </w:r>
          </w:p>
        </w:tc>
        <w:tc>
          <w:tcPr>
            <w:tcW w:w="2664" w:type="dxa"/>
            <w:gridSpan w:val="2"/>
            <w:shd w:val="clear" w:color="auto" w:fill="EBF8FF"/>
            <w:tcMar>
              <w:top w:w="95" w:type="dxa"/>
              <w:left w:w="130" w:type="dxa"/>
              <w:bottom w:w="95" w:type="dxa"/>
              <w:right w:w="130" w:type="dxa"/>
            </w:tcMar>
            <w:vAlign w:val="center"/>
          </w:tcPr>
          <w:p w14:paraId="396E8019" w14:textId="77777777" w:rsidR="00621FBB" w:rsidRDefault="00000000">
            <w:pPr>
              <w:keepNext/>
              <w:spacing w:before="40" w:after="40"/>
              <w:jc w:val="center"/>
            </w:pPr>
            <w:r>
              <w:rPr>
                <w:b/>
                <w:color w:val="1A365D"/>
                <w:sz w:val="21"/>
              </w:rPr>
              <w:t>📁 BELGELERİM Klasörü</w:t>
            </w:r>
          </w:p>
        </w:tc>
        <w:tc>
          <w:tcPr>
            <w:tcW w:w="2664" w:type="dxa"/>
            <w:gridSpan w:val="2"/>
            <w:shd w:val="clear" w:color="auto" w:fill="EBF8FF"/>
            <w:tcMar>
              <w:top w:w="95" w:type="dxa"/>
              <w:left w:w="130" w:type="dxa"/>
              <w:bottom w:w="95" w:type="dxa"/>
              <w:right w:w="130" w:type="dxa"/>
            </w:tcMar>
            <w:vAlign w:val="center"/>
          </w:tcPr>
          <w:p w14:paraId="5F350FDA" w14:textId="77777777" w:rsidR="00621FBB" w:rsidRDefault="00000000">
            <w:pPr>
              <w:keepNext/>
              <w:spacing w:before="40" w:after="40"/>
              <w:jc w:val="center"/>
            </w:pPr>
            <w:r>
              <w:rPr>
                <w:b/>
                <w:color w:val="1A365D"/>
                <w:sz w:val="21"/>
              </w:rPr>
              <w:t>🎬 VİDEOLARIM Klasörü</w:t>
            </w:r>
          </w:p>
        </w:tc>
      </w:tr>
      <w:tr w:rsidR="00621FBB" w14:paraId="720F649A" w14:textId="77777777">
        <w:trPr>
          <w:gridAfter w:val="1"/>
          <w:wAfter w:w="9" w:type="dxa"/>
          <w:cantSplit/>
          <w:jc w:val="center"/>
        </w:trPr>
        <w:tc>
          <w:tcPr>
            <w:tcW w:w="2664" w:type="dxa"/>
            <w:gridSpan w:val="2"/>
            <w:tcMar>
              <w:top w:w="85" w:type="dxa"/>
              <w:left w:w="120" w:type="dxa"/>
              <w:bottom w:w="85" w:type="dxa"/>
              <w:right w:w="120" w:type="dxa"/>
            </w:tcMar>
            <w:vAlign w:val="center"/>
          </w:tcPr>
          <w:p w14:paraId="5EB74D66" w14:textId="77777777" w:rsidR="00621FBB" w:rsidRDefault="00000000">
            <w:pPr>
              <w:spacing w:before="40" w:after="40"/>
              <w:jc w:val="center"/>
            </w:pPr>
            <w:r>
              <w:rPr>
                <w:b/>
                <w:color w:val="DC2626"/>
                <w:sz w:val="20"/>
              </w:rPr>
              <w:t>Numaralar: 2, 3, 9</w:t>
            </w:r>
            <w:r>
              <w:rPr>
                <w:b/>
                <w:color w:val="DC2626"/>
                <w:sz w:val="20"/>
              </w:rPr>
              <w:br/>
              <w:t>(.jpg, .gif, .png)</w:t>
            </w:r>
          </w:p>
        </w:tc>
        <w:tc>
          <w:tcPr>
            <w:tcW w:w="2664" w:type="dxa"/>
            <w:gridSpan w:val="2"/>
            <w:tcMar>
              <w:top w:w="85" w:type="dxa"/>
              <w:left w:w="120" w:type="dxa"/>
              <w:bottom w:w="85" w:type="dxa"/>
              <w:right w:w="120" w:type="dxa"/>
            </w:tcMar>
            <w:vAlign w:val="center"/>
          </w:tcPr>
          <w:p w14:paraId="39212FAD" w14:textId="77777777" w:rsidR="00621FBB" w:rsidRDefault="00000000">
            <w:pPr>
              <w:spacing w:before="40" w:after="40"/>
              <w:jc w:val="center"/>
            </w:pPr>
            <w:r>
              <w:rPr>
                <w:b/>
                <w:color w:val="DC2626"/>
                <w:sz w:val="20"/>
              </w:rPr>
              <w:t>Numaralar: 1, 7</w:t>
            </w:r>
            <w:r>
              <w:rPr>
                <w:b/>
                <w:color w:val="DC2626"/>
                <w:sz w:val="20"/>
              </w:rPr>
              <w:br/>
              <w:t>(.mp3, .wav)</w:t>
            </w:r>
          </w:p>
        </w:tc>
        <w:tc>
          <w:tcPr>
            <w:tcW w:w="2664" w:type="dxa"/>
            <w:gridSpan w:val="2"/>
            <w:tcMar>
              <w:top w:w="85" w:type="dxa"/>
              <w:left w:w="120" w:type="dxa"/>
              <w:bottom w:w="85" w:type="dxa"/>
              <w:right w:w="120" w:type="dxa"/>
            </w:tcMar>
            <w:vAlign w:val="center"/>
          </w:tcPr>
          <w:p w14:paraId="492ECFB9" w14:textId="77777777" w:rsidR="00621FBB" w:rsidRDefault="00000000">
            <w:pPr>
              <w:spacing w:before="40" w:after="40"/>
              <w:jc w:val="center"/>
            </w:pPr>
            <w:r>
              <w:rPr>
                <w:b/>
                <w:color w:val="DC2626"/>
                <w:sz w:val="20"/>
              </w:rPr>
              <w:t>Numaralar: 4, 6, 8</w:t>
            </w:r>
            <w:r>
              <w:rPr>
                <w:b/>
                <w:color w:val="DC2626"/>
                <w:sz w:val="20"/>
              </w:rPr>
              <w:br/>
              <w:t>(.pdf, .docx, .xlsx)</w:t>
            </w:r>
          </w:p>
        </w:tc>
        <w:tc>
          <w:tcPr>
            <w:tcW w:w="2664" w:type="dxa"/>
            <w:gridSpan w:val="2"/>
            <w:tcMar>
              <w:top w:w="85" w:type="dxa"/>
              <w:left w:w="120" w:type="dxa"/>
              <w:bottom w:w="85" w:type="dxa"/>
              <w:right w:w="120" w:type="dxa"/>
            </w:tcMar>
            <w:vAlign w:val="center"/>
          </w:tcPr>
          <w:p w14:paraId="23E3B7D0" w14:textId="77777777" w:rsidR="00621FBB" w:rsidRDefault="00000000">
            <w:pPr>
              <w:spacing w:before="40" w:after="40"/>
              <w:jc w:val="center"/>
            </w:pPr>
            <w:r>
              <w:rPr>
                <w:b/>
                <w:color w:val="DC2626"/>
                <w:sz w:val="20"/>
              </w:rPr>
              <w:t>Numaralar: 5, 10</w:t>
            </w:r>
            <w:r>
              <w:rPr>
                <w:b/>
                <w:color w:val="DC2626"/>
                <w:sz w:val="20"/>
              </w:rPr>
              <w:br/>
              <w:t>(.mp4, .avi)</w:t>
            </w:r>
          </w:p>
        </w:tc>
      </w:tr>
    </w:tbl>
    <w:p w14:paraId="53935112" w14:textId="77777777" w:rsidR="00621FBB" w:rsidRDefault="00000000">
      <w:pPr>
        <w:keepNext/>
        <w:spacing w:before="180" w:after="80"/>
      </w:pPr>
      <w:r>
        <w:rPr>
          <w:b/>
          <w:color w:val="2B6CB0"/>
        </w:rPr>
        <w:lastRenderedPageBreak/>
        <w:t xml:space="preserve">📌 Örnek Soru 6.2: </w:t>
      </w:r>
      <w:r>
        <w:t>Bir grup öğrenci, hazırladıkları proje dosyalarını (afiş.jpg: 3 MB, sunum.pptx: 6 MB, röportaj.wav: 9 MB) öğretmenlerine e-posta yoluyla göndermek istemektedir. Ancak kullandıkları e-posta hizmetinin ek dosya boyutu sınırı 12 MB'tır. Öğrenciler, toplam boyutu 18 MB olan dosyalarını sıkıştırarak 10 MB boyutunda bir ZIP dosyası (proje.zip) oluşturmuştur. Görseldeki bilgilerden hareketle soruları cevaplayınız.</w:t>
      </w:r>
    </w:p>
    <w:p w14:paraId="5599F362" w14:textId="77777777" w:rsidR="00621FBB" w:rsidRDefault="00000000">
      <w:pPr>
        <w:keepNext/>
        <w:spacing w:before="60" w:after="100"/>
        <w:jc w:val="center"/>
      </w:pPr>
      <w:r>
        <w:rPr>
          <w:noProof/>
        </w:rPr>
        <w:drawing>
          <wp:inline distT="0" distB="0" distL="0" distR="0" wp14:anchorId="1D2236BE" wp14:editId="449AD4EA">
            <wp:extent cx="5029200" cy="102041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p_sikistirma_sema.png"/>
                    <pic:cNvPicPr/>
                  </pic:nvPicPr>
                  <pic:blipFill>
                    <a:blip r:embed="rId15"/>
                    <a:stretch>
                      <a:fillRect/>
                    </a:stretch>
                  </pic:blipFill>
                  <pic:spPr>
                    <a:xfrm>
                      <a:off x="0" y="0"/>
                      <a:ext cx="5029200" cy="1020417"/>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5C1CD246" w14:textId="77777777">
        <w:trPr>
          <w:cantSplit/>
          <w:tblHeader/>
          <w:jc w:val="center"/>
        </w:trPr>
        <w:tc>
          <w:tcPr>
            <w:tcW w:w="5328" w:type="dxa"/>
            <w:shd w:val="clear" w:color="auto" w:fill="EBF8FF"/>
            <w:tcMar>
              <w:top w:w="95" w:type="dxa"/>
              <w:left w:w="130" w:type="dxa"/>
              <w:bottom w:w="95" w:type="dxa"/>
              <w:right w:w="130" w:type="dxa"/>
            </w:tcMar>
            <w:vAlign w:val="center"/>
          </w:tcPr>
          <w:p w14:paraId="0E1ADA42" w14:textId="77777777" w:rsidR="00621FBB" w:rsidRDefault="00000000">
            <w:pPr>
              <w:keepNext/>
              <w:spacing w:before="40" w:after="40"/>
              <w:jc w:val="center"/>
            </w:pPr>
            <w:r>
              <w:rPr>
                <w:b/>
                <w:color w:val="1A365D"/>
                <w:sz w:val="21"/>
              </w:rPr>
              <w:t>Soru</w:t>
            </w:r>
          </w:p>
        </w:tc>
        <w:tc>
          <w:tcPr>
            <w:tcW w:w="5328" w:type="dxa"/>
            <w:shd w:val="clear" w:color="auto" w:fill="EBF8FF"/>
            <w:tcMar>
              <w:top w:w="95" w:type="dxa"/>
              <w:left w:w="130" w:type="dxa"/>
              <w:bottom w:w="95" w:type="dxa"/>
              <w:right w:w="130" w:type="dxa"/>
            </w:tcMar>
            <w:vAlign w:val="center"/>
          </w:tcPr>
          <w:p w14:paraId="3733DFC8" w14:textId="77777777" w:rsidR="00621FBB" w:rsidRDefault="00000000">
            <w:pPr>
              <w:keepNext/>
              <w:spacing w:before="40" w:after="40"/>
              <w:jc w:val="center"/>
            </w:pPr>
            <w:r>
              <w:rPr>
                <w:b/>
                <w:color w:val="1A365D"/>
                <w:sz w:val="21"/>
              </w:rPr>
              <w:t>Hesaplamanız ve Açıklamanız</w:t>
            </w:r>
          </w:p>
        </w:tc>
      </w:tr>
      <w:tr w:rsidR="00621FBB" w14:paraId="0764265E" w14:textId="77777777">
        <w:trPr>
          <w:cantSplit/>
          <w:jc w:val="center"/>
        </w:trPr>
        <w:tc>
          <w:tcPr>
            <w:tcW w:w="5328" w:type="dxa"/>
            <w:tcMar>
              <w:top w:w="85" w:type="dxa"/>
              <w:left w:w="120" w:type="dxa"/>
              <w:bottom w:w="85" w:type="dxa"/>
              <w:right w:w="120" w:type="dxa"/>
            </w:tcMar>
            <w:vAlign w:val="center"/>
          </w:tcPr>
          <w:p w14:paraId="58BBA05E" w14:textId="77777777" w:rsidR="00621FBB" w:rsidRDefault="00000000">
            <w:pPr>
              <w:keepNext/>
              <w:spacing w:before="40" w:after="40" w:line="269" w:lineRule="auto"/>
            </w:pPr>
            <w:r>
              <w:rPr>
                <w:b/>
                <w:color w:val="1A365D"/>
                <w:sz w:val="20"/>
              </w:rPr>
              <w:t>a) Sıkıştırma işlemi ile kaç MB depolama tasarrufu sağlanmıştır? Hesaplayınız:</w:t>
            </w:r>
          </w:p>
        </w:tc>
        <w:tc>
          <w:tcPr>
            <w:tcW w:w="5328" w:type="dxa"/>
            <w:tcMar>
              <w:top w:w="85" w:type="dxa"/>
              <w:left w:w="120" w:type="dxa"/>
              <w:bottom w:w="85" w:type="dxa"/>
              <w:right w:w="120" w:type="dxa"/>
            </w:tcMar>
            <w:vAlign w:val="center"/>
          </w:tcPr>
          <w:p w14:paraId="3104274B" w14:textId="77777777" w:rsidR="00621FBB" w:rsidRDefault="00000000">
            <w:pPr>
              <w:keepNext/>
              <w:spacing w:before="40" w:after="40"/>
            </w:pPr>
            <w:r>
              <w:rPr>
                <w:b/>
                <w:color w:val="DC2626"/>
                <w:sz w:val="20"/>
              </w:rPr>
              <w:t>Toplam Boyut: 3 + 6 + 9 = 18 MB. Sıkıştırılmış Boyut: 10 MB.</w:t>
            </w:r>
            <w:r>
              <w:rPr>
                <w:b/>
                <w:color w:val="DC2626"/>
                <w:sz w:val="20"/>
              </w:rPr>
              <w:br/>
              <w:t>18 MB − 10 MB = 8 MB depolama tasarrufu sağlanmıştır.</w:t>
            </w:r>
          </w:p>
        </w:tc>
      </w:tr>
      <w:tr w:rsidR="00621FBB" w14:paraId="0A99CB03" w14:textId="77777777">
        <w:trPr>
          <w:cantSplit/>
          <w:jc w:val="center"/>
        </w:trPr>
        <w:tc>
          <w:tcPr>
            <w:tcW w:w="5328" w:type="dxa"/>
            <w:shd w:val="clear" w:color="auto" w:fill="F8FAFC"/>
            <w:tcMar>
              <w:top w:w="85" w:type="dxa"/>
              <w:left w:w="120" w:type="dxa"/>
              <w:bottom w:w="85" w:type="dxa"/>
              <w:right w:w="120" w:type="dxa"/>
            </w:tcMar>
            <w:vAlign w:val="center"/>
          </w:tcPr>
          <w:p w14:paraId="28208784" w14:textId="77777777" w:rsidR="00621FBB" w:rsidRDefault="00000000">
            <w:pPr>
              <w:keepNext/>
              <w:spacing w:before="40" w:after="40" w:line="269" w:lineRule="auto"/>
            </w:pPr>
            <w:r>
              <w:rPr>
                <w:b/>
                <w:color w:val="1A365D"/>
                <w:sz w:val="20"/>
              </w:rPr>
              <w:t>b) Dosyalar sıkıştırılmadan tek bir e-posta eki olarak gönderilebilir miydi? Nedenini açıklayınız:</w:t>
            </w:r>
          </w:p>
        </w:tc>
        <w:tc>
          <w:tcPr>
            <w:tcW w:w="5328" w:type="dxa"/>
            <w:shd w:val="clear" w:color="auto" w:fill="F8FAFC"/>
            <w:tcMar>
              <w:top w:w="85" w:type="dxa"/>
              <w:left w:w="120" w:type="dxa"/>
              <w:bottom w:w="85" w:type="dxa"/>
              <w:right w:w="120" w:type="dxa"/>
            </w:tcMar>
            <w:vAlign w:val="center"/>
          </w:tcPr>
          <w:p w14:paraId="02FBA29B" w14:textId="77777777" w:rsidR="00621FBB" w:rsidRDefault="00000000">
            <w:pPr>
              <w:keepNext/>
              <w:spacing w:before="40" w:after="40"/>
            </w:pPr>
            <w:r>
              <w:rPr>
                <w:b/>
                <w:color w:val="DC2626"/>
                <w:sz w:val="20"/>
              </w:rPr>
              <w:t>Hayır, gönderilemezdi. Çünkü dosyaların sıkıştırılmadan önceki toplam boyutu 18 MB'tır ve e-posta hizmetinin 12 MB'lık ek dosya sınırını aşmaktadır.</w:t>
            </w:r>
          </w:p>
        </w:tc>
      </w:tr>
      <w:tr w:rsidR="00621FBB" w14:paraId="5731BF87" w14:textId="77777777">
        <w:trPr>
          <w:cantSplit/>
          <w:jc w:val="center"/>
        </w:trPr>
        <w:tc>
          <w:tcPr>
            <w:tcW w:w="5328" w:type="dxa"/>
            <w:tcMar>
              <w:top w:w="85" w:type="dxa"/>
              <w:left w:w="120" w:type="dxa"/>
              <w:bottom w:w="85" w:type="dxa"/>
              <w:right w:w="120" w:type="dxa"/>
            </w:tcMar>
            <w:vAlign w:val="center"/>
          </w:tcPr>
          <w:p w14:paraId="490DD622" w14:textId="738459C8" w:rsidR="00621FBB" w:rsidRDefault="00000000">
            <w:pPr>
              <w:spacing w:before="40" w:after="40" w:line="269" w:lineRule="auto"/>
            </w:pPr>
            <w:r>
              <w:rPr>
                <w:b/>
                <w:color w:val="1A365D"/>
                <w:sz w:val="20"/>
              </w:rPr>
              <w:t xml:space="preserve">c) Dosya </w:t>
            </w:r>
            <w:proofErr w:type="spellStart"/>
            <w:r>
              <w:rPr>
                <w:b/>
                <w:color w:val="1A365D"/>
                <w:sz w:val="20"/>
              </w:rPr>
              <w:t>sıkıştırma</w:t>
            </w:r>
            <w:proofErr w:type="spellEnd"/>
            <w:r>
              <w:rPr>
                <w:b/>
                <w:color w:val="1A365D"/>
                <w:sz w:val="20"/>
              </w:rPr>
              <w:t xml:space="preserve"> (.zip / .</w:t>
            </w:r>
            <w:proofErr w:type="spellStart"/>
            <w:r>
              <w:rPr>
                <w:b/>
                <w:color w:val="1A365D"/>
                <w:sz w:val="20"/>
              </w:rPr>
              <w:t>rar</w:t>
            </w:r>
            <w:proofErr w:type="spellEnd"/>
            <w:r>
              <w:rPr>
                <w:b/>
                <w:color w:val="1A365D"/>
                <w:sz w:val="20"/>
              </w:rPr>
              <w:t xml:space="preserve">) </w:t>
            </w:r>
            <w:proofErr w:type="spellStart"/>
            <w:r>
              <w:rPr>
                <w:b/>
                <w:color w:val="1A365D"/>
                <w:sz w:val="20"/>
              </w:rPr>
              <w:t>işleminin</w:t>
            </w:r>
            <w:proofErr w:type="spellEnd"/>
            <w:r>
              <w:rPr>
                <w:b/>
                <w:color w:val="1A365D"/>
                <w:sz w:val="20"/>
              </w:rPr>
              <w:t xml:space="preserve"> </w:t>
            </w:r>
            <w:proofErr w:type="spellStart"/>
            <w:r>
              <w:rPr>
                <w:b/>
                <w:color w:val="1A365D"/>
                <w:sz w:val="20"/>
              </w:rPr>
              <w:t>sağladığı</w:t>
            </w:r>
            <w:proofErr w:type="spellEnd"/>
            <w:r>
              <w:rPr>
                <w:b/>
                <w:color w:val="1A365D"/>
                <w:sz w:val="20"/>
              </w:rPr>
              <w:t xml:space="preserve"> </w:t>
            </w:r>
            <w:proofErr w:type="spellStart"/>
            <w:r>
              <w:rPr>
                <w:b/>
                <w:color w:val="1A365D"/>
                <w:sz w:val="20"/>
              </w:rPr>
              <w:t>faydayı</w:t>
            </w:r>
            <w:proofErr w:type="spellEnd"/>
            <w:r>
              <w:rPr>
                <w:b/>
                <w:color w:val="1A365D"/>
                <w:sz w:val="20"/>
              </w:rPr>
              <w:t xml:space="preserve"> </w:t>
            </w:r>
            <w:proofErr w:type="spellStart"/>
            <w:r>
              <w:rPr>
                <w:b/>
                <w:color w:val="1A365D"/>
                <w:sz w:val="20"/>
              </w:rPr>
              <w:t>yazınız</w:t>
            </w:r>
            <w:proofErr w:type="spellEnd"/>
            <w:r>
              <w:rPr>
                <w:b/>
                <w:color w:val="1A365D"/>
                <w:sz w:val="20"/>
              </w:rPr>
              <w:t>:</w:t>
            </w:r>
          </w:p>
        </w:tc>
        <w:tc>
          <w:tcPr>
            <w:tcW w:w="5328" w:type="dxa"/>
            <w:tcMar>
              <w:top w:w="85" w:type="dxa"/>
              <w:left w:w="120" w:type="dxa"/>
              <w:bottom w:w="85" w:type="dxa"/>
              <w:right w:w="120" w:type="dxa"/>
            </w:tcMar>
            <w:vAlign w:val="center"/>
          </w:tcPr>
          <w:p w14:paraId="32DCAEFC" w14:textId="3775332F" w:rsidR="00621FBB" w:rsidRDefault="00000000">
            <w:pPr>
              <w:spacing w:before="40" w:after="40"/>
            </w:pPr>
            <w:r>
              <w:rPr>
                <w:b/>
                <w:color w:val="DC2626"/>
                <w:sz w:val="20"/>
              </w:rPr>
              <w:t>Dosyaların boyutunu küçülterek depolama alanından tasarruf sağlar ve birden fazla dosya/klasörü tek bir paket (arşiv) hâlinde hızlıca göndermeyi kolaylaştırır.</w:t>
            </w:r>
          </w:p>
        </w:tc>
      </w:tr>
    </w:tbl>
    <w:p w14:paraId="2A8D90E9" w14:textId="77777777" w:rsidR="00621FBB" w:rsidRDefault="00000000">
      <w:pPr>
        <w:keepNext/>
        <w:spacing w:before="180" w:after="80"/>
      </w:pPr>
      <w:r>
        <w:rPr>
          <w:b/>
          <w:color w:val="2B6CB0"/>
        </w:rPr>
        <w:lastRenderedPageBreak/>
        <w:t xml:space="preserve">📌 Örnek Soru 6.3: </w:t>
      </w:r>
      <w:r>
        <w:t>Aşağıdaki görselde bir öğrencinin bilgisayarındaki klasör ve dosya yapısını gösteren hiyerarşik 'Klasör Ağacı' şeması verilmiştir. Şemayı dikkatlice inceleyerek yanındaki soruları cevaplayınız.</w:t>
      </w:r>
    </w:p>
    <w:p w14:paraId="13FCFF95" w14:textId="77777777" w:rsidR="00621FBB" w:rsidRDefault="00000000">
      <w:pPr>
        <w:keepNext/>
        <w:spacing w:before="60" w:after="100"/>
        <w:jc w:val="center"/>
      </w:pPr>
      <w:r>
        <w:rPr>
          <w:noProof/>
        </w:rPr>
        <w:drawing>
          <wp:inline distT="0" distB="0" distL="0" distR="0" wp14:anchorId="02E6F033" wp14:editId="70998A2C">
            <wp:extent cx="4572000" cy="217463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asor_agaci_hiyerarsi.png"/>
                    <pic:cNvPicPr/>
                  </pic:nvPicPr>
                  <pic:blipFill>
                    <a:blip r:embed="rId16"/>
                    <a:stretch>
                      <a:fillRect/>
                    </a:stretch>
                  </pic:blipFill>
                  <pic:spPr>
                    <a:xfrm>
                      <a:off x="0" y="0"/>
                      <a:ext cx="4572000" cy="2174631"/>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5328"/>
        <w:gridCol w:w="5328"/>
      </w:tblGrid>
      <w:tr w:rsidR="00621FBB" w14:paraId="0C28199B" w14:textId="77777777">
        <w:trPr>
          <w:cantSplit/>
          <w:tblHeader/>
          <w:jc w:val="center"/>
        </w:trPr>
        <w:tc>
          <w:tcPr>
            <w:tcW w:w="5328" w:type="dxa"/>
            <w:shd w:val="clear" w:color="auto" w:fill="EBF8FF"/>
            <w:tcMar>
              <w:top w:w="95" w:type="dxa"/>
              <w:left w:w="130" w:type="dxa"/>
              <w:bottom w:w="95" w:type="dxa"/>
              <w:right w:w="130" w:type="dxa"/>
            </w:tcMar>
            <w:vAlign w:val="center"/>
          </w:tcPr>
          <w:p w14:paraId="6BE5AECC" w14:textId="77777777" w:rsidR="00621FBB" w:rsidRDefault="00000000">
            <w:pPr>
              <w:keepNext/>
              <w:spacing w:before="40" w:after="40"/>
              <w:jc w:val="center"/>
            </w:pPr>
            <w:r>
              <w:rPr>
                <w:b/>
                <w:color w:val="1A365D"/>
                <w:sz w:val="21"/>
              </w:rPr>
              <w:t>Klasör Ağacı ve Dosya Yolu Sorusu</w:t>
            </w:r>
          </w:p>
        </w:tc>
        <w:tc>
          <w:tcPr>
            <w:tcW w:w="5328" w:type="dxa"/>
            <w:shd w:val="clear" w:color="auto" w:fill="EBF8FF"/>
            <w:tcMar>
              <w:top w:w="95" w:type="dxa"/>
              <w:left w:w="130" w:type="dxa"/>
              <w:bottom w:w="95" w:type="dxa"/>
              <w:right w:w="130" w:type="dxa"/>
            </w:tcMar>
            <w:vAlign w:val="center"/>
          </w:tcPr>
          <w:p w14:paraId="656FC6BC" w14:textId="77777777" w:rsidR="00621FBB" w:rsidRDefault="00000000">
            <w:pPr>
              <w:keepNext/>
              <w:spacing w:before="40" w:after="40"/>
              <w:jc w:val="center"/>
            </w:pPr>
            <w:r>
              <w:rPr>
                <w:b/>
                <w:color w:val="1A365D"/>
                <w:sz w:val="21"/>
              </w:rPr>
              <w:t>Cevabınız</w:t>
            </w:r>
          </w:p>
        </w:tc>
      </w:tr>
      <w:tr w:rsidR="00621FBB" w14:paraId="1795FDBF" w14:textId="77777777">
        <w:trPr>
          <w:cantSplit/>
          <w:jc w:val="center"/>
        </w:trPr>
        <w:tc>
          <w:tcPr>
            <w:tcW w:w="5328" w:type="dxa"/>
            <w:tcMar>
              <w:top w:w="85" w:type="dxa"/>
              <w:left w:w="120" w:type="dxa"/>
              <w:bottom w:w="85" w:type="dxa"/>
              <w:right w:w="120" w:type="dxa"/>
            </w:tcMar>
            <w:vAlign w:val="center"/>
          </w:tcPr>
          <w:p w14:paraId="796AF3B8" w14:textId="77777777" w:rsidR="00621FBB" w:rsidRDefault="00000000">
            <w:pPr>
              <w:keepNext/>
              <w:spacing w:before="40" w:after="40" w:line="269" w:lineRule="auto"/>
            </w:pPr>
            <w:r>
              <w:rPr>
                <w:sz w:val="20"/>
              </w:rPr>
              <w:t>1) Şemadaki en üst (kök / ana) klasörün adı nedir?</w:t>
            </w:r>
          </w:p>
        </w:tc>
        <w:tc>
          <w:tcPr>
            <w:tcW w:w="5328" w:type="dxa"/>
            <w:tcMar>
              <w:top w:w="85" w:type="dxa"/>
              <w:left w:w="120" w:type="dxa"/>
              <w:bottom w:w="85" w:type="dxa"/>
              <w:right w:w="120" w:type="dxa"/>
            </w:tcMar>
            <w:vAlign w:val="center"/>
          </w:tcPr>
          <w:p w14:paraId="1714E4B0" w14:textId="77777777" w:rsidR="00621FBB" w:rsidRDefault="00000000">
            <w:pPr>
              <w:keepNext/>
              <w:spacing w:before="40" w:after="40"/>
            </w:pPr>
            <w:r>
              <w:rPr>
                <w:b/>
                <w:color w:val="DC2626"/>
                <w:sz w:val="20"/>
              </w:rPr>
              <w:t>Bilgisayarım</w:t>
            </w:r>
          </w:p>
        </w:tc>
      </w:tr>
      <w:tr w:rsidR="00621FBB" w14:paraId="7418ED2B" w14:textId="77777777">
        <w:trPr>
          <w:cantSplit/>
          <w:jc w:val="center"/>
        </w:trPr>
        <w:tc>
          <w:tcPr>
            <w:tcW w:w="5328" w:type="dxa"/>
            <w:shd w:val="clear" w:color="auto" w:fill="F8FAFC"/>
            <w:tcMar>
              <w:top w:w="85" w:type="dxa"/>
              <w:left w:w="120" w:type="dxa"/>
              <w:bottom w:w="85" w:type="dxa"/>
              <w:right w:w="120" w:type="dxa"/>
            </w:tcMar>
            <w:vAlign w:val="center"/>
          </w:tcPr>
          <w:p w14:paraId="703438A3" w14:textId="77777777" w:rsidR="00621FBB" w:rsidRDefault="00000000">
            <w:pPr>
              <w:keepNext/>
              <w:spacing w:before="40" w:after="40" w:line="269" w:lineRule="auto"/>
            </w:pPr>
            <w:r>
              <w:rPr>
                <w:sz w:val="20"/>
              </w:rPr>
              <w:t>2) '5.Sınıf' klasörünün içinde kaç tane alt klasör vardır? İsimlerini yazınız.</w:t>
            </w:r>
          </w:p>
        </w:tc>
        <w:tc>
          <w:tcPr>
            <w:tcW w:w="5328" w:type="dxa"/>
            <w:shd w:val="clear" w:color="auto" w:fill="F8FAFC"/>
            <w:tcMar>
              <w:top w:w="85" w:type="dxa"/>
              <w:left w:w="120" w:type="dxa"/>
              <w:bottom w:w="85" w:type="dxa"/>
              <w:right w:w="120" w:type="dxa"/>
            </w:tcMar>
            <w:vAlign w:val="center"/>
          </w:tcPr>
          <w:p w14:paraId="1E6DC485" w14:textId="77777777" w:rsidR="00621FBB" w:rsidRDefault="00000000">
            <w:pPr>
              <w:keepNext/>
              <w:spacing w:before="40" w:after="40"/>
            </w:pPr>
            <w:r>
              <w:rPr>
                <w:b/>
                <w:color w:val="DC2626"/>
                <w:sz w:val="20"/>
              </w:rPr>
              <w:t>3 tane alt klasör vardır: Türkçe, Matematik ve Bilişim.</w:t>
            </w:r>
          </w:p>
        </w:tc>
      </w:tr>
      <w:tr w:rsidR="00621FBB" w14:paraId="41087FA5" w14:textId="77777777">
        <w:trPr>
          <w:cantSplit/>
          <w:jc w:val="center"/>
        </w:trPr>
        <w:tc>
          <w:tcPr>
            <w:tcW w:w="5328" w:type="dxa"/>
            <w:tcMar>
              <w:top w:w="85" w:type="dxa"/>
              <w:left w:w="120" w:type="dxa"/>
              <w:bottom w:w="85" w:type="dxa"/>
              <w:right w:w="120" w:type="dxa"/>
            </w:tcMar>
            <w:vAlign w:val="center"/>
          </w:tcPr>
          <w:p w14:paraId="7B4F7611" w14:textId="597A89B4" w:rsidR="00621FBB" w:rsidRDefault="00000000">
            <w:pPr>
              <w:keepNext/>
              <w:spacing w:before="40" w:after="40" w:line="269" w:lineRule="auto"/>
            </w:pPr>
            <w:r>
              <w:rPr>
                <w:sz w:val="20"/>
              </w:rPr>
              <w:t xml:space="preserve">3) </w:t>
            </w:r>
            <w:r w:rsidR="001C57C7">
              <w:rPr>
                <w:sz w:val="20"/>
              </w:rPr>
              <w:t>Tatlı</w:t>
            </w:r>
            <w:r>
              <w:rPr>
                <w:sz w:val="20"/>
              </w:rPr>
              <w:t>.</w:t>
            </w:r>
            <w:r w:rsidR="001C57C7">
              <w:rPr>
                <w:sz w:val="20"/>
              </w:rPr>
              <w:t>jpg</w:t>
            </w:r>
            <w:r>
              <w:rPr>
                <w:sz w:val="20"/>
              </w:rPr>
              <w:t xml:space="preserve"> </w:t>
            </w:r>
            <w:proofErr w:type="spellStart"/>
            <w:r>
              <w:rPr>
                <w:sz w:val="20"/>
              </w:rPr>
              <w:t>dosyası</w:t>
            </w:r>
            <w:proofErr w:type="spellEnd"/>
            <w:r>
              <w:rPr>
                <w:sz w:val="20"/>
              </w:rPr>
              <w:t xml:space="preserve"> hangi </w:t>
            </w:r>
            <w:proofErr w:type="spellStart"/>
            <w:r>
              <w:rPr>
                <w:sz w:val="20"/>
              </w:rPr>
              <w:t>klasörün</w:t>
            </w:r>
            <w:proofErr w:type="spellEnd"/>
            <w:r>
              <w:rPr>
                <w:sz w:val="20"/>
              </w:rPr>
              <w:t xml:space="preserve"> </w:t>
            </w:r>
            <w:proofErr w:type="spellStart"/>
            <w:r>
              <w:rPr>
                <w:sz w:val="20"/>
              </w:rPr>
              <w:t>içindedir</w:t>
            </w:r>
            <w:proofErr w:type="spellEnd"/>
            <w:r>
              <w:rPr>
                <w:sz w:val="20"/>
              </w:rPr>
              <w:t xml:space="preserve"> ve hangi tür bir dosyadır?</w:t>
            </w:r>
          </w:p>
        </w:tc>
        <w:tc>
          <w:tcPr>
            <w:tcW w:w="5328" w:type="dxa"/>
            <w:tcMar>
              <w:top w:w="85" w:type="dxa"/>
              <w:left w:w="120" w:type="dxa"/>
              <w:bottom w:w="85" w:type="dxa"/>
              <w:right w:w="120" w:type="dxa"/>
            </w:tcMar>
            <w:vAlign w:val="center"/>
          </w:tcPr>
          <w:p w14:paraId="3271564C" w14:textId="77777777" w:rsidR="00621FBB" w:rsidRDefault="00000000">
            <w:pPr>
              <w:keepNext/>
              <w:spacing w:before="40" w:after="40"/>
            </w:pPr>
            <w:r>
              <w:rPr>
                <w:b/>
                <w:color w:val="DC2626"/>
                <w:sz w:val="20"/>
              </w:rPr>
              <w:t>'Fotoğraflar' klasörünün (Bilgisayarım \ Kişisel \ Fotoğraflar) içindedir. Uzantısı '.jpg' olduğu için bir Resim (Görsel / Fotoğraf) dosyasıdır.</w:t>
            </w:r>
          </w:p>
        </w:tc>
      </w:tr>
    </w:tbl>
    <w:p w14:paraId="3D716022" w14:textId="7D77C3D0" w:rsidR="00621FBB" w:rsidRDefault="00000000">
      <w:pPr>
        <w:keepNext/>
        <w:spacing w:before="180" w:after="80"/>
      </w:pPr>
      <w:r>
        <w:rPr>
          <w:b/>
          <w:color w:val="2B6CB0"/>
        </w:rPr>
        <w:t>📌 Örnek Soru 6.</w:t>
      </w:r>
      <w:r w:rsidR="001C57C7">
        <w:rPr>
          <w:b/>
          <w:color w:val="2B6CB0"/>
        </w:rPr>
        <w:t>4</w:t>
      </w:r>
      <w:r>
        <w:rPr>
          <w:b/>
          <w:color w:val="2B6CB0"/>
        </w:rPr>
        <w:t xml:space="preserve">: </w:t>
      </w:r>
      <w:proofErr w:type="spellStart"/>
      <w:r w:rsidR="001C57C7">
        <w:t>Aşağıdaki</w:t>
      </w:r>
      <w:proofErr w:type="spellEnd"/>
      <w:r>
        <w:t xml:space="preserve"> 'Dosya </w:t>
      </w:r>
      <w:proofErr w:type="spellStart"/>
      <w:r>
        <w:t>Yapısı</w:t>
      </w:r>
      <w:proofErr w:type="spellEnd"/>
      <w:r>
        <w:t xml:space="preserve"> </w:t>
      </w:r>
      <w:proofErr w:type="spellStart"/>
      <w:r>
        <w:t>ve</w:t>
      </w:r>
      <w:proofErr w:type="spellEnd"/>
      <w:r>
        <w:t xml:space="preserve"> Adlandırma Kuralları' şemasını inceleyiniz. Aşağıdaki tabloda öğrencilerin dosya ve klasör oluştururken yaptıkları hatalı işlemler verilmiştir. Her bir hatanın nedenini ve nasıl düzeltilmesi gerektiğini karşılarına yazınız.</w:t>
      </w:r>
    </w:p>
    <w:p w14:paraId="4181C2B8" w14:textId="77777777" w:rsidR="00621FBB" w:rsidRDefault="00000000">
      <w:pPr>
        <w:keepNext/>
        <w:spacing w:before="60" w:after="100"/>
        <w:jc w:val="center"/>
      </w:pPr>
      <w:r>
        <w:rPr>
          <w:noProof/>
        </w:rPr>
        <w:drawing>
          <wp:inline distT="0" distB="0" distL="0" distR="0" wp14:anchorId="4D56BC49" wp14:editId="1382287F">
            <wp:extent cx="5303520" cy="128154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sya_yapisi_ve_kurallar.png"/>
                    <pic:cNvPicPr/>
                  </pic:nvPicPr>
                  <pic:blipFill>
                    <a:blip r:embed="rId17"/>
                    <a:stretch>
                      <a:fillRect/>
                    </a:stretch>
                  </pic:blipFill>
                  <pic:spPr>
                    <a:xfrm>
                      <a:off x="0" y="0"/>
                      <a:ext cx="5303520" cy="1281549"/>
                    </a:xfrm>
                    <a:prstGeom prst="rect">
                      <a:avLst/>
                    </a:prstGeom>
                  </pic:spPr>
                </pic:pic>
              </a:graphicData>
            </a:graphic>
          </wp:inline>
        </w:drawing>
      </w:r>
    </w:p>
    <w:tbl>
      <w:tblPr>
        <w:tblW w:w="0" w:type="auto"/>
        <w:jc w:val="center"/>
        <w:tblBorders>
          <w:top w:val="single" w:sz="6" w:space="0" w:color="CBD5E1"/>
          <w:left w:val="single" w:sz="6" w:space="0" w:color="CBD5E1"/>
          <w:bottom w:val="single" w:sz="6" w:space="0" w:color="CBD5E1"/>
          <w:right w:val="single" w:sz="6" w:space="0" w:color="CBD5E1"/>
          <w:insideH w:val="single" w:sz="6" w:space="0" w:color="CBD5E1"/>
          <w:insideV w:val="single" w:sz="6" w:space="0" w:color="CBD5E1"/>
        </w:tblBorders>
        <w:tblLook w:val="04A0" w:firstRow="1" w:lastRow="0" w:firstColumn="1" w:lastColumn="0" w:noHBand="0" w:noVBand="1"/>
      </w:tblPr>
      <w:tblGrid>
        <w:gridCol w:w="4011"/>
        <w:gridCol w:w="6905"/>
      </w:tblGrid>
      <w:tr w:rsidR="00621FBB" w14:paraId="626421A1" w14:textId="77777777" w:rsidTr="007D500B">
        <w:trPr>
          <w:cantSplit/>
          <w:tblHeader/>
          <w:jc w:val="center"/>
        </w:trPr>
        <w:tc>
          <w:tcPr>
            <w:tcW w:w="4011" w:type="dxa"/>
            <w:shd w:val="clear" w:color="auto" w:fill="EBF8FF"/>
            <w:tcMar>
              <w:top w:w="95" w:type="dxa"/>
              <w:left w:w="130" w:type="dxa"/>
              <w:bottom w:w="95" w:type="dxa"/>
              <w:right w:w="130" w:type="dxa"/>
            </w:tcMar>
            <w:vAlign w:val="center"/>
          </w:tcPr>
          <w:p w14:paraId="2A17DE38" w14:textId="77777777" w:rsidR="00621FBB" w:rsidRDefault="00000000">
            <w:pPr>
              <w:keepNext/>
              <w:spacing w:before="40" w:after="40"/>
              <w:jc w:val="center"/>
            </w:pPr>
            <w:r>
              <w:rPr>
                <w:b/>
                <w:color w:val="1A365D"/>
                <w:sz w:val="21"/>
              </w:rPr>
              <w:t>Öğrencinin Yaptığı Hatalı İşlem / Durum</w:t>
            </w:r>
          </w:p>
        </w:tc>
        <w:tc>
          <w:tcPr>
            <w:tcW w:w="6905" w:type="dxa"/>
            <w:shd w:val="clear" w:color="auto" w:fill="EBF8FF"/>
            <w:tcMar>
              <w:top w:w="95" w:type="dxa"/>
              <w:left w:w="130" w:type="dxa"/>
              <w:bottom w:w="95" w:type="dxa"/>
              <w:right w:w="130" w:type="dxa"/>
            </w:tcMar>
            <w:vAlign w:val="center"/>
          </w:tcPr>
          <w:p w14:paraId="70B4C7DB" w14:textId="77777777" w:rsidR="00621FBB" w:rsidRDefault="00000000">
            <w:pPr>
              <w:keepNext/>
              <w:spacing w:before="40" w:after="40"/>
              <w:jc w:val="center"/>
            </w:pPr>
            <w:r>
              <w:rPr>
                <w:b/>
                <w:color w:val="1A365D"/>
                <w:sz w:val="21"/>
              </w:rPr>
              <w:t>Hatanın Nedeni ve Doğru Çözüm Önerisi</w:t>
            </w:r>
          </w:p>
        </w:tc>
      </w:tr>
      <w:tr w:rsidR="00621FBB" w14:paraId="27B38097" w14:textId="77777777" w:rsidTr="007D500B">
        <w:trPr>
          <w:cantSplit/>
          <w:jc w:val="center"/>
        </w:trPr>
        <w:tc>
          <w:tcPr>
            <w:tcW w:w="4011" w:type="dxa"/>
            <w:tcMar>
              <w:top w:w="85" w:type="dxa"/>
              <w:left w:w="120" w:type="dxa"/>
              <w:bottom w:w="85" w:type="dxa"/>
              <w:right w:w="120" w:type="dxa"/>
            </w:tcMar>
            <w:vAlign w:val="center"/>
          </w:tcPr>
          <w:p w14:paraId="366B0E1B" w14:textId="77777777" w:rsidR="00621FBB" w:rsidRDefault="00000000">
            <w:pPr>
              <w:keepNext/>
              <w:spacing w:before="40" w:after="40" w:line="269" w:lineRule="auto"/>
            </w:pPr>
            <w:r>
              <w:rPr>
                <w:sz w:val="20"/>
              </w:rPr>
              <w:t>⚠️ 1. Durum: Ali, hazırladığı sunum dosyasına 'Bilişim: Ödevim?.pptx' adını vermek istediğinde bilgisayar hata uyarısı veriyor.</w:t>
            </w:r>
          </w:p>
        </w:tc>
        <w:tc>
          <w:tcPr>
            <w:tcW w:w="6905" w:type="dxa"/>
            <w:tcMar>
              <w:top w:w="85" w:type="dxa"/>
              <w:left w:w="120" w:type="dxa"/>
              <w:bottom w:w="85" w:type="dxa"/>
              <w:right w:w="120" w:type="dxa"/>
            </w:tcMar>
            <w:vAlign w:val="center"/>
          </w:tcPr>
          <w:p w14:paraId="4408FBDF" w14:textId="77777777" w:rsidR="00621FBB" w:rsidRDefault="00000000">
            <w:pPr>
              <w:keepNext/>
              <w:spacing w:before="40" w:after="40"/>
            </w:pPr>
            <w:r>
              <w:rPr>
                <w:b/>
                <w:color w:val="DC2626"/>
                <w:sz w:val="20"/>
              </w:rPr>
              <w:t>Hatanın Nedeni: Dosya adında işletim sisteminin yasakladığı 9 özel karakterden ( \ / : * ? " &lt; &gt; | ) iki nokta üst üste (:) ve soru işareti (?) kullanılmıştır.</w:t>
            </w:r>
            <w:r>
              <w:rPr>
                <w:b/>
                <w:color w:val="DC2626"/>
                <w:sz w:val="20"/>
              </w:rPr>
              <w:br/>
              <w:t>Doğru Çözüm: Yasaklı semboller silinerek dosya adı 'Bilisim_Odevim.pptx' veya 'Bilişim Ödevim.pptx' şeklinde yazılmalıdır.</w:t>
            </w:r>
          </w:p>
        </w:tc>
      </w:tr>
      <w:tr w:rsidR="00621FBB" w14:paraId="348C1154" w14:textId="77777777" w:rsidTr="007D500B">
        <w:trPr>
          <w:cantSplit/>
          <w:jc w:val="center"/>
        </w:trPr>
        <w:tc>
          <w:tcPr>
            <w:tcW w:w="4011" w:type="dxa"/>
            <w:shd w:val="clear" w:color="auto" w:fill="F8FAFC"/>
            <w:tcMar>
              <w:top w:w="85" w:type="dxa"/>
              <w:left w:w="120" w:type="dxa"/>
              <w:bottom w:w="85" w:type="dxa"/>
              <w:right w:w="120" w:type="dxa"/>
            </w:tcMar>
            <w:vAlign w:val="center"/>
          </w:tcPr>
          <w:p w14:paraId="2C58EDE2" w14:textId="77777777" w:rsidR="00621FBB" w:rsidRDefault="00000000">
            <w:pPr>
              <w:keepNext/>
              <w:spacing w:before="40" w:after="40" w:line="269" w:lineRule="auto"/>
            </w:pPr>
            <w:r>
              <w:rPr>
                <w:sz w:val="20"/>
              </w:rPr>
              <w:t>⚠️ 2. Durum: Zeynep, 'Ödevler' klasörünün içinde zaten 'proje.docx' varken aynı klasöre yine 'proje.docx' adında ikinci bir dosya kaydetmeye çalışıyor.</w:t>
            </w:r>
          </w:p>
        </w:tc>
        <w:tc>
          <w:tcPr>
            <w:tcW w:w="6905" w:type="dxa"/>
            <w:shd w:val="clear" w:color="auto" w:fill="F8FAFC"/>
            <w:tcMar>
              <w:top w:w="85" w:type="dxa"/>
              <w:left w:w="120" w:type="dxa"/>
              <w:bottom w:w="85" w:type="dxa"/>
              <w:right w:w="120" w:type="dxa"/>
            </w:tcMar>
            <w:vAlign w:val="center"/>
          </w:tcPr>
          <w:p w14:paraId="6AAAC673" w14:textId="77777777" w:rsidR="00621FBB" w:rsidRDefault="00000000">
            <w:pPr>
              <w:keepNext/>
              <w:spacing w:before="40" w:after="40"/>
            </w:pPr>
            <w:r>
              <w:rPr>
                <w:b/>
                <w:color w:val="DC2626"/>
                <w:sz w:val="20"/>
              </w:rPr>
              <w:t>Hatanın Nedeni: Aynı klasörün içinde hem dosya adı hem de dosya uzantısı birebir aynı olan iki dosya aynı anda bulunamaz.</w:t>
            </w:r>
            <w:r>
              <w:rPr>
                <w:b/>
                <w:color w:val="DC2626"/>
                <w:sz w:val="20"/>
              </w:rPr>
              <w:br/>
              <w:t>Doğru Çözüm: Yeni kaydedilecek dosyanın adı 'proje_2.docx' olarak değiştirilmeli veya farklı bir klasörün içine kaydedilmelidir.</w:t>
            </w:r>
          </w:p>
        </w:tc>
      </w:tr>
    </w:tbl>
    <w:p w14:paraId="2BD1C938" w14:textId="77777777" w:rsidR="005E3BEB" w:rsidRDefault="005E3BEB"/>
    <w:sectPr w:rsidR="005E3BEB"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4084108">
    <w:abstractNumId w:val="8"/>
  </w:num>
  <w:num w:numId="2" w16cid:durableId="1179731393">
    <w:abstractNumId w:val="6"/>
  </w:num>
  <w:num w:numId="3" w16cid:durableId="501817675">
    <w:abstractNumId w:val="5"/>
  </w:num>
  <w:num w:numId="4" w16cid:durableId="1648780928">
    <w:abstractNumId w:val="4"/>
  </w:num>
  <w:num w:numId="5" w16cid:durableId="1550921577">
    <w:abstractNumId w:val="7"/>
  </w:num>
  <w:num w:numId="6" w16cid:durableId="1834685149">
    <w:abstractNumId w:val="3"/>
  </w:num>
  <w:num w:numId="7" w16cid:durableId="1426806217">
    <w:abstractNumId w:val="2"/>
  </w:num>
  <w:num w:numId="8" w16cid:durableId="404453781">
    <w:abstractNumId w:val="1"/>
  </w:num>
  <w:num w:numId="9" w16cid:durableId="928659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7C7"/>
    <w:rsid w:val="0029639D"/>
    <w:rsid w:val="002C3A3D"/>
    <w:rsid w:val="00326F90"/>
    <w:rsid w:val="005E3BEB"/>
    <w:rsid w:val="00621FBB"/>
    <w:rsid w:val="006972C4"/>
    <w:rsid w:val="007D500B"/>
    <w:rsid w:val="00AA1D8D"/>
    <w:rsid w:val="00B27524"/>
    <w:rsid w:val="00B47730"/>
    <w:rsid w:val="00B60DAE"/>
    <w:rsid w:val="00CB0664"/>
    <w:rsid w:val="00CD6FEA"/>
    <w:rsid w:val="00E82E5C"/>
    <w:rsid w:val="00EF39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1B9C9D"/>
  <w14:defaultImageDpi w14:val="300"/>
  <w15:docId w15:val="{3488F78E-B332-4F17-A74C-E5312BA1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D374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3128</Words>
  <Characters>17833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Dilara</cp:lastModifiedBy>
  <cp:revision>7</cp:revision>
  <dcterms:created xsi:type="dcterms:W3CDTF">2013-12-23T23:15:00Z</dcterms:created>
  <dcterms:modified xsi:type="dcterms:W3CDTF">2026-11-01T18:34:00Z</dcterms:modified>
  <cp:category/>
</cp:coreProperties>
</file>