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23A1F" w14:textId="6832A319" w:rsidR="00621FBB" w:rsidRDefault="00000000">
      <w:pPr>
        <w:keepNext/>
        <w:spacing w:after="160"/>
        <w:jc w:val="center"/>
      </w:pPr>
      <w:r>
        <w:rPr>
          <w:b/>
          <w:color w:val="2B6CB0"/>
          <w:sz w:val="24"/>
        </w:rPr>
        <w:t>T.C. MİLLÎ EĞİTİM BAKANLIĞI</w:t>
      </w:r>
      <w:r>
        <w:rPr>
          <w:b/>
          <w:color w:val="2B6CB0"/>
          <w:sz w:val="24"/>
        </w:rPr>
        <w:br/>
        <w:t>2026 - 2027 EĞİTİM ÖĞRETİM YILI İHSAN ARAS ORTAOKULU</w:t>
      </w:r>
      <w:r>
        <w:rPr>
          <w:b/>
          <w:color w:val="2B6CB0"/>
          <w:sz w:val="24"/>
        </w:rPr>
        <w:br/>
        <w:t>BİLİŞİM TEKNOLOJİLERİ VE YAZILIM DERSİ</w:t>
      </w:r>
      <w:r>
        <w:rPr>
          <w:b/>
          <w:color w:val="2B6CB0"/>
          <w:sz w:val="24"/>
        </w:rPr>
        <w:br/>
      </w:r>
      <w:r>
        <w:rPr>
          <w:b/>
          <w:color w:val="2B6CB0"/>
          <w:sz w:val="25"/>
        </w:rPr>
        <w:t xml:space="preserve">5. SINIFLAR 1. DÖNEM 1. YAZILI </w:t>
      </w:r>
      <w:r w:rsidR="009020A3">
        <w:rPr>
          <w:b/>
          <w:color w:val="2B6CB0"/>
          <w:sz w:val="25"/>
        </w:rPr>
        <w:t>18 ÖRNEK SORU</w:t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621FBB" w14:paraId="683C9D0E" w14:textId="77777777">
        <w:trPr>
          <w:cantSplit/>
          <w:tblHeader/>
          <w:jc w:val="center"/>
        </w:trPr>
        <w:tc>
          <w:tcPr>
            <w:tcW w:w="2664" w:type="dxa"/>
            <w:shd w:val="clear" w:color="auto" w:fill="EDF2F7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0DDCB12C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ÖĞRENCİNİN ADI VE SOYADI</w:t>
            </w:r>
          </w:p>
        </w:tc>
        <w:tc>
          <w:tcPr>
            <w:tcW w:w="2664" w:type="dxa"/>
            <w:shd w:val="clear" w:color="auto" w:fill="EDF2F7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685ACD7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SINIFI / ŞUBESİ</w:t>
            </w:r>
          </w:p>
        </w:tc>
        <w:tc>
          <w:tcPr>
            <w:tcW w:w="2664" w:type="dxa"/>
            <w:shd w:val="clear" w:color="auto" w:fill="EDF2F7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144955D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ÖĞRENCİ NUMARASI</w:t>
            </w:r>
          </w:p>
        </w:tc>
        <w:tc>
          <w:tcPr>
            <w:tcW w:w="2664" w:type="dxa"/>
            <w:shd w:val="clear" w:color="auto" w:fill="EDF2F7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2F22E1C9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ALDIĞI PUAN</w:t>
            </w:r>
          </w:p>
        </w:tc>
      </w:tr>
      <w:tr w:rsidR="00621FBB" w14:paraId="2AFA336D" w14:textId="77777777">
        <w:trPr>
          <w:cantSplit/>
          <w:jc w:val="center"/>
        </w:trPr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8621566" w14:textId="77777777" w:rsidR="00621FBB" w:rsidRDefault="00000000">
            <w:pPr>
              <w:spacing w:before="40" w:after="40" w:line="269" w:lineRule="auto"/>
              <w:jc w:val="center"/>
            </w:pPr>
            <w:r>
              <w:rPr>
                <w:sz w:val="20"/>
              </w:rPr>
              <w:t>................................................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5DBD8CC" w14:textId="77777777" w:rsidR="00621FBB" w:rsidRDefault="00000000">
            <w:pPr>
              <w:spacing w:before="40" w:after="40" w:line="269" w:lineRule="auto"/>
              <w:jc w:val="center"/>
            </w:pPr>
            <w:r>
              <w:rPr>
                <w:sz w:val="20"/>
              </w:rPr>
              <w:t>5 / 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E18F5EE" w14:textId="77777777" w:rsidR="00621FBB" w:rsidRDefault="00000000">
            <w:pPr>
              <w:spacing w:before="40" w:after="40" w:line="269" w:lineRule="auto"/>
              <w:jc w:val="center"/>
            </w:pPr>
            <w:r>
              <w:rPr>
                <w:sz w:val="20"/>
              </w:rPr>
              <w:t>..............................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E9F93E9" w14:textId="77777777" w:rsidR="00621FBB" w:rsidRDefault="00000000">
            <w:pPr>
              <w:spacing w:before="40" w:after="40" w:line="269" w:lineRule="auto"/>
              <w:jc w:val="center"/>
            </w:pPr>
            <w:r>
              <w:rPr>
                <w:sz w:val="20"/>
              </w:rPr>
              <w:t>........ / 100</w:t>
            </w:r>
          </w:p>
        </w:tc>
      </w:tr>
    </w:tbl>
    <w:p w14:paraId="5B93B802" w14:textId="1399DB6F" w:rsidR="00621FBB" w:rsidRDefault="00000000">
      <w:pPr>
        <w:keepNext/>
        <w:spacing w:before="160" w:after="60"/>
      </w:pPr>
      <w:r>
        <w:rPr>
          <w:b/>
          <w:color w:val="1A365D"/>
        </w:rPr>
        <w:t xml:space="preserve">ÖĞRENME ÇIKTILARI VE </w:t>
      </w:r>
      <w:r w:rsidR="000F7FD6">
        <w:rPr>
          <w:b/>
          <w:color w:val="1A365D"/>
        </w:rPr>
        <w:t>SINAV SORU</w:t>
      </w:r>
      <w:r>
        <w:rPr>
          <w:b/>
          <w:color w:val="1A365D"/>
        </w:rPr>
        <w:t xml:space="preserve"> DAĞILIM </w:t>
      </w:r>
      <w:proofErr w:type="gramStart"/>
      <w:r>
        <w:rPr>
          <w:b/>
          <w:color w:val="1A365D"/>
        </w:rPr>
        <w:t>TABLOSU</w:t>
      </w:r>
      <w:r w:rsidR="000F7FD6">
        <w:rPr>
          <w:b/>
          <w:color w:val="1A365D"/>
        </w:rPr>
        <w:t>(</w:t>
      </w:r>
      <w:proofErr w:type="gramEnd"/>
      <w:r w:rsidR="000F7FD6">
        <w:rPr>
          <w:b/>
          <w:color w:val="1A365D"/>
        </w:rPr>
        <w:t>SENARYO 2)</w:t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2664"/>
        <w:gridCol w:w="2664"/>
        <w:gridCol w:w="2664"/>
      </w:tblGrid>
      <w:tr w:rsidR="000F7FD6" w14:paraId="7F9997B9" w14:textId="77777777">
        <w:trPr>
          <w:cantSplit/>
          <w:tblHeader/>
          <w:jc w:val="center"/>
        </w:trPr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23D62A84" w14:textId="77777777" w:rsidR="000F7FD6" w:rsidRDefault="000F7FD6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Öğrenme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Çıktısı</w:t>
            </w:r>
            <w:proofErr w:type="spellEnd"/>
            <w:r>
              <w:rPr>
                <w:b/>
                <w:color w:val="1A365D"/>
                <w:sz w:val="21"/>
              </w:rPr>
              <w:t xml:space="preserve"> (</w:t>
            </w:r>
            <w:proofErr w:type="spellStart"/>
            <w:r>
              <w:rPr>
                <w:b/>
                <w:color w:val="1A365D"/>
                <w:sz w:val="21"/>
              </w:rPr>
              <w:t>Kazanım</w:t>
            </w:r>
            <w:proofErr w:type="spellEnd"/>
            <w:r>
              <w:rPr>
                <w:b/>
                <w:color w:val="1A365D"/>
                <w:sz w:val="21"/>
              </w:rPr>
              <w:t xml:space="preserve"> Kodu </w:t>
            </w:r>
            <w:proofErr w:type="spellStart"/>
            <w:r>
              <w:rPr>
                <w:b/>
                <w:color w:val="1A365D"/>
                <w:sz w:val="21"/>
              </w:rPr>
              <w:t>ve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Tanımı</w:t>
            </w:r>
            <w:proofErr w:type="spellEnd"/>
            <w:r>
              <w:rPr>
                <w:b/>
                <w:color w:val="1A365D"/>
                <w:sz w:val="21"/>
              </w:rPr>
              <w:t>)</w:t>
            </w:r>
          </w:p>
        </w:tc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A29E00B" w14:textId="77777777" w:rsidR="000F7FD6" w:rsidRDefault="000F7FD6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İçerik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Çerçevesi</w:t>
            </w:r>
            <w:proofErr w:type="spellEnd"/>
            <w:r>
              <w:rPr>
                <w:b/>
                <w:color w:val="1A365D"/>
                <w:sz w:val="21"/>
              </w:rPr>
              <w:t xml:space="preserve"> (</w:t>
            </w:r>
            <w:proofErr w:type="spellStart"/>
            <w:r>
              <w:rPr>
                <w:b/>
                <w:color w:val="1A365D"/>
                <w:sz w:val="21"/>
              </w:rPr>
              <w:t>Konu</w:t>
            </w:r>
            <w:proofErr w:type="spellEnd"/>
            <w:r>
              <w:rPr>
                <w:b/>
                <w:color w:val="1A365D"/>
                <w:sz w:val="21"/>
              </w:rPr>
              <w:t>)</w:t>
            </w:r>
          </w:p>
        </w:tc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384FAE2" w14:textId="77777777" w:rsidR="000F7FD6" w:rsidRDefault="000F7FD6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Havuzdaki</w:t>
            </w:r>
            <w:proofErr w:type="spellEnd"/>
            <w:r>
              <w:rPr>
                <w:b/>
                <w:color w:val="1A365D"/>
                <w:sz w:val="21"/>
              </w:rPr>
              <w:t xml:space="preserve"> Soru </w:t>
            </w:r>
            <w:proofErr w:type="spellStart"/>
            <w:r>
              <w:rPr>
                <w:b/>
                <w:color w:val="1A365D"/>
                <w:sz w:val="21"/>
              </w:rPr>
              <w:t>Sayısı</w:t>
            </w:r>
            <w:proofErr w:type="spellEnd"/>
          </w:p>
        </w:tc>
      </w:tr>
      <w:tr w:rsidR="000F7FD6" w14:paraId="42B45C4F" w14:textId="77777777">
        <w:trPr>
          <w:cantSplit/>
          <w:jc w:val="center"/>
        </w:trPr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2A3E421" w14:textId="77777777" w:rsidR="000F7FD6" w:rsidRDefault="000F7FD6">
            <w:pPr>
              <w:keepNext/>
              <w:spacing w:before="40" w:after="40" w:line="269" w:lineRule="auto"/>
            </w:pPr>
            <w:r>
              <w:rPr>
                <w:sz w:val="20"/>
              </w:rPr>
              <w:t>BTY.5.1.1. G</w:t>
            </w:r>
            <w:proofErr w:type="spellStart"/>
            <w:r>
              <w:rPr>
                <w:sz w:val="20"/>
              </w:rPr>
              <w:t>ünlük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yaşamda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kullanılan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bilişim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teknolojilerini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sınıflandırabilme</w:t>
            </w:r>
            <w:proofErr w:type="spellEnd"/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4739A5C" w14:textId="77777777" w:rsidR="000F7FD6" w:rsidRDefault="000F7FD6">
            <w:pPr>
              <w:keepNext/>
              <w:spacing w:before="40" w:after="40" w:line="269" w:lineRule="auto"/>
            </w:pPr>
            <w:proofErr w:type="spellStart"/>
            <w:r>
              <w:rPr>
                <w:sz w:val="20"/>
              </w:rPr>
              <w:t>Bilişim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Teknolojilerinin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Sınıflandırılması</w:t>
            </w:r>
            <w:proofErr w:type="spellEnd"/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1F58322" w14:textId="634CF915" w:rsidR="000F7FD6" w:rsidRPr="000F7FD6" w:rsidRDefault="000F7FD6">
            <w:pPr>
              <w:keepNext/>
              <w:spacing w:before="40" w:after="40" w:line="269" w:lineRule="auto"/>
              <w:jc w:val="center"/>
              <w:rPr>
                <w:b/>
                <w:bCs/>
              </w:rPr>
            </w:pPr>
            <w:r w:rsidRPr="000F7FD6">
              <w:rPr>
                <w:b/>
                <w:bCs/>
                <w:sz w:val="20"/>
              </w:rPr>
              <w:t>1</w:t>
            </w:r>
          </w:p>
        </w:tc>
      </w:tr>
      <w:tr w:rsidR="000F7FD6" w14:paraId="70CA94A8" w14:textId="77777777">
        <w:trPr>
          <w:cantSplit/>
          <w:jc w:val="center"/>
        </w:trPr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8AAC3D8" w14:textId="77777777" w:rsidR="000F7FD6" w:rsidRDefault="000F7FD6">
            <w:pPr>
              <w:keepNext/>
              <w:spacing w:before="40" w:after="40" w:line="269" w:lineRule="auto"/>
            </w:pPr>
            <w:r>
              <w:rPr>
                <w:sz w:val="20"/>
              </w:rPr>
              <w:t>BTY.5.1.2. B</w:t>
            </w:r>
            <w:proofErr w:type="spellStart"/>
            <w:r>
              <w:rPr>
                <w:sz w:val="20"/>
              </w:rPr>
              <w:t>ilişim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teknolojilerinin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birey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toplum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üzerindeki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etkilerini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özetleyebilme</w:t>
            </w:r>
            <w:proofErr w:type="spellEnd"/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A280065" w14:textId="77777777" w:rsidR="000F7FD6" w:rsidRDefault="000F7FD6">
            <w:pPr>
              <w:keepNext/>
              <w:spacing w:before="40" w:after="40" w:line="269" w:lineRule="auto"/>
            </w:pPr>
            <w:proofErr w:type="spellStart"/>
            <w:r>
              <w:rPr>
                <w:sz w:val="20"/>
              </w:rPr>
              <w:t>BİT'in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Etkileri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Ergonomi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Dijital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Sağlık</w:t>
            </w:r>
            <w:proofErr w:type="spellEnd"/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BA4151B" w14:textId="6E1BEC27" w:rsidR="000F7FD6" w:rsidRPr="000F7FD6" w:rsidRDefault="000F7FD6">
            <w:pPr>
              <w:keepNext/>
              <w:spacing w:before="40" w:after="40" w:line="269" w:lineRule="auto"/>
              <w:jc w:val="center"/>
              <w:rPr>
                <w:b/>
                <w:bCs/>
              </w:rPr>
            </w:pPr>
            <w:r w:rsidRPr="000F7FD6">
              <w:rPr>
                <w:b/>
                <w:bCs/>
                <w:sz w:val="20"/>
              </w:rPr>
              <w:t>1</w:t>
            </w:r>
          </w:p>
        </w:tc>
      </w:tr>
      <w:tr w:rsidR="000F7FD6" w14:paraId="148FB478" w14:textId="77777777">
        <w:trPr>
          <w:cantSplit/>
          <w:jc w:val="center"/>
        </w:trPr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B8A2CD7" w14:textId="77777777" w:rsidR="000F7FD6" w:rsidRDefault="000F7FD6">
            <w:pPr>
              <w:keepNext/>
              <w:spacing w:before="40" w:after="40" w:line="269" w:lineRule="auto"/>
            </w:pPr>
            <w:r>
              <w:rPr>
                <w:sz w:val="20"/>
              </w:rPr>
              <w:t>BTY.5.1.3. D</w:t>
            </w:r>
            <w:proofErr w:type="spellStart"/>
            <w:r>
              <w:rPr>
                <w:sz w:val="20"/>
              </w:rPr>
              <w:t>ijital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vatandaşlık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uygulamalarını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sınıflandırabilme</w:t>
            </w:r>
            <w:proofErr w:type="spellEnd"/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EE702A1" w14:textId="77777777" w:rsidR="000F7FD6" w:rsidRDefault="000F7FD6">
            <w:pPr>
              <w:keepNext/>
              <w:spacing w:before="40" w:after="40" w:line="269" w:lineRule="auto"/>
            </w:pPr>
            <w:proofErr w:type="spellStart"/>
            <w:r>
              <w:rPr>
                <w:sz w:val="20"/>
              </w:rPr>
              <w:t>Dijital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Vatandaşlık</w:t>
            </w:r>
            <w:proofErr w:type="spellEnd"/>
            <w:r>
              <w:rPr>
                <w:sz w:val="20"/>
              </w:rPr>
              <w:t xml:space="preserve">, e-Devlet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Dijital</w:t>
            </w:r>
            <w:proofErr w:type="spellEnd"/>
            <w:r>
              <w:rPr>
                <w:sz w:val="20"/>
              </w:rPr>
              <w:t xml:space="preserve"> Ayak İzi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F5CC21E" w14:textId="662901EE" w:rsidR="000F7FD6" w:rsidRPr="000F7FD6" w:rsidRDefault="000F7FD6">
            <w:pPr>
              <w:keepNext/>
              <w:spacing w:before="40" w:after="40" w:line="269" w:lineRule="auto"/>
              <w:jc w:val="center"/>
              <w:rPr>
                <w:b/>
                <w:bCs/>
              </w:rPr>
            </w:pPr>
            <w:r w:rsidRPr="000F7FD6">
              <w:rPr>
                <w:b/>
                <w:bCs/>
                <w:sz w:val="20"/>
              </w:rPr>
              <w:t>1</w:t>
            </w:r>
          </w:p>
        </w:tc>
      </w:tr>
      <w:tr w:rsidR="000F7FD6" w14:paraId="7D5943D9" w14:textId="77777777">
        <w:trPr>
          <w:cantSplit/>
          <w:jc w:val="center"/>
        </w:trPr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E3A7072" w14:textId="77777777" w:rsidR="000F7FD6" w:rsidRDefault="000F7FD6">
            <w:pPr>
              <w:keepNext/>
              <w:spacing w:before="40" w:after="40" w:line="269" w:lineRule="auto"/>
            </w:pPr>
            <w:r>
              <w:rPr>
                <w:sz w:val="20"/>
              </w:rPr>
              <w:t>BTY.5.1.4. Y</w:t>
            </w:r>
            <w:proofErr w:type="spellStart"/>
            <w:r>
              <w:rPr>
                <w:sz w:val="20"/>
              </w:rPr>
              <w:t>apay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zekâ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ilgili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temel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kavramları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özellikleri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sorgulayabilme</w:t>
            </w:r>
            <w:proofErr w:type="spellEnd"/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2F86F5F" w14:textId="77777777" w:rsidR="000F7FD6" w:rsidRDefault="000F7FD6">
            <w:pPr>
              <w:keepNext/>
              <w:spacing w:before="40" w:after="40" w:line="269" w:lineRule="auto"/>
            </w:pPr>
            <w:proofErr w:type="spellStart"/>
            <w:r>
              <w:rPr>
                <w:sz w:val="20"/>
              </w:rPr>
              <w:t>Yapay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Zekâda</w:t>
            </w:r>
            <w:proofErr w:type="spellEnd"/>
            <w:r>
              <w:rPr>
                <w:sz w:val="20"/>
              </w:rPr>
              <w:t xml:space="preserve"> Temel </w:t>
            </w:r>
            <w:proofErr w:type="spellStart"/>
            <w:r>
              <w:rPr>
                <w:sz w:val="20"/>
              </w:rPr>
              <w:t>Kavram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Özellikler</w:t>
            </w:r>
            <w:proofErr w:type="spellEnd"/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FD584ED" w14:textId="625F8FEE" w:rsidR="000F7FD6" w:rsidRPr="000F7FD6" w:rsidRDefault="000F7FD6">
            <w:pPr>
              <w:keepNext/>
              <w:spacing w:before="40" w:after="40" w:line="269" w:lineRule="auto"/>
              <w:jc w:val="center"/>
              <w:rPr>
                <w:b/>
                <w:bCs/>
              </w:rPr>
            </w:pPr>
            <w:r w:rsidRPr="000F7FD6">
              <w:rPr>
                <w:b/>
                <w:bCs/>
                <w:sz w:val="20"/>
              </w:rPr>
              <w:t>1</w:t>
            </w:r>
          </w:p>
        </w:tc>
      </w:tr>
      <w:tr w:rsidR="000F7FD6" w14:paraId="7DD88E42" w14:textId="77777777">
        <w:trPr>
          <w:cantSplit/>
          <w:jc w:val="center"/>
        </w:trPr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8CE4F05" w14:textId="1E91A0A4" w:rsidR="000F7FD6" w:rsidRDefault="000F7FD6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BTY.5.1.5. </w:t>
            </w:r>
            <w:proofErr w:type="spellStart"/>
            <w:r>
              <w:rPr>
                <w:sz w:val="20"/>
              </w:rPr>
              <w:t>Bilgisayar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sistemlerini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çözümleyebilme</w:t>
            </w:r>
            <w:proofErr w:type="spellEnd"/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DBA2EE8" w14:textId="77777777" w:rsidR="000F7FD6" w:rsidRDefault="000F7FD6">
            <w:pPr>
              <w:keepNext/>
              <w:spacing w:before="40" w:after="40" w:line="269" w:lineRule="auto"/>
            </w:pPr>
            <w:proofErr w:type="spellStart"/>
            <w:r>
              <w:rPr>
                <w:sz w:val="20"/>
              </w:rPr>
              <w:t>Bilgisayar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Sistemleri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Donanım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Yazılım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AA66E0C" w14:textId="2B4666FF" w:rsidR="000F7FD6" w:rsidRPr="000F7FD6" w:rsidRDefault="000F7FD6">
            <w:pPr>
              <w:keepNext/>
              <w:spacing w:before="40" w:after="40" w:line="269" w:lineRule="auto"/>
              <w:jc w:val="center"/>
              <w:rPr>
                <w:b/>
                <w:bCs/>
              </w:rPr>
            </w:pPr>
            <w:r w:rsidRPr="000F7FD6">
              <w:rPr>
                <w:b/>
                <w:bCs/>
                <w:sz w:val="20"/>
              </w:rPr>
              <w:t>1</w:t>
            </w:r>
          </w:p>
        </w:tc>
      </w:tr>
      <w:tr w:rsidR="000F7FD6" w14:paraId="6340B162" w14:textId="77777777">
        <w:trPr>
          <w:cantSplit/>
          <w:jc w:val="center"/>
        </w:trPr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A1CE840" w14:textId="77777777" w:rsidR="000F7FD6" w:rsidRDefault="000F7FD6">
            <w:pPr>
              <w:spacing w:before="40" w:after="40" w:line="269" w:lineRule="auto"/>
            </w:pPr>
            <w:r>
              <w:rPr>
                <w:sz w:val="20"/>
              </w:rPr>
              <w:t xml:space="preserve">BTY.5.1.6. Dosya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klasör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yönetimi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ilgili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temel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işlemlerle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çalışabilme</w:t>
            </w:r>
            <w:proofErr w:type="spellEnd"/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206DAF5" w14:textId="77777777" w:rsidR="000F7FD6" w:rsidRDefault="000F7FD6">
            <w:pPr>
              <w:spacing w:before="40" w:after="40" w:line="269" w:lineRule="auto"/>
            </w:pPr>
            <w:r>
              <w:rPr>
                <w:sz w:val="20"/>
              </w:rPr>
              <w:t xml:space="preserve">Dosya </w:t>
            </w:r>
            <w:proofErr w:type="spellStart"/>
            <w:r>
              <w:rPr>
                <w:sz w:val="20"/>
              </w:rPr>
              <w:t>Uzantıları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Klasör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Ağacı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Sıkıştırma</w:t>
            </w:r>
            <w:proofErr w:type="spellEnd"/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C0ABEA6" w14:textId="10535E87" w:rsidR="000F7FD6" w:rsidRPr="000F7FD6" w:rsidRDefault="000F7FD6">
            <w:pPr>
              <w:spacing w:before="40" w:after="40" w:line="269" w:lineRule="auto"/>
              <w:jc w:val="center"/>
              <w:rPr>
                <w:b/>
                <w:bCs/>
              </w:rPr>
            </w:pPr>
            <w:r w:rsidRPr="000F7FD6">
              <w:rPr>
                <w:b/>
                <w:bCs/>
                <w:sz w:val="20"/>
              </w:rPr>
              <w:t>1</w:t>
            </w:r>
          </w:p>
        </w:tc>
      </w:tr>
      <w:tr w:rsidR="000F7FD6" w14:paraId="7598623C" w14:textId="77777777" w:rsidTr="00A5727A">
        <w:trPr>
          <w:cantSplit/>
          <w:jc w:val="center"/>
        </w:trPr>
        <w:tc>
          <w:tcPr>
            <w:tcW w:w="5328" w:type="dxa"/>
            <w:gridSpan w:val="2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76D6162" w14:textId="53BC0F14" w:rsidR="000F7FD6" w:rsidRPr="000F7FD6" w:rsidRDefault="000F7FD6">
            <w:pPr>
              <w:spacing w:before="40" w:after="40" w:line="269" w:lineRule="auto"/>
              <w:rPr>
                <w:b/>
                <w:bCs/>
                <w:sz w:val="20"/>
              </w:rPr>
            </w:pPr>
            <w:r w:rsidRPr="000F7FD6">
              <w:rPr>
                <w:b/>
                <w:bCs/>
                <w:color w:val="4F81BD" w:themeColor="accent1"/>
                <w:sz w:val="20"/>
              </w:rPr>
              <w:t>SINAVDA ÇIKACAK TOPLAM SORU SAYISI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A3DF2CC" w14:textId="695E1B69" w:rsidR="000F7FD6" w:rsidRPr="000F7FD6" w:rsidRDefault="000F7FD6">
            <w:pPr>
              <w:spacing w:before="40" w:after="40" w:line="269" w:lineRule="auto"/>
              <w:jc w:val="center"/>
              <w:rPr>
                <w:b/>
                <w:bCs/>
                <w:sz w:val="20"/>
              </w:rPr>
            </w:pPr>
            <w:r w:rsidRPr="000F7FD6">
              <w:rPr>
                <w:b/>
                <w:bCs/>
                <w:sz w:val="20"/>
              </w:rPr>
              <w:t>6</w:t>
            </w:r>
          </w:p>
        </w:tc>
      </w:tr>
    </w:tbl>
    <w:p w14:paraId="43E1D697" w14:textId="65289A60" w:rsidR="00621FBB" w:rsidRDefault="00000000">
      <w:pPr>
        <w:keepNext/>
        <w:shd w:val="clear" w:color="auto" w:fill="1A365D"/>
        <w:spacing w:before="280" w:after="120"/>
      </w:pPr>
      <w:r>
        <w:rPr>
          <w:b/>
          <w:color w:val="FFFFFF"/>
          <w:sz w:val="23"/>
        </w:rPr>
        <w:lastRenderedPageBreak/>
        <w:t xml:space="preserve">  🎯 1. KAZANIM: BTY.5.1.1. </w:t>
      </w:r>
      <w:proofErr w:type="spellStart"/>
      <w:r>
        <w:rPr>
          <w:b/>
          <w:color w:val="FFFFFF"/>
          <w:sz w:val="23"/>
        </w:rPr>
        <w:t>Günlük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yaşamda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kullanılan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bilişim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teknolojilerini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sınıflandırabilme</w:t>
      </w:r>
      <w:proofErr w:type="spellEnd"/>
      <w:r>
        <w:rPr>
          <w:b/>
          <w:color w:val="FFFFFF"/>
          <w:sz w:val="23"/>
        </w:rPr>
        <w:t xml:space="preserve"> (1. </w:t>
      </w:r>
      <w:proofErr w:type="spellStart"/>
      <w:r>
        <w:rPr>
          <w:b/>
          <w:color w:val="FFFFFF"/>
          <w:sz w:val="23"/>
        </w:rPr>
        <w:t>ve</w:t>
      </w:r>
      <w:proofErr w:type="spellEnd"/>
      <w:r>
        <w:rPr>
          <w:b/>
          <w:color w:val="FFFFFF"/>
          <w:sz w:val="23"/>
        </w:rPr>
        <w:t xml:space="preserve"> 2. </w:t>
      </w:r>
      <w:proofErr w:type="spellStart"/>
      <w:r>
        <w:rPr>
          <w:b/>
          <w:color w:val="FFFFFF"/>
          <w:sz w:val="23"/>
        </w:rPr>
        <w:t>Hafta</w:t>
      </w:r>
      <w:proofErr w:type="spellEnd"/>
      <w:r>
        <w:rPr>
          <w:b/>
          <w:color w:val="FFFFFF"/>
          <w:sz w:val="23"/>
        </w:rPr>
        <w:t xml:space="preserve">: </w:t>
      </w:r>
      <w:r w:rsidR="006972C4">
        <w:rPr>
          <w:b/>
          <w:color w:val="FFFFFF"/>
          <w:sz w:val="23"/>
        </w:rPr>
        <w:t>3</w:t>
      </w:r>
      <w:r>
        <w:rPr>
          <w:b/>
          <w:color w:val="FFFFFF"/>
          <w:sz w:val="23"/>
        </w:rPr>
        <w:t xml:space="preserve"> Soru)</w:t>
      </w:r>
    </w:p>
    <w:p w14:paraId="49F23E77" w14:textId="77777777" w:rsidR="00621FBB" w:rsidRDefault="00000000">
      <w:pPr>
        <w:keepNext/>
        <w:spacing w:before="180" w:after="80"/>
      </w:pPr>
      <w:r>
        <w:rPr>
          <w:b/>
          <w:color w:val="2B6CB0"/>
        </w:rPr>
        <w:t xml:space="preserve">📌 Örnek Soru 1.1: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görsel</w:t>
      </w:r>
      <w:proofErr w:type="spellEnd"/>
      <w:r>
        <w:t xml:space="preserve"> </w:t>
      </w:r>
      <w:proofErr w:type="spellStart"/>
      <w:r>
        <w:t>kartlarda</w:t>
      </w:r>
      <w:proofErr w:type="spellEnd"/>
      <w:r>
        <w:t xml:space="preserve"> </w:t>
      </w:r>
      <w:proofErr w:type="spellStart"/>
      <w:r>
        <w:t>verilen</w:t>
      </w:r>
      <w:proofErr w:type="spellEnd"/>
      <w:r>
        <w:t xml:space="preserve"> </w:t>
      </w:r>
      <w:proofErr w:type="spellStart"/>
      <w:r>
        <w:t>bilişim</w:t>
      </w:r>
      <w:proofErr w:type="spellEnd"/>
      <w:r>
        <w:t xml:space="preserve"> </w:t>
      </w:r>
      <w:proofErr w:type="spellStart"/>
      <w:r>
        <w:t>teknolojilerini</w:t>
      </w:r>
      <w:proofErr w:type="spellEnd"/>
      <w:r>
        <w:t xml:space="preserve"> </w:t>
      </w:r>
      <w:proofErr w:type="spellStart"/>
      <w:r>
        <w:t>ağırlıklı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kullanıldıkları</w:t>
      </w:r>
      <w:proofErr w:type="spellEnd"/>
      <w:r>
        <w:t xml:space="preserve"> </w:t>
      </w:r>
      <w:proofErr w:type="spellStart"/>
      <w:r>
        <w:t>alanlara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(</w:t>
      </w:r>
      <w:proofErr w:type="spellStart"/>
      <w:r>
        <w:t>Sağlık</w:t>
      </w:r>
      <w:proofErr w:type="spellEnd"/>
      <w:r>
        <w:t xml:space="preserve">, </w:t>
      </w:r>
      <w:proofErr w:type="spellStart"/>
      <w:r>
        <w:t>Eğitim</w:t>
      </w:r>
      <w:proofErr w:type="spellEnd"/>
      <w:r>
        <w:t xml:space="preserve">, </w:t>
      </w:r>
      <w:proofErr w:type="spellStart"/>
      <w:r>
        <w:t>Bankacılık</w:t>
      </w:r>
      <w:proofErr w:type="spellEnd"/>
      <w:r>
        <w:t xml:space="preserve">/Finans, </w:t>
      </w:r>
      <w:proofErr w:type="spellStart"/>
      <w:r>
        <w:t>Ulaşım</w:t>
      </w:r>
      <w:proofErr w:type="spellEnd"/>
      <w:r>
        <w:t xml:space="preserve">, </w:t>
      </w:r>
      <w:proofErr w:type="spellStart"/>
      <w:r>
        <w:t>Güvenlik</w:t>
      </w:r>
      <w:proofErr w:type="spellEnd"/>
      <w:r>
        <w:t>, Ticaret/</w:t>
      </w:r>
      <w:proofErr w:type="spellStart"/>
      <w:r>
        <w:t>Alışveriş</w:t>
      </w:r>
      <w:proofErr w:type="spellEnd"/>
      <w:r>
        <w:t xml:space="preserve">, </w:t>
      </w:r>
      <w:proofErr w:type="spellStart"/>
      <w:r>
        <w:t>Tarım</w:t>
      </w:r>
      <w:proofErr w:type="spellEnd"/>
      <w:r>
        <w:t xml:space="preserve">, </w:t>
      </w:r>
      <w:proofErr w:type="spellStart"/>
      <w:r>
        <w:t>İletişim</w:t>
      </w:r>
      <w:proofErr w:type="spellEnd"/>
      <w:r>
        <w:t xml:space="preserve"> vb.) </w:t>
      </w:r>
      <w:proofErr w:type="spellStart"/>
      <w:r>
        <w:t>sınıflandırarak</w:t>
      </w:r>
      <w:proofErr w:type="spellEnd"/>
      <w:r>
        <w:t xml:space="preserve"> </w:t>
      </w:r>
      <w:proofErr w:type="spellStart"/>
      <w:r>
        <w:t>karşılarına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621FBB" w14:paraId="12881D60" w14:textId="77777777">
        <w:trPr>
          <w:cantSplit/>
          <w:tblHeader/>
          <w:jc w:val="center"/>
        </w:trPr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D532C60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Bilişim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Teknolojisi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Görsel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Kartı</w:t>
            </w:r>
            <w:proofErr w:type="spellEnd"/>
          </w:p>
        </w:tc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2ADA5437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Kullanım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Alanı</w:t>
            </w:r>
            <w:proofErr w:type="spellEnd"/>
          </w:p>
        </w:tc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14DD86D8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Bilişim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Teknolojisi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Görsel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Kartı</w:t>
            </w:r>
            <w:proofErr w:type="spellEnd"/>
          </w:p>
        </w:tc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118ABD2D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Kullanım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Alanı</w:t>
            </w:r>
            <w:proofErr w:type="spellEnd"/>
          </w:p>
        </w:tc>
      </w:tr>
      <w:tr w:rsidR="00621FBB" w14:paraId="650EA13D" w14:textId="77777777">
        <w:trPr>
          <w:cantSplit/>
          <w:jc w:val="center"/>
        </w:trPr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ADB9DEE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🏥 </w:t>
            </w:r>
            <w:proofErr w:type="spellStart"/>
            <w:r>
              <w:rPr>
                <w:sz w:val="20"/>
              </w:rPr>
              <w:t>Hastane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Randevu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Teşhis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Sistemi</w:t>
            </w:r>
            <w:proofErr w:type="spellEnd"/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64673D4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7D6409D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🗺️ </w:t>
            </w:r>
            <w:proofErr w:type="spellStart"/>
            <w:r>
              <w:rPr>
                <w:sz w:val="20"/>
              </w:rPr>
              <w:t>Navigasyon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Akıllı </w:t>
            </w:r>
            <w:proofErr w:type="spellStart"/>
            <w:r>
              <w:rPr>
                <w:sz w:val="20"/>
              </w:rPr>
              <w:t>Trafik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Uygulaması</w:t>
            </w:r>
            <w:proofErr w:type="spellEnd"/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179B481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</w:tr>
      <w:tr w:rsidR="00621FBB" w14:paraId="6E1060CF" w14:textId="77777777">
        <w:trPr>
          <w:cantSplit/>
          <w:jc w:val="center"/>
        </w:trPr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D4C7C0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🏫 </w:t>
            </w:r>
            <w:proofErr w:type="spellStart"/>
            <w:r>
              <w:rPr>
                <w:sz w:val="20"/>
              </w:rPr>
              <w:t>Etkileşimli</w:t>
            </w:r>
            <w:proofErr w:type="spellEnd"/>
            <w:r>
              <w:rPr>
                <w:sz w:val="20"/>
              </w:rPr>
              <w:t xml:space="preserve"> Akıllı Tahta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A3FBEDC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A89EA57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📹 </w:t>
            </w:r>
            <w:proofErr w:type="spellStart"/>
            <w:r>
              <w:rPr>
                <w:sz w:val="20"/>
              </w:rPr>
              <w:t>Güvenlik</w:t>
            </w:r>
            <w:proofErr w:type="spellEnd"/>
            <w:r>
              <w:rPr>
                <w:sz w:val="20"/>
              </w:rPr>
              <w:t xml:space="preserve"> Kamerası (MOBESE) </w:t>
            </w:r>
            <w:proofErr w:type="spellStart"/>
            <w:r>
              <w:rPr>
                <w:sz w:val="20"/>
              </w:rPr>
              <w:t>Sistemi</w:t>
            </w:r>
            <w:proofErr w:type="spellEnd"/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7F00584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</w:tr>
      <w:tr w:rsidR="00621FBB" w14:paraId="0E9735CD" w14:textId="77777777">
        <w:trPr>
          <w:cantSplit/>
          <w:jc w:val="center"/>
        </w:trPr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55EC676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🏧 </w:t>
            </w:r>
            <w:proofErr w:type="spellStart"/>
            <w:r>
              <w:rPr>
                <w:sz w:val="20"/>
              </w:rPr>
              <w:t>Bankamatik</w:t>
            </w:r>
            <w:proofErr w:type="spellEnd"/>
            <w:r>
              <w:rPr>
                <w:sz w:val="20"/>
              </w:rPr>
              <w:t xml:space="preserve"> (ATM) </w:t>
            </w:r>
            <w:proofErr w:type="spellStart"/>
            <w:r>
              <w:rPr>
                <w:sz w:val="20"/>
              </w:rPr>
              <w:t>Cihazı</w:t>
            </w:r>
            <w:proofErr w:type="spellEnd"/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FF047A7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FF9A0A4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🛒 E-Ticaret (Online </w:t>
            </w:r>
            <w:proofErr w:type="spellStart"/>
            <w:r>
              <w:rPr>
                <w:sz w:val="20"/>
              </w:rPr>
              <w:t>Mağaza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Uygulaması</w:t>
            </w:r>
            <w:proofErr w:type="spellEnd"/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6949EA8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</w:tr>
      <w:tr w:rsidR="00621FBB" w14:paraId="54776B38" w14:textId="77777777">
        <w:trPr>
          <w:cantSplit/>
          <w:jc w:val="center"/>
        </w:trPr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9F7B7BD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 xml:space="preserve">🚁 </w:t>
            </w:r>
            <w:proofErr w:type="spellStart"/>
            <w:r>
              <w:rPr>
                <w:sz w:val="20"/>
              </w:rPr>
              <w:t>Tarımsal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İlaçlama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Sulama </w:t>
            </w:r>
            <w:proofErr w:type="spellStart"/>
            <w:r>
              <w:rPr>
                <w:sz w:val="20"/>
              </w:rPr>
              <w:t>Dronu</w:t>
            </w:r>
            <w:proofErr w:type="spellEnd"/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F50A554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3E34EED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 xml:space="preserve">📚 </w:t>
            </w:r>
            <w:proofErr w:type="spellStart"/>
            <w:r>
              <w:rPr>
                <w:sz w:val="20"/>
              </w:rPr>
              <w:t>Kütüphane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Karekod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Otomasyon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Sistemi</w:t>
            </w:r>
            <w:proofErr w:type="spellEnd"/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257918B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</w:tr>
    </w:tbl>
    <w:p w14:paraId="6DFFE934" w14:textId="008D4498" w:rsidR="00621FBB" w:rsidRDefault="00000000">
      <w:pPr>
        <w:keepNext/>
        <w:spacing w:before="180" w:after="80"/>
      </w:pPr>
      <w:r>
        <w:rPr>
          <w:b/>
          <w:color w:val="2B6CB0"/>
        </w:rPr>
        <w:lastRenderedPageBreak/>
        <w:t>📌 Örnek Soru 1.</w:t>
      </w:r>
      <w:r w:rsidR="006972C4">
        <w:rPr>
          <w:b/>
          <w:color w:val="2B6CB0"/>
        </w:rPr>
        <w:t>2</w:t>
      </w:r>
      <w:r>
        <w:rPr>
          <w:b/>
          <w:color w:val="2B6CB0"/>
        </w:rPr>
        <w:t xml:space="preserve">: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görsellerde</w:t>
      </w:r>
      <w:proofErr w:type="spellEnd"/>
      <w:r>
        <w:t xml:space="preserve"> </w:t>
      </w:r>
      <w:proofErr w:type="spellStart"/>
      <w:r>
        <w:t>bilişim</w:t>
      </w:r>
      <w:proofErr w:type="spellEnd"/>
      <w:r>
        <w:t xml:space="preserve"> </w:t>
      </w:r>
      <w:proofErr w:type="spellStart"/>
      <w:r>
        <w:t>teknolojilerinin</w:t>
      </w:r>
      <w:proofErr w:type="spellEnd"/>
      <w:r>
        <w:t xml:space="preserve"> </w:t>
      </w:r>
      <w:proofErr w:type="spellStart"/>
      <w:r>
        <w:t>günlük</w:t>
      </w:r>
      <w:proofErr w:type="spellEnd"/>
      <w:r>
        <w:t xml:space="preserve"> </w:t>
      </w:r>
      <w:proofErr w:type="spellStart"/>
      <w:r>
        <w:t>yaşamımızdaki</w:t>
      </w:r>
      <w:proofErr w:type="spellEnd"/>
      <w:r>
        <w:t xml:space="preserve"> 5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örneği</w:t>
      </w:r>
      <w:proofErr w:type="spellEnd"/>
      <w:r>
        <w:t xml:space="preserve"> </w:t>
      </w:r>
      <w:proofErr w:type="spellStart"/>
      <w:r>
        <w:t>numaralandırılmıştır</w:t>
      </w:r>
      <w:proofErr w:type="spellEnd"/>
      <w:r>
        <w:t xml:space="preserve">. </w:t>
      </w:r>
      <w:proofErr w:type="spellStart"/>
      <w:r>
        <w:t>Görselleri</w:t>
      </w:r>
      <w:proofErr w:type="spellEnd"/>
      <w:r>
        <w:t xml:space="preserve"> </w:t>
      </w:r>
      <w:proofErr w:type="spellStart"/>
      <w:r>
        <w:t>inceleyerek</w:t>
      </w:r>
      <w:proofErr w:type="spellEnd"/>
      <w:r>
        <w:t xml:space="preserve"> her </w:t>
      </w:r>
      <w:proofErr w:type="spellStart"/>
      <w:r>
        <w:t>birinin</w:t>
      </w:r>
      <w:proofErr w:type="spellEnd"/>
      <w:r>
        <w:t xml:space="preserve"> hangi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alanına</w:t>
      </w:r>
      <w:proofErr w:type="spellEnd"/>
      <w:r>
        <w:t xml:space="preserve"> </w:t>
      </w:r>
      <w:proofErr w:type="spellStart"/>
      <w:r>
        <w:t>ait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hayatımıza</w:t>
      </w:r>
      <w:proofErr w:type="spellEnd"/>
      <w:r>
        <w:t xml:space="preserve"> </w:t>
      </w:r>
      <w:proofErr w:type="spellStart"/>
      <w:r>
        <w:t>sağladığı</w:t>
      </w:r>
      <w:proofErr w:type="spellEnd"/>
      <w:r>
        <w:t xml:space="preserve"> </w:t>
      </w:r>
      <w:proofErr w:type="spellStart"/>
      <w:r>
        <w:t>kolaylığı</w:t>
      </w:r>
      <w:proofErr w:type="spellEnd"/>
      <w:r>
        <w:t xml:space="preserve"> </w:t>
      </w:r>
      <w:proofErr w:type="spellStart"/>
      <w:r>
        <w:t>tabloya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</w:p>
    <w:p w14:paraId="0DA2611C" w14:textId="77777777" w:rsidR="00621FBB" w:rsidRDefault="00000000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344CC291" wp14:editId="7FD0F509">
            <wp:extent cx="4846320" cy="293675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llanim_alanlari_5gorse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93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2133"/>
        <w:gridCol w:w="3090"/>
        <w:gridCol w:w="5693"/>
      </w:tblGrid>
      <w:tr w:rsidR="00621FBB" w14:paraId="41AF88B2" w14:textId="77777777">
        <w:trPr>
          <w:cantSplit/>
          <w:tblHeader/>
          <w:jc w:val="center"/>
        </w:trPr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29743455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Görsel</w:t>
            </w:r>
            <w:proofErr w:type="spellEnd"/>
            <w:r>
              <w:rPr>
                <w:b/>
                <w:color w:val="1A365D"/>
                <w:sz w:val="21"/>
              </w:rPr>
              <w:t xml:space="preserve"> No</w:t>
            </w:r>
          </w:p>
        </w:tc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A086D74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Kullanım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Alanı</w:t>
            </w:r>
            <w:proofErr w:type="spellEnd"/>
            <w:r>
              <w:rPr>
                <w:b/>
                <w:color w:val="1A365D"/>
                <w:sz w:val="21"/>
              </w:rPr>
              <w:t xml:space="preserve"> (</w:t>
            </w:r>
            <w:proofErr w:type="spellStart"/>
            <w:r>
              <w:rPr>
                <w:b/>
                <w:color w:val="1A365D"/>
                <w:sz w:val="21"/>
              </w:rPr>
              <w:t>Eğitim</w:t>
            </w:r>
            <w:proofErr w:type="spellEnd"/>
            <w:r>
              <w:rPr>
                <w:b/>
                <w:color w:val="1A365D"/>
                <w:sz w:val="21"/>
              </w:rPr>
              <w:t xml:space="preserve">, </w:t>
            </w:r>
            <w:proofErr w:type="spellStart"/>
            <w:r>
              <w:rPr>
                <w:b/>
                <w:color w:val="1A365D"/>
                <w:sz w:val="21"/>
              </w:rPr>
              <w:t>Sağlık</w:t>
            </w:r>
            <w:proofErr w:type="spellEnd"/>
            <w:r>
              <w:rPr>
                <w:b/>
                <w:color w:val="1A365D"/>
                <w:sz w:val="21"/>
              </w:rPr>
              <w:t xml:space="preserve">, </w:t>
            </w:r>
            <w:proofErr w:type="spellStart"/>
            <w:r>
              <w:rPr>
                <w:b/>
                <w:color w:val="1A365D"/>
                <w:sz w:val="21"/>
              </w:rPr>
              <w:t>Ulaşım</w:t>
            </w:r>
            <w:proofErr w:type="spellEnd"/>
            <w:r>
              <w:rPr>
                <w:b/>
                <w:color w:val="1A365D"/>
                <w:sz w:val="21"/>
              </w:rPr>
              <w:t xml:space="preserve">, </w:t>
            </w:r>
            <w:proofErr w:type="spellStart"/>
            <w:r>
              <w:rPr>
                <w:b/>
                <w:color w:val="1A365D"/>
                <w:sz w:val="21"/>
              </w:rPr>
              <w:t>İletişim</w:t>
            </w:r>
            <w:proofErr w:type="spellEnd"/>
            <w:r>
              <w:rPr>
                <w:b/>
                <w:color w:val="1A365D"/>
                <w:sz w:val="21"/>
              </w:rPr>
              <w:t xml:space="preserve">, </w:t>
            </w:r>
            <w:proofErr w:type="spellStart"/>
            <w:r>
              <w:rPr>
                <w:b/>
                <w:color w:val="1A365D"/>
                <w:sz w:val="21"/>
              </w:rPr>
              <w:t>Güvenlik</w:t>
            </w:r>
            <w:proofErr w:type="spellEnd"/>
            <w:r>
              <w:rPr>
                <w:b/>
                <w:color w:val="1A365D"/>
                <w:sz w:val="21"/>
              </w:rPr>
              <w:t>)</w:t>
            </w:r>
          </w:p>
        </w:tc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05BED68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 xml:space="preserve">Bu </w:t>
            </w:r>
            <w:proofErr w:type="spellStart"/>
            <w:r>
              <w:rPr>
                <w:b/>
                <w:color w:val="1A365D"/>
                <w:sz w:val="21"/>
              </w:rPr>
              <w:t>Teknolojinin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Günlük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Hayatımıza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Sağladığı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Kolaylık</w:t>
            </w:r>
            <w:proofErr w:type="spellEnd"/>
            <w:r>
              <w:rPr>
                <w:b/>
                <w:color w:val="1A365D"/>
                <w:sz w:val="21"/>
              </w:rPr>
              <w:t xml:space="preserve"> Nedir?</w:t>
            </w:r>
          </w:p>
        </w:tc>
      </w:tr>
      <w:tr w:rsidR="00621FBB" w14:paraId="329BA8F4" w14:textId="77777777">
        <w:trPr>
          <w:cantSplit/>
          <w:jc w:val="center"/>
        </w:trPr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61BED4F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[1] 1. </w:t>
            </w:r>
            <w:proofErr w:type="spellStart"/>
            <w:r>
              <w:rPr>
                <w:b/>
                <w:color w:val="1A365D"/>
                <w:sz w:val="20"/>
              </w:rPr>
              <w:t>Görsel</w:t>
            </w:r>
            <w:proofErr w:type="spellEnd"/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86B9E9A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3B06EE8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</w:t>
            </w:r>
          </w:p>
        </w:tc>
      </w:tr>
      <w:tr w:rsidR="00621FBB" w14:paraId="37FA9597" w14:textId="77777777">
        <w:trPr>
          <w:cantSplit/>
          <w:jc w:val="center"/>
        </w:trPr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8AD56FC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[2] 2. </w:t>
            </w:r>
            <w:proofErr w:type="spellStart"/>
            <w:r>
              <w:rPr>
                <w:b/>
                <w:color w:val="1A365D"/>
                <w:sz w:val="20"/>
              </w:rPr>
              <w:t>Görsel</w:t>
            </w:r>
            <w:proofErr w:type="spellEnd"/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CEEB9D1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</w:t>
            </w:r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D5B7092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</w:t>
            </w:r>
          </w:p>
        </w:tc>
      </w:tr>
      <w:tr w:rsidR="00621FBB" w14:paraId="3ED1EFEC" w14:textId="77777777">
        <w:trPr>
          <w:cantSplit/>
          <w:jc w:val="center"/>
        </w:trPr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34981C5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[3] 3. </w:t>
            </w:r>
            <w:proofErr w:type="spellStart"/>
            <w:r>
              <w:rPr>
                <w:b/>
                <w:color w:val="1A365D"/>
                <w:sz w:val="20"/>
              </w:rPr>
              <w:t>Görsel</w:t>
            </w:r>
            <w:proofErr w:type="spellEnd"/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6043A15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B351775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</w:t>
            </w:r>
          </w:p>
        </w:tc>
      </w:tr>
      <w:tr w:rsidR="00621FBB" w14:paraId="646ECA04" w14:textId="77777777">
        <w:trPr>
          <w:cantSplit/>
          <w:jc w:val="center"/>
        </w:trPr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6EDF380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[4] 4. </w:t>
            </w:r>
            <w:proofErr w:type="spellStart"/>
            <w:r>
              <w:rPr>
                <w:b/>
                <w:color w:val="1A365D"/>
                <w:sz w:val="20"/>
              </w:rPr>
              <w:t>Görsel</w:t>
            </w:r>
            <w:proofErr w:type="spellEnd"/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1A322E8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</w:t>
            </w:r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A7EFAF8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</w:t>
            </w:r>
          </w:p>
        </w:tc>
      </w:tr>
      <w:tr w:rsidR="00621FBB" w14:paraId="365E5C26" w14:textId="77777777">
        <w:trPr>
          <w:cantSplit/>
          <w:jc w:val="center"/>
        </w:trPr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948F810" w14:textId="77777777" w:rsidR="00621FBB" w:rsidRDefault="00000000">
            <w:pPr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[5] 5. </w:t>
            </w:r>
            <w:proofErr w:type="spellStart"/>
            <w:r>
              <w:rPr>
                <w:b/>
                <w:color w:val="1A365D"/>
                <w:sz w:val="20"/>
              </w:rPr>
              <w:t>Görsel</w:t>
            </w:r>
            <w:proofErr w:type="spellEnd"/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F6133E9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F115107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</w:t>
            </w:r>
          </w:p>
        </w:tc>
      </w:tr>
    </w:tbl>
    <w:p w14:paraId="5D01F924" w14:textId="300062F4" w:rsidR="00621FBB" w:rsidRDefault="00000000">
      <w:pPr>
        <w:keepNext/>
        <w:spacing w:before="180" w:after="80"/>
      </w:pPr>
      <w:r>
        <w:rPr>
          <w:b/>
          <w:color w:val="2B6CB0"/>
        </w:rPr>
        <w:lastRenderedPageBreak/>
        <w:t>📌 Örnek Soru 1.</w:t>
      </w:r>
      <w:r w:rsidR="006972C4">
        <w:rPr>
          <w:b/>
          <w:color w:val="2B6CB0"/>
        </w:rPr>
        <w:t>3</w:t>
      </w:r>
      <w:r>
        <w:rPr>
          <w:b/>
          <w:color w:val="2B6CB0"/>
        </w:rPr>
        <w:t xml:space="preserve">: </w:t>
      </w:r>
      <w:r>
        <w:t xml:space="preserve">Zeynep </w:t>
      </w:r>
      <w:proofErr w:type="spellStart"/>
      <w:r>
        <w:t>bir</w:t>
      </w:r>
      <w:proofErr w:type="spellEnd"/>
      <w:r>
        <w:t xml:space="preserve"> </w:t>
      </w:r>
      <w:proofErr w:type="spellStart"/>
      <w:r>
        <w:t>gün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görselde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teknolojik</w:t>
      </w:r>
      <w:proofErr w:type="spellEnd"/>
      <w:r>
        <w:t xml:space="preserve"> </w:t>
      </w:r>
      <w:proofErr w:type="spellStart"/>
      <w:r>
        <w:t>cihazları</w:t>
      </w:r>
      <w:proofErr w:type="spellEnd"/>
      <w:r>
        <w:t xml:space="preserve"> </w:t>
      </w:r>
      <w:proofErr w:type="spellStart"/>
      <w:r>
        <w:t>kullanmaktadır</w:t>
      </w:r>
      <w:proofErr w:type="spellEnd"/>
      <w:r>
        <w:t xml:space="preserve">. </w:t>
      </w:r>
      <w:proofErr w:type="spellStart"/>
      <w:r>
        <w:t>Ayrıca</w:t>
      </w:r>
      <w:proofErr w:type="spellEnd"/>
      <w:r>
        <w:t xml:space="preserve"> </w:t>
      </w:r>
      <w:proofErr w:type="spellStart"/>
      <w:r>
        <w:t>ailesi</w:t>
      </w:r>
      <w:proofErr w:type="spellEnd"/>
      <w:r>
        <w:t xml:space="preserve"> </w:t>
      </w:r>
      <w:proofErr w:type="spellStart"/>
      <w:r>
        <w:t>faturalarını</w:t>
      </w:r>
      <w:proofErr w:type="spellEnd"/>
      <w:r>
        <w:t xml:space="preserve"> 'İnternet </w:t>
      </w:r>
      <w:proofErr w:type="spellStart"/>
      <w:r>
        <w:t>Bankacılığı</w:t>
      </w:r>
      <w:proofErr w:type="spellEnd"/>
      <w:r>
        <w:t xml:space="preserve">' </w:t>
      </w:r>
      <w:proofErr w:type="spellStart"/>
      <w:r>
        <w:t>ile</w:t>
      </w:r>
      <w:proofErr w:type="spellEnd"/>
      <w:r>
        <w:t xml:space="preserve"> </w:t>
      </w:r>
      <w:proofErr w:type="spellStart"/>
      <w:r>
        <w:t>ödemekte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ihtiyaçlarını</w:t>
      </w:r>
      <w:proofErr w:type="spellEnd"/>
      <w:r>
        <w:t xml:space="preserve"> 'Online </w:t>
      </w:r>
      <w:proofErr w:type="spellStart"/>
      <w:r>
        <w:t>Alışveriş</w:t>
      </w:r>
      <w:proofErr w:type="spellEnd"/>
      <w:r>
        <w:t xml:space="preserve">' </w:t>
      </w:r>
      <w:proofErr w:type="spellStart"/>
      <w:r>
        <w:t>sitelerinden</w:t>
      </w:r>
      <w:proofErr w:type="spellEnd"/>
      <w:r>
        <w:t xml:space="preserve"> </w:t>
      </w:r>
      <w:proofErr w:type="spellStart"/>
      <w:r>
        <w:t>almaktadır</w:t>
      </w:r>
      <w:proofErr w:type="spellEnd"/>
      <w:r>
        <w:t xml:space="preserve">. </w:t>
      </w:r>
      <w:proofErr w:type="spellStart"/>
      <w:r>
        <w:t>Görsele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tabloda</w:t>
      </w:r>
      <w:proofErr w:type="spellEnd"/>
      <w:r>
        <w:t xml:space="preserve"> </w:t>
      </w:r>
      <w:proofErr w:type="spellStart"/>
      <w:r>
        <w:t>istenen</w:t>
      </w:r>
      <w:proofErr w:type="spellEnd"/>
      <w:r>
        <w:t xml:space="preserve"> </w:t>
      </w:r>
      <w:proofErr w:type="spellStart"/>
      <w:r>
        <w:t>avantaj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dezavantajları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</w:p>
    <w:p w14:paraId="2FBFC407" w14:textId="77777777" w:rsidR="00621FBB" w:rsidRDefault="00000000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0E555B99" wp14:editId="7BA7C3D6">
            <wp:extent cx="4389120" cy="14878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nluk_yasam_4_cihaz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48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1550"/>
        <w:gridCol w:w="4683"/>
        <w:gridCol w:w="4683"/>
      </w:tblGrid>
      <w:tr w:rsidR="00621FBB" w14:paraId="492E9EE3" w14:textId="77777777">
        <w:trPr>
          <w:cantSplit/>
          <w:tblHeader/>
          <w:jc w:val="center"/>
        </w:trPr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AD0143C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Bilişim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Teknolojisi</w:t>
            </w:r>
            <w:proofErr w:type="spellEnd"/>
            <w:r>
              <w:rPr>
                <w:b/>
                <w:color w:val="1A365D"/>
                <w:sz w:val="21"/>
              </w:rPr>
              <w:t xml:space="preserve"> / Durum</w:t>
            </w:r>
          </w:p>
        </w:tc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4BA53DE1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 xml:space="preserve">🌟 </w:t>
            </w:r>
            <w:proofErr w:type="spellStart"/>
            <w:r>
              <w:rPr>
                <w:b/>
                <w:color w:val="1A365D"/>
                <w:sz w:val="21"/>
              </w:rPr>
              <w:t>Avantajı</w:t>
            </w:r>
            <w:proofErr w:type="spellEnd"/>
            <w:r>
              <w:rPr>
                <w:b/>
                <w:color w:val="1A365D"/>
                <w:sz w:val="21"/>
              </w:rPr>
              <w:t xml:space="preserve"> (</w:t>
            </w:r>
            <w:proofErr w:type="spellStart"/>
            <w:r>
              <w:rPr>
                <w:b/>
                <w:color w:val="1A365D"/>
                <w:sz w:val="21"/>
              </w:rPr>
              <w:t>Olumlu</w:t>
            </w:r>
            <w:proofErr w:type="spellEnd"/>
            <w:r>
              <w:rPr>
                <w:b/>
                <w:color w:val="1A365D"/>
                <w:sz w:val="21"/>
              </w:rPr>
              <w:t xml:space="preserve"> Durum / </w:t>
            </w:r>
            <w:proofErr w:type="spellStart"/>
            <w:r>
              <w:rPr>
                <w:b/>
                <w:color w:val="1A365D"/>
                <w:sz w:val="21"/>
              </w:rPr>
              <w:t>Sağladığı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Kolaylık</w:t>
            </w:r>
            <w:proofErr w:type="spellEnd"/>
            <w:r>
              <w:rPr>
                <w:b/>
                <w:color w:val="1A365D"/>
                <w:sz w:val="21"/>
              </w:rPr>
              <w:t>)</w:t>
            </w:r>
          </w:p>
        </w:tc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1D43B2CA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⚠️ Dezavantajı (</w:t>
            </w:r>
            <w:proofErr w:type="spellStart"/>
            <w:r>
              <w:rPr>
                <w:b/>
                <w:color w:val="1A365D"/>
                <w:sz w:val="21"/>
              </w:rPr>
              <w:t>Olumsuz</w:t>
            </w:r>
            <w:proofErr w:type="spellEnd"/>
            <w:r>
              <w:rPr>
                <w:b/>
                <w:color w:val="1A365D"/>
                <w:sz w:val="21"/>
              </w:rPr>
              <w:t xml:space="preserve"> Durum / </w:t>
            </w:r>
            <w:proofErr w:type="spellStart"/>
            <w:r>
              <w:rPr>
                <w:b/>
                <w:color w:val="1A365D"/>
                <w:sz w:val="21"/>
              </w:rPr>
              <w:t>Olası</w:t>
            </w:r>
            <w:proofErr w:type="spellEnd"/>
            <w:r>
              <w:rPr>
                <w:b/>
                <w:color w:val="1A365D"/>
                <w:sz w:val="21"/>
              </w:rPr>
              <w:t xml:space="preserve"> Risk)</w:t>
            </w:r>
          </w:p>
        </w:tc>
      </w:tr>
      <w:tr w:rsidR="00621FBB" w14:paraId="2D2131C0" w14:textId="77777777">
        <w:trPr>
          <w:cantSplit/>
          <w:jc w:val="center"/>
        </w:trPr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C924A73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🏦 İnternet </w:t>
            </w:r>
            <w:proofErr w:type="spellStart"/>
            <w:r>
              <w:rPr>
                <w:b/>
                <w:color w:val="1A365D"/>
                <w:sz w:val="20"/>
              </w:rPr>
              <w:t>Bankacılığı</w:t>
            </w:r>
            <w:proofErr w:type="spellEnd"/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33EEB67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FD9AF27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</w:t>
            </w:r>
          </w:p>
        </w:tc>
      </w:tr>
      <w:tr w:rsidR="00621FBB" w14:paraId="05093D81" w14:textId="77777777">
        <w:trPr>
          <w:cantSplit/>
          <w:jc w:val="center"/>
        </w:trPr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D7E70A2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>🛍️ Online (</w:t>
            </w:r>
            <w:proofErr w:type="spellStart"/>
            <w:r>
              <w:rPr>
                <w:b/>
                <w:color w:val="1A365D"/>
                <w:sz w:val="20"/>
              </w:rPr>
              <w:t>Çevrim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İçi</w:t>
            </w:r>
            <w:proofErr w:type="spellEnd"/>
            <w:r>
              <w:rPr>
                <w:b/>
                <w:color w:val="1A365D"/>
                <w:sz w:val="20"/>
              </w:rPr>
              <w:t xml:space="preserve">) </w:t>
            </w:r>
            <w:proofErr w:type="spellStart"/>
            <w:r>
              <w:rPr>
                <w:b/>
                <w:color w:val="1A365D"/>
                <w:sz w:val="20"/>
              </w:rPr>
              <w:t>Alışveriş</w:t>
            </w:r>
            <w:proofErr w:type="spellEnd"/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6B3E78C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</w:t>
            </w:r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EC6A087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</w:t>
            </w:r>
          </w:p>
        </w:tc>
      </w:tr>
      <w:tr w:rsidR="00621FBB" w14:paraId="28A028B8" w14:textId="77777777">
        <w:trPr>
          <w:cantSplit/>
          <w:jc w:val="center"/>
        </w:trPr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E8924E6" w14:textId="77777777" w:rsidR="00621FBB" w:rsidRDefault="00000000">
            <w:pPr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⌚ Akıllı Saat </w:t>
            </w:r>
            <w:proofErr w:type="spellStart"/>
            <w:r>
              <w:rPr>
                <w:b/>
                <w:color w:val="1A365D"/>
                <w:sz w:val="20"/>
              </w:rPr>
              <w:t>ve</w:t>
            </w:r>
            <w:proofErr w:type="spellEnd"/>
            <w:r>
              <w:rPr>
                <w:b/>
                <w:color w:val="1A365D"/>
                <w:sz w:val="20"/>
              </w:rPr>
              <w:t xml:space="preserve"> Mobil </w:t>
            </w:r>
            <w:proofErr w:type="spellStart"/>
            <w:r>
              <w:rPr>
                <w:b/>
                <w:color w:val="1A365D"/>
                <w:sz w:val="20"/>
              </w:rPr>
              <w:t>Cihazlar</w:t>
            </w:r>
            <w:proofErr w:type="spellEnd"/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E597DBE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A39DB55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</w:t>
            </w:r>
          </w:p>
        </w:tc>
      </w:tr>
    </w:tbl>
    <w:p w14:paraId="2346D058" w14:textId="2EC94163" w:rsidR="00621FBB" w:rsidRDefault="00000000">
      <w:pPr>
        <w:keepNext/>
        <w:shd w:val="clear" w:color="auto" w:fill="1A365D"/>
        <w:spacing w:before="280" w:after="120"/>
      </w:pPr>
      <w:r>
        <w:rPr>
          <w:b/>
          <w:color w:val="FFFFFF"/>
          <w:sz w:val="23"/>
        </w:rPr>
        <w:lastRenderedPageBreak/>
        <w:t xml:space="preserve">  🎯 2. KAZANIM: BTY.5.1.2. </w:t>
      </w:r>
      <w:proofErr w:type="spellStart"/>
      <w:r>
        <w:rPr>
          <w:b/>
          <w:color w:val="FFFFFF"/>
          <w:sz w:val="23"/>
        </w:rPr>
        <w:t>Bilişim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teknolojilerinin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birey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ve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toplum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üzerindeki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etkilerini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özetleyebilme</w:t>
      </w:r>
      <w:proofErr w:type="spellEnd"/>
      <w:r>
        <w:rPr>
          <w:b/>
          <w:color w:val="FFFFFF"/>
          <w:sz w:val="23"/>
        </w:rPr>
        <w:t xml:space="preserve"> (2. </w:t>
      </w:r>
      <w:proofErr w:type="spellStart"/>
      <w:r>
        <w:rPr>
          <w:b/>
          <w:color w:val="FFFFFF"/>
          <w:sz w:val="23"/>
        </w:rPr>
        <w:t>Hafta</w:t>
      </w:r>
      <w:proofErr w:type="spellEnd"/>
      <w:r>
        <w:rPr>
          <w:b/>
          <w:color w:val="FFFFFF"/>
          <w:sz w:val="23"/>
        </w:rPr>
        <w:t xml:space="preserve">: </w:t>
      </w:r>
      <w:r w:rsidR="006972C4">
        <w:rPr>
          <w:b/>
          <w:color w:val="FFFFFF"/>
          <w:sz w:val="23"/>
        </w:rPr>
        <w:t>3</w:t>
      </w:r>
      <w:r>
        <w:rPr>
          <w:b/>
          <w:color w:val="FFFFFF"/>
          <w:sz w:val="23"/>
        </w:rPr>
        <w:t xml:space="preserve"> Soru)</w:t>
      </w:r>
    </w:p>
    <w:p w14:paraId="6EB38DF7" w14:textId="77777777" w:rsidR="00621FBB" w:rsidRDefault="00000000">
      <w:pPr>
        <w:keepNext/>
        <w:spacing w:before="180" w:after="80"/>
      </w:pPr>
      <w:r>
        <w:rPr>
          <w:b/>
          <w:color w:val="2B6CB0"/>
        </w:rPr>
        <w:t xml:space="preserve">📌 Örnek Soru 2.1: </w:t>
      </w:r>
      <w:r>
        <w:t xml:space="preserve">Bilgi </w:t>
      </w:r>
      <w:proofErr w:type="spellStart"/>
      <w:r>
        <w:t>ve</w:t>
      </w:r>
      <w:proofErr w:type="spellEnd"/>
      <w:r>
        <w:t xml:space="preserve"> </w:t>
      </w:r>
      <w:proofErr w:type="spellStart"/>
      <w:r>
        <w:t>İletişim</w:t>
      </w:r>
      <w:proofErr w:type="spellEnd"/>
      <w:r>
        <w:t xml:space="preserve"> </w:t>
      </w:r>
      <w:proofErr w:type="spellStart"/>
      <w:r>
        <w:t>Teknolojileri</w:t>
      </w:r>
      <w:proofErr w:type="spellEnd"/>
      <w:r>
        <w:t xml:space="preserve"> (BİT); </w:t>
      </w:r>
      <w:proofErr w:type="spellStart"/>
      <w:r>
        <w:t>bilgisayar</w:t>
      </w:r>
      <w:proofErr w:type="spellEnd"/>
      <w:r>
        <w:t xml:space="preserve">,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internet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bilgiye</w:t>
      </w:r>
      <w:proofErr w:type="spellEnd"/>
      <w:r>
        <w:t xml:space="preserve"> </w:t>
      </w:r>
      <w:proofErr w:type="spellStart"/>
      <w:r>
        <w:t>ulaşmamızı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iletişim</w:t>
      </w:r>
      <w:proofErr w:type="spellEnd"/>
      <w:r>
        <w:t xml:space="preserve"> </w:t>
      </w:r>
      <w:proofErr w:type="spellStart"/>
      <w:r>
        <w:t>kurmamızı</w:t>
      </w:r>
      <w:proofErr w:type="spellEnd"/>
      <w:r>
        <w:t xml:space="preserve"> </w:t>
      </w:r>
      <w:proofErr w:type="spellStart"/>
      <w:r>
        <w:t>sağlayan</w:t>
      </w:r>
      <w:proofErr w:type="spellEnd"/>
      <w:r>
        <w:t xml:space="preserve"> </w:t>
      </w:r>
      <w:proofErr w:type="spellStart"/>
      <w:r>
        <w:t>teknolojilerdir</w:t>
      </w:r>
      <w:proofErr w:type="spellEnd"/>
      <w:r>
        <w:t xml:space="preserve">.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ipucu</w:t>
      </w:r>
      <w:proofErr w:type="spellEnd"/>
      <w:r>
        <w:t xml:space="preserve"> </w:t>
      </w:r>
      <w:proofErr w:type="spellStart"/>
      <w:r>
        <w:t>kartlarından</w:t>
      </w:r>
      <w:proofErr w:type="spellEnd"/>
      <w:r>
        <w:t xml:space="preserve"> da </w:t>
      </w:r>
      <w:proofErr w:type="spellStart"/>
      <w:r>
        <w:t>yararlanarak</w:t>
      </w:r>
      <w:proofErr w:type="spellEnd"/>
      <w:r>
        <w:t xml:space="preserve"> </w:t>
      </w:r>
      <w:proofErr w:type="spellStart"/>
      <w:r>
        <w:t>BİT'in</w:t>
      </w:r>
      <w:proofErr w:type="spellEnd"/>
      <w:r>
        <w:t xml:space="preserve"> </w:t>
      </w:r>
      <w:proofErr w:type="spellStart"/>
      <w:r>
        <w:t>birey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toplum</w:t>
      </w:r>
      <w:proofErr w:type="spellEnd"/>
      <w:r>
        <w:t xml:space="preserve"> </w:t>
      </w:r>
      <w:proofErr w:type="spellStart"/>
      <w:r>
        <w:t>üzerindeki</w:t>
      </w:r>
      <w:proofErr w:type="spellEnd"/>
      <w:r>
        <w:t xml:space="preserve"> 4 </w:t>
      </w:r>
      <w:proofErr w:type="spellStart"/>
      <w:r>
        <w:t>olumlu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4 </w:t>
      </w:r>
      <w:proofErr w:type="spellStart"/>
      <w:r>
        <w:t>olumsuz</w:t>
      </w:r>
      <w:proofErr w:type="spellEnd"/>
      <w:r>
        <w:t xml:space="preserve"> </w:t>
      </w:r>
      <w:proofErr w:type="spellStart"/>
      <w:r>
        <w:t>etkisini</w:t>
      </w:r>
      <w:proofErr w:type="spellEnd"/>
      <w:r>
        <w:t xml:space="preserve"> </w:t>
      </w:r>
      <w:proofErr w:type="spellStart"/>
      <w:r>
        <w:t>tabloya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5328"/>
        <w:gridCol w:w="5328"/>
      </w:tblGrid>
      <w:tr w:rsidR="00621FBB" w14:paraId="1661C8AE" w14:textId="77777777">
        <w:trPr>
          <w:cantSplit/>
          <w:tblHeader/>
          <w:jc w:val="center"/>
        </w:trPr>
        <w:tc>
          <w:tcPr>
            <w:tcW w:w="10656" w:type="dxa"/>
            <w:gridSpan w:val="2"/>
            <w:shd w:val="clear" w:color="auto" w:fill="EDF2F7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795A404D" w14:textId="68942B3F" w:rsidR="00621FBB" w:rsidRDefault="00621FBB" w:rsidP="006972C4">
            <w:pPr>
              <w:keepNext/>
              <w:spacing w:before="40" w:after="40"/>
            </w:pPr>
          </w:p>
        </w:tc>
      </w:tr>
      <w:tr w:rsidR="00621FBB" w14:paraId="17707C51" w14:textId="77777777">
        <w:trPr>
          <w:cantSplit/>
          <w:tblHeader/>
          <w:jc w:val="center"/>
        </w:trPr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405C74AE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🌟 OLUMLU ETKİLER (4 Örnek)</w:t>
            </w:r>
          </w:p>
        </w:tc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5F51D44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⚠️ OLUMSUZ ETKİLER (4 Örnek)</w:t>
            </w:r>
          </w:p>
        </w:tc>
      </w:tr>
      <w:tr w:rsidR="00621FBB" w14:paraId="5FCC9675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15DF542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1. ....................................................................................................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C96C9E8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1. ....................................................................................................</w:t>
            </w:r>
          </w:p>
        </w:tc>
      </w:tr>
      <w:tr w:rsidR="00621FBB" w14:paraId="4DC8B0F0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6B4E3CA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2. ....................................................................................................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4939BB2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2. ....................................................................................................</w:t>
            </w:r>
          </w:p>
        </w:tc>
      </w:tr>
      <w:tr w:rsidR="00621FBB" w14:paraId="7DC04C2B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738C6A6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3. ....................................................................................................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8299184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3. ....................................................................................................</w:t>
            </w:r>
          </w:p>
        </w:tc>
      </w:tr>
      <w:tr w:rsidR="00621FBB" w14:paraId="0A624658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36F7F2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4. ....................................................................................................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8D2CF2A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4. ....................................................................................................</w:t>
            </w:r>
          </w:p>
        </w:tc>
      </w:tr>
    </w:tbl>
    <w:p w14:paraId="6F2FCA7E" w14:textId="7EBD28AD" w:rsidR="00621FBB" w:rsidRDefault="00000000">
      <w:pPr>
        <w:keepNext/>
        <w:spacing w:before="180" w:after="80"/>
      </w:pPr>
      <w:r>
        <w:rPr>
          <w:b/>
          <w:color w:val="2B6CB0"/>
        </w:rPr>
        <w:t>📌 Örnek Soru 2.</w:t>
      </w:r>
      <w:r w:rsidR="006972C4">
        <w:rPr>
          <w:b/>
          <w:color w:val="2B6CB0"/>
        </w:rPr>
        <w:t>2</w:t>
      </w:r>
      <w:r>
        <w:rPr>
          <w:b/>
          <w:color w:val="2B6CB0"/>
        </w:rPr>
        <w:t xml:space="preserve">: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bilgisayar</w:t>
      </w:r>
      <w:proofErr w:type="spellEnd"/>
      <w:r>
        <w:t xml:space="preserve"> </w:t>
      </w:r>
      <w:proofErr w:type="spellStart"/>
      <w:r>
        <w:t>karşısında</w:t>
      </w:r>
      <w:proofErr w:type="spellEnd"/>
      <w:r>
        <w:t xml:space="preserve"> </w:t>
      </w:r>
      <w:proofErr w:type="spellStart"/>
      <w:r>
        <w:t>doğru</w:t>
      </w:r>
      <w:proofErr w:type="spellEnd"/>
      <w:r>
        <w:t xml:space="preserve"> (✔)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yanlış</w:t>
      </w:r>
      <w:proofErr w:type="spellEnd"/>
      <w:r>
        <w:t xml:space="preserve"> (✘) </w:t>
      </w:r>
      <w:proofErr w:type="spellStart"/>
      <w:r>
        <w:t>oturuş</w:t>
      </w:r>
      <w:proofErr w:type="spellEnd"/>
      <w:r>
        <w:t xml:space="preserve"> </w:t>
      </w:r>
      <w:proofErr w:type="spellStart"/>
      <w:r>
        <w:t>pozisyonlarını</w:t>
      </w:r>
      <w:proofErr w:type="spellEnd"/>
      <w:r>
        <w:t xml:space="preserve"> </w:t>
      </w:r>
      <w:proofErr w:type="spellStart"/>
      <w:r>
        <w:t>gösteren</w:t>
      </w:r>
      <w:proofErr w:type="spellEnd"/>
      <w:r>
        <w:t xml:space="preserve"> </w:t>
      </w:r>
      <w:proofErr w:type="spellStart"/>
      <w:r>
        <w:t>ergonomi</w:t>
      </w:r>
      <w:proofErr w:type="spellEnd"/>
      <w:r>
        <w:t xml:space="preserve"> </w:t>
      </w:r>
      <w:proofErr w:type="spellStart"/>
      <w:r>
        <w:t>görselleri</w:t>
      </w:r>
      <w:proofErr w:type="spellEnd"/>
      <w:r>
        <w:t xml:space="preserve"> </w:t>
      </w:r>
      <w:proofErr w:type="spellStart"/>
      <w:r>
        <w:t>verilmiştir</w:t>
      </w:r>
      <w:proofErr w:type="spellEnd"/>
      <w:r>
        <w:t xml:space="preserve">. </w:t>
      </w:r>
      <w:proofErr w:type="spellStart"/>
      <w:r>
        <w:t>Fiziksel</w:t>
      </w:r>
      <w:proofErr w:type="spellEnd"/>
      <w:r>
        <w:t xml:space="preserve"> </w:t>
      </w:r>
      <w:proofErr w:type="spellStart"/>
      <w:r>
        <w:t>sağlığımızı</w:t>
      </w:r>
      <w:proofErr w:type="spellEnd"/>
      <w:r>
        <w:t xml:space="preserve"> (bel, </w:t>
      </w:r>
      <w:proofErr w:type="spellStart"/>
      <w:r>
        <w:t>boyun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göz</w:t>
      </w:r>
      <w:proofErr w:type="spellEnd"/>
      <w:r>
        <w:t xml:space="preserve"> </w:t>
      </w:r>
      <w:proofErr w:type="spellStart"/>
      <w:r>
        <w:t>sağlığı</w:t>
      </w:r>
      <w:proofErr w:type="spellEnd"/>
      <w:r>
        <w:t xml:space="preserve">) </w:t>
      </w:r>
      <w:proofErr w:type="spellStart"/>
      <w:r>
        <w:t>korumak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bilgisayar</w:t>
      </w:r>
      <w:proofErr w:type="spellEnd"/>
      <w:r>
        <w:t xml:space="preserve"> </w:t>
      </w:r>
      <w:proofErr w:type="spellStart"/>
      <w:r>
        <w:t>kullanırken</w:t>
      </w:r>
      <w:proofErr w:type="spellEnd"/>
      <w:r>
        <w:t xml:space="preserve"> </w:t>
      </w:r>
      <w:proofErr w:type="spellStart"/>
      <w:r>
        <w:t>uymamız</w:t>
      </w:r>
      <w:proofErr w:type="spellEnd"/>
      <w:r>
        <w:t xml:space="preserve"> </w:t>
      </w:r>
      <w:proofErr w:type="spellStart"/>
      <w:r>
        <w:t>gereken</w:t>
      </w:r>
      <w:proofErr w:type="spellEnd"/>
      <w:r>
        <w:t xml:space="preserve"> </w:t>
      </w:r>
      <w:proofErr w:type="spellStart"/>
      <w:r>
        <w:t>kurallardan</w:t>
      </w:r>
      <w:proofErr w:type="spellEnd"/>
      <w:r>
        <w:t xml:space="preserve"> 4 </w:t>
      </w:r>
      <w:proofErr w:type="spellStart"/>
      <w:r>
        <w:t>tanesini</w:t>
      </w:r>
      <w:proofErr w:type="spellEnd"/>
      <w:r>
        <w:t xml:space="preserve"> </w:t>
      </w:r>
      <w:proofErr w:type="spellStart"/>
      <w:r>
        <w:t>tabloya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</w:p>
    <w:p w14:paraId="177829C1" w14:textId="77777777" w:rsidR="00621FBB" w:rsidRDefault="00000000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7914D93D" wp14:editId="2FDEE103">
            <wp:extent cx="3291840" cy="172516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isma_p2_img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72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3405"/>
        <w:gridCol w:w="7511"/>
      </w:tblGrid>
      <w:tr w:rsidR="00621FBB" w14:paraId="6BA0A267" w14:textId="77777777">
        <w:trPr>
          <w:cantSplit/>
          <w:tblHeader/>
          <w:jc w:val="center"/>
        </w:trPr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77E68CD4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Ergonomi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Kuralı</w:t>
            </w:r>
            <w:proofErr w:type="spellEnd"/>
          </w:p>
        </w:tc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2B5984D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Bilgisayar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Karşısında</w:t>
            </w:r>
            <w:proofErr w:type="spellEnd"/>
            <w:r>
              <w:rPr>
                <w:b/>
                <w:color w:val="1A365D"/>
                <w:sz w:val="21"/>
              </w:rPr>
              <w:t xml:space="preserve"> Doğru </w:t>
            </w:r>
            <w:proofErr w:type="spellStart"/>
            <w:r>
              <w:rPr>
                <w:b/>
                <w:color w:val="1A365D"/>
                <w:sz w:val="21"/>
              </w:rPr>
              <w:t>Oturuş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ve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Fiziksel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Güvenlik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İlkesi</w:t>
            </w:r>
            <w:proofErr w:type="spellEnd"/>
          </w:p>
        </w:tc>
      </w:tr>
      <w:tr w:rsidR="00621FBB" w14:paraId="38BC1840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C8340D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🪑 1. </w:t>
            </w:r>
            <w:proofErr w:type="spellStart"/>
            <w:r>
              <w:rPr>
                <w:b/>
                <w:color w:val="1A365D"/>
                <w:sz w:val="20"/>
              </w:rPr>
              <w:t>Ekran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Mesafesi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ve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Yüksekliği</w:t>
            </w:r>
            <w:proofErr w:type="spellEnd"/>
            <w:r>
              <w:rPr>
                <w:b/>
                <w:color w:val="1A365D"/>
                <w:sz w:val="20"/>
              </w:rPr>
              <w:t xml:space="preserve">: 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25BD9B7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3C8EFBE4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2FB0FC4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🧍 2. </w:t>
            </w:r>
            <w:proofErr w:type="spellStart"/>
            <w:r>
              <w:rPr>
                <w:b/>
                <w:color w:val="1A365D"/>
                <w:sz w:val="20"/>
              </w:rPr>
              <w:t>Sırt</w:t>
            </w:r>
            <w:proofErr w:type="spellEnd"/>
            <w:r>
              <w:rPr>
                <w:b/>
                <w:color w:val="1A365D"/>
                <w:sz w:val="20"/>
              </w:rPr>
              <w:t xml:space="preserve">, </w:t>
            </w:r>
            <w:proofErr w:type="spellStart"/>
            <w:r>
              <w:rPr>
                <w:b/>
                <w:color w:val="1A365D"/>
                <w:sz w:val="20"/>
              </w:rPr>
              <w:t>Boyun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ve</w:t>
            </w:r>
            <w:proofErr w:type="spellEnd"/>
            <w:r>
              <w:rPr>
                <w:b/>
                <w:color w:val="1A365D"/>
                <w:sz w:val="20"/>
              </w:rPr>
              <w:t xml:space="preserve"> Bel </w:t>
            </w:r>
            <w:proofErr w:type="spellStart"/>
            <w:r>
              <w:rPr>
                <w:b/>
                <w:color w:val="1A365D"/>
                <w:sz w:val="20"/>
              </w:rPr>
              <w:t>Duruşu</w:t>
            </w:r>
            <w:proofErr w:type="spellEnd"/>
            <w:r>
              <w:rPr>
                <w:b/>
                <w:color w:val="1A365D"/>
                <w:sz w:val="20"/>
              </w:rPr>
              <w:t xml:space="preserve">: 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49894BE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5FAB8CEB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4621C83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🦵 3. Kol, Bilek </w:t>
            </w:r>
            <w:proofErr w:type="spellStart"/>
            <w:r>
              <w:rPr>
                <w:b/>
                <w:color w:val="1A365D"/>
                <w:sz w:val="20"/>
              </w:rPr>
              <w:t>ve</w:t>
            </w:r>
            <w:proofErr w:type="spellEnd"/>
            <w:r>
              <w:rPr>
                <w:b/>
                <w:color w:val="1A365D"/>
                <w:sz w:val="20"/>
              </w:rPr>
              <w:t xml:space="preserve"> Ayak Konumu: 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2ECC0C1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40029C39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34A0749" w14:textId="77777777" w:rsidR="00621FBB" w:rsidRDefault="00000000">
            <w:pPr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⏱️ 4. Mola </w:t>
            </w:r>
            <w:proofErr w:type="spellStart"/>
            <w:r>
              <w:rPr>
                <w:b/>
                <w:color w:val="1A365D"/>
                <w:sz w:val="20"/>
              </w:rPr>
              <w:t>ve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Dinlenme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Süresi</w:t>
            </w:r>
            <w:proofErr w:type="spellEnd"/>
            <w:r>
              <w:rPr>
                <w:b/>
                <w:color w:val="1A365D"/>
                <w:sz w:val="20"/>
              </w:rPr>
              <w:t xml:space="preserve">: 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A065548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</w:tbl>
    <w:p w14:paraId="3F301438" w14:textId="3EFD5606" w:rsidR="00621FBB" w:rsidRDefault="00000000">
      <w:pPr>
        <w:keepNext/>
        <w:spacing w:before="180" w:after="80"/>
      </w:pPr>
      <w:r>
        <w:rPr>
          <w:b/>
          <w:color w:val="2B6CB0"/>
        </w:rPr>
        <w:lastRenderedPageBreak/>
        <w:t>📌 Örnek Soru 2.</w:t>
      </w:r>
      <w:r w:rsidR="006972C4">
        <w:rPr>
          <w:b/>
          <w:color w:val="2B6CB0"/>
        </w:rPr>
        <w:t>3</w:t>
      </w:r>
      <w:r>
        <w:rPr>
          <w:b/>
          <w:color w:val="2B6CB0"/>
        </w:rPr>
        <w:t xml:space="preserve">: </w:t>
      </w:r>
      <w:proofErr w:type="spellStart"/>
      <w:r>
        <w:t>Görselde</w:t>
      </w:r>
      <w:proofErr w:type="spellEnd"/>
      <w:r>
        <w:t xml:space="preserve"> </w:t>
      </w:r>
      <w:proofErr w:type="spellStart"/>
      <w:r>
        <w:t>Pınar'ın</w:t>
      </w:r>
      <w:proofErr w:type="spellEnd"/>
      <w:r>
        <w:t xml:space="preserve"> </w:t>
      </w:r>
      <w:proofErr w:type="spellStart"/>
      <w:r>
        <w:t>hafta</w:t>
      </w:r>
      <w:proofErr w:type="spellEnd"/>
      <w:r>
        <w:t xml:space="preserve"> </w:t>
      </w:r>
      <w:proofErr w:type="spellStart"/>
      <w:r>
        <w:t>sonu</w:t>
      </w:r>
      <w:proofErr w:type="spellEnd"/>
      <w:r>
        <w:t xml:space="preserve"> </w:t>
      </w:r>
      <w:proofErr w:type="spellStart"/>
      <w:r>
        <w:t>kuzenleriyle</w:t>
      </w:r>
      <w:proofErr w:type="spellEnd"/>
      <w:r>
        <w:t xml:space="preserve"> </w:t>
      </w:r>
      <w:proofErr w:type="spellStart"/>
      <w:r>
        <w:t>vakit</w:t>
      </w:r>
      <w:proofErr w:type="spellEnd"/>
      <w:r>
        <w:t xml:space="preserve"> </w:t>
      </w:r>
      <w:proofErr w:type="spellStart"/>
      <w:r>
        <w:t>geçirmek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araya</w:t>
      </w:r>
      <w:proofErr w:type="spellEnd"/>
      <w:r>
        <w:t xml:space="preserve"> </w:t>
      </w:r>
      <w:proofErr w:type="spellStart"/>
      <w:r>
        <w:t>geldiği</w:t>
      </w:r>
      <w:proofErr w:type="spellEnd"/>
      <w:r>
        <w:t xml:space="preserve">, </w:t>
      </w:r>
      <w:proofErr w:type="spellStart"/>
      <w:r>
        <w:t>ancak</w:t>
      </w:r>
      <w:proofErr w:type="spellEnd"/>
      <w:r>
        <w:t xml:space="preserve"> </w:t>
      </w:r>
      <w:proofErr w:type="spellStart"/>
      <w:r>
        <w:t>kuzenlerinin</w:t>
      </w:r>
      <w:proofErr w:type="spellEnd"/>
      <w:r>
        <w:t xml:space="preserve"> </w:t>
      </w:r>
      <w:proofErr w:type="spellStart"/>
      <w:r>
        <w:t>buluşma</w:t>
      </w:r>
      <w:proofErr w:type="spellEnd"/>
      <w:r>
        <w:t xml:space="preserve"> </w:t>
      </w:r>
      <w:proofErr w:type="spellStart"/>
      <w:r>
        <w:t>boyunca</w:t>
      </w:r>
      <w:proofErr w:type="spellEnd"/>
      <w:r>
        <w:t xml:space="preserve"> </w:t>
      </w:r>
      <w:proofErr w:type="spellStart"/>
      <w:r>
        <w:t>sürekli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tabletleriyle</w:t>
      </w:r>
      <w:proofErr w:type="spellEnd"/>
      <w:r>
        <w:t xml:space="preserve"> </w:t>
      </w:r>
      <w:proofErr w:type="spellStart"/>
      <w:r>
        <w:t>ilgilenip</w:t>
      </w:r>
      <w:proofErr w:type="spellEnd"/>
      <w:r>
        <w:t xml:space="preserve"> </w:t>
      </w:r>
      <w:proofErr w:type="spellStart"/>
      <w:r>
        <w:t>Pınar'la</w:t>
      </w:r>
      <w:proofErr w:type="spellEnd"/>
      <w:r>
        <w:t xml:space="preserve"> </w:t>
      </w:r>
      <w:proofErr w:type="spellStart"/>
      <w:r>
        <w:t>hiç</w:t>
      </w:r>
      <w:proofErr w:type="spellEnd"/>
      <w:r>
        <w:t xml:space="preserve"> </w:t>
      </w:r>
      <w:proofErr w:type="spellStart"/>
      <w:r>
        <w:t>konuşmadığı</w:t>
      </w:r>
      <w:proofErr w:type="spellEnd"/>
      <w:r>
        <w:t xml:space="preserve"> </w:t>
      </w:r>
      <w:proofErr w:type="spellStart"/>
      <w:r>
        <w:t>görülmektedir</w:t>
      </w:r>
      <w:proofErr w:type="spellEnd"/>
      <w:r>
        <w:t xml:space="preserve">. Bu </w:t>
      </w:r>
      <w:proofErr w:type="spellStart"/>
      <w:r>
        <w:t>olaydan</w:t>
      </w:r>
      <w:proofErr w:type="spellEnd"/>
      <w:r>
        <w:t xml:space="preserve"> </w:t>
      </w:r>
      <w:proofErr w:type="spellStart"/>
      <w:r>
        <w:t>hareketle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soruları</w:t>
      </w:r>
      <w:proofErr w:type="spellEnd"/>
      <w:r>
        <w:t xml:space="preserve"> </w:t>
      </w:r>
      <w:proofErr w:type="spellStart"/>
      <w:r>
        <w:t>cevaplayınız</w:t>
      </w:r>
      <w:proofErr w:type="spellEnd"/>
      <w:r>
        <w:t>.</w:t>
      </w:r>
    </w:p>
    <w:p w14:paraId="32847632" w14:textId="77777777" w:rsidR="00621FBB" w:rsidRDefault="00000000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146B00A4" wp14:editId="6804512B">
            <wp:extent cx="4937760" cy="16469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isma_p2_img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164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3405"/>
        <w:gridCol w:w="7511"/>
      </w:tblGrid>
      <w:tr w:rsidR="00621FBB" w14:paraId="49835E13" w14:textId="77777777">
        <w:trPr>
          <w:cantSplit/>
          <w:tblHeader/>
          <w:jc w:val="center"/>
        </w:trPr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1EB72B71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Değerlendirme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Sorusu</w:t>
            </w:r>
            <w:proofErr w:type="spellEnd"/>
          </w:p>
        </w:tc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740A4844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Açıklamanız</w:t>
            </w:r>
            <w:proofErr w:type="spellEnd"/>
            <w:r>
              <w:rPr>
                <w:b/>
                <w:color w:val="1A365D"/>
                <w:sz w:val="21"/>
              </w:rPr>
              <w:t xml:space="preserve"> / </w:t>
            </w:r>
            <w:proofErr w:type="spellStart"/>
            <w:r>
              <w:rPr>
                <w:b/>
                <w:color w:val="1A365D"/>
                <w:sz w:val="21"/>
              </w:rPr>
              <w:t>Cevabınız</w:t>
            </w:r>
            <w:proofErr w:type="spellEnd"/>
          </w:p>
        </w:tc>
      </w:tr>
      <w:tr w:rsidR="00621FBB" w14:paraId="6DFCD61F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FBCE507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1) </w:t>
            </w:r>
            <w:proofErr w:type="spellStart"/>
            <w:r>
              <w:rPr>
                <w:b/>
                <w:color w:val="1A365D"/>
                <w:sz w:val="20"/>
              </w:rPr>
              <w:t>İnsan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İlişkilerine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Olumsuz</w:t>
            </w:r>
            <w:proofErr w:type="spellEnd"/>
            <w:r>
              <w:rPr>
                <w:b/>
                <w:color w:val="1A365D"/>
                <w:sz w:val="20"/>
              </w:rPr>
              <w:t xml:space="preserve"> Etkisi: </w:t>
            </w:r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Bilişim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teknolojilerinin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aşırı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kullanımı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yüz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yüze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iletişimi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aile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arkadaş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bağlarını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nasıl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etkiler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CAB2D7D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  <w:r>
              <w:rPr>
                <w:sz w:val="20"/>
              </w:rPr>
              <w:br/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4F03018F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7AF4891" w14:textId="77777777" w:rsidR="00621FBB" w:rsidRDefault="00000000">
            <w:pPr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2) Doğru </w:t>
            </w:r>
            <w:proofErr w:type="spellStart"/>
            <w:r>
              <w:rPr>
                <w:b/>
                <w:color w:val="1A365D"/>
                <w:sz w:val="20"/>
              </w:rPr>
              <w:t>Davranış</w:t>
            </w:r>
            <w:proofErr w:type="spellEnd"/>
            <w:r>
              <w:rPr>
                <w:b/>
                <w:color w:val="1A365D"/>
                <w:sz w:val="20"/>
              </w:rPr>
              <w:t xml:space="preserve"> Önerisi: </w:t>
            </w:r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Bilişim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teknolojilerinin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bilinçli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kullanımı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açısından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Pınar'ın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kuzenleri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nasıl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davranmalıydı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A7FAC55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  <w:r>
              <w:rPr>
                <w:sz w:val="20"/>
              </w:rPr>
              <w:br/>
              <w:t>................................................................................................................................................</w:t>
            </w:r>
          </w:p>
        </w:tc>
      </w:tr>
    </w:tbl>
    <w:p w14:paraId="5B056D4C" w14:textId="6184ECE9" w:rsidR="00621FBB" w:rsidRDefault="00000000">
      <w:pPr>
        <w:keepNext/>
        <w:shd w:val="clear" w:color="auto" w:fill="1A365D"/>
        <w:spacing w:before="280" w:after="120"/>
      </w:pPr>
      <w:r>
        <w:rPr>
          <w:b/>
          <w:color w:val="FFFFFF"/>
          <w:sz w:val="23"/>
        </w:rPr>
        <w:lastRenderedPageBreak/>
        <w:t xml:space="preserve">  🎯 3. KAZANIM: BTY.5.1.3. </w:t>
      </w:r>
      <w:proofErr w:type="spellStart"/>
      <w:r>
        <w:rPr>
          <w:b/>
          <w:color w:val="FFFFFF"/>
          <w:sz w:val="23"/>
        </w:rPr>
        <w:t>Dijital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vatandaşlık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uygulamalarını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sınıflandırabilme</w:t>
      </w:r>
      <w:proofErr w:type="spellEnd"/>
      <w:r>
        <w:rPr>
          <w:b/>
          <w:color w:val="FFFFFF"/>
          <w:sz w:val="23"/>
        </w:rPr>
        <w:t xml:space="preserve"> (3. </w:t>
      </w:r>
      <w:proofErr w:type="spellStart"/>
      <w:r>
        <w:rPr>
          <w:b/>
          <w:color w:val="FFFFFF"/>
          <w:sz w:val="23"/>
        </w:rPr>
        <w:t>Hafta</w:t>
      </w:r>
      <w:proofErr w:type="spellEnd"/>
      <w:r>
        <w:rPr>
          <w:b/>
          <w:color w:val="FFFFFF"/>
          <w:sz w:val="23"/>
        </w:rPr>
        <w:t xml:space="preserve">: </w:t>
      </w:r>
      <w:r w:rsidR="006972C4">
        <w:rPr>
          <w:b/>
          <w:color w:val="FFFFFF"/>
          <w:sz w:val="23"/>
        </w:rPr>
        <w:t>2</w:t>
      </w:r>
      <w:r>
        <w:rPr>
          <w:b/>
          <w:color w:val="FFFFFF"/>
          <w:sz w:val="23"/>
        </w:rPr>
        <w:t xml:space="preserve"> Soru)</w:t>
      </w:r>
    </w:p>
    <w:p w14:paraId="2D307FBF" w14:textId="38A19987" w:rsidR="006972C4" w:rsidRDefault="006972C4">
      <w:pPr>
        <w:keepNext/>
        <w:spacing w:before="180" w:after="80"/>
        <w:rPr>
          <w:b/>
          <w:color w:val="2B6CB0"/>
        </w:rPr>
      </w:pPr>
      <w:r>
        <w:rPr>
          <w:noProof/>
        </w:rPr>
        <w:drawing>
          <wp:inline distT="0" distB="0" distL="0" distR="0" wp14:anchorId="2A8BB366" wp14:editId="4C6E2459">
            <wp:extent cx="4937760" cy="141822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isma_p3_img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141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460B7" w14:textId="4A143ED3" w:rsidR="00621FBB" w:rsidRDefault="00000000" w:rsidP="006972C4">
      <w:pPr>
        <w:keepNext/>
        <w:spacing w:before="180" w:after="80"/>
      </w:pPr>
      <w:r>
        <w:rPr>
          <w:b/>
          <w:color w:val="2B6CB0"/>
        </w:rPr>
        <w:t xml:space="preserve">📌 Örnek Soru 3.1: </w:t>
      </w:r>
      <w:proofErr w:type="spellStart"/>
      <w:r>
        <w:t>Yukarıdaki</w:t>
      </w:r>
      <w:proofErr w:type="spellEnd"/>
      <w:r>
        <w:t xml:space="preserve"> </w:t>
      </w:r>
      <w:proofErr w:type="spellStart"/>
      <w:r>
        <w:t>görselde</w:t>
      </w:r>
      <w:proofErr w:type="spellEnd"/>
      <w:r>
        <w:t xml:space="preserve"> </w:t>
      </w:r>
      <w:proofErr w:type="spellStart"/>
      <w:r>
        <w:t>numaralandırılmış</w:t>
      </w:r>
      <w:proofErr w:type="spellEnd"/>
      <w:r>
        <w:t xml:space="preserve"> </w:t>
      </w:r>
      <w:proofErr w:type="spellStart"/>
      <w:r>
        <w:t>ülkemizdeki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dijital</w:t>
      </w:r>
      <w:proofErr w:type="spellEnd"/>
      <w:r>
        <w:t xml:space="preserve"> </w:t>
      </w:r>
      <w:proofErr w:type="spellStart"/>
      <w:r>
        <w:t>vatandaşlık</w:t>
      </w:r>
      <w:proofErr w:type="spellEnd"/>
      <w:r>
        <w:t xml:space="preserve"> </w:t>
      </w:r>
      <w:proofErr w:type="spellStart"/>
      <w:r>
        <w:t>uygulamalarının</w:t>
      </w:r>
      <w:proofErr w:type="spellEnd"/>
      <w:r>
        <w:t xml:space="preserve"> </w:t>
      </w:r>
      <w:proofErr w:type="spellStart"/>
      <w:r>
        <w:t>logoları</w:t>
      </w:r>
      <w:proofErr w:type="spellEnd"/>
      <w:r>
        <w:t xml:space="preserve"> </w:t>
      </w:r>
      <w:proofErr w:type="spellStart"/>
      <w:r>
        <w:t>verilmiştir</w:t>
      </w:r>
      <w:proofErr w:type="spellEnd"/>
      <w:r>
        <w:t xml:space="preserve">. Bu </w:t>
      </w:r>
      <w:proofErr w:type="spellStart"/>
      <w:r>
        <w:t>uygulamaları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e-Devlet/e-</w:t>
      </w:r>
      <w:proofErr w:type="spellStart"/>
      <w:r>
        <w:t>Okul</w:t>
      </w:r>
      <w:proofErr w:type="spellEnd"/>
      <w:r>
        <w:t xml:space="preserve"> </w:t>
      </w:r>
      <w:proofErr w:type="spellStart"/>
      <w:r>
        <w:t>sistemlerini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görev</w:t>
      </w:r>
      <w:proofErr w:type="spellEnd"/>
      <w:r>
        <w:t xml:space="preserve"> </w:t>
      </w:r>
      <w:proofErr w:type="spellStart"/>
      <w:r>
        <w:t>tanımlarıyla</w:t>
      </w:r>
      <w:proofErr w:type="spellEnd"/>
      <w:r>
        <w:t xml:space="preserve"> </w:t>
      </w:r>
      <w:proofErr w:type="spellStart"/>
      <w:r>
        <w:t>eşleştirerek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alanlarını</w:t>
      </w:r>
      <w:proofErr w:type="spellEnd"/>
      <w:r>
        <w:t xml:space="preserve"> (</w:t>
      </w:r>
      <w:proofErr w:type="spellStart"/>
      <w:r>
        <w:t>Eğitim</w:t>
      </w:r>
      <w:proofErr w:type="spellEnd"/>
      <w:r>
        <w:t xml:space="preserve"> / </w:t>
      </w:r>
      <w:proofErr w:type="spellStart"/>
      <w:r>
        <w:t>Sağlık</w:t>
      </w:r>
      <w:proofErr w:type="spellEnd"/>
      <w:r>
        <w:t xml:space="preserve"> / Kamu) </w:t>
      </w:r>
      <w:proofErr w:type="spellStart"/>
      <w:r>
        <w:t>yazınız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621FBB" w14:paraId="20A2F2E9" w14:textId="77777777">
        <w:trPr>
          <w:cantSplit/>
          <w:tblHeader/>
          <w:jc w:val="center"/>
        </w:trPr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51F292B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Uygulamanın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Görevi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ve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Açıklaması</w:t>
            </w:r>
            <w:proofErr w:type="spellEnd"/>
          </w:p>
        </w:tc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077B248D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 xml:space="preserve">Logo No / </w:t>
            </w:r>
            <w:proofErr w:type="spellStart"/>
            <w:r>
              <w:rPr>
                <w:b/>
                <w:color w:val="1A365D"/>
                <w:sz w:val="21"/>
              </w:rPr>
              <w:t>Uygulama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Adı</w:t>
            </w:r>
            <w:proofErr w:type="spellEnd"/>
          </w:p>
        </w:tc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1A35E51B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Kullanım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Alanı</w:t>
            </w:r>
            <w:proofErr w:type="spellEnd"/>
            <w:r>
              <w:rPr>
                <w:b/>
                <w:color w:val="1A365D"/>
                <w:sz w:val="21"/>
              </w:rPr>
              <w:br/>
              <w:t>(</w:t>
            </w:r>
            <w:proofErr w:type="spellStart"/>
            <w:r>
              <w:rPr>
                <w:b/>
                <w:color w:val="1A365D"/>
                <w:sz w:val="21"/>
              </w:rPr>
              <w:t>Eğitim</w:t>
            </w:r>
            <w:proofErr w:type="spellEnd"/>
            <w:r>
              <w:rPr>
                <w:b/>
                <w:color w:val="1A365D"/>
                <w:sz w:val="21"/>
              </w:rPr>
              <w:t xml:space="preserve"> / </w:t>
            </w:r>
            <w:proofErr w:type="spellStart"/>
            <w:r>
              <w:rPr>
                <w:b/>
                <w:color w:val="1A365D"/>
                <w:sz w:val="21"/>
              </w:rPr>
              <w:t>Sağlık</w:t>
            </w:r>
            <w:proofErr w:type="spellEnd"/>
            <w:r>
              <w:rPr>
                <w:b/>
                <w:color w:val="1A365D"/>
                <w:sz w:val="21"/>
              </w:rPr>
              <w:t xml:space="preserve"> / Kamu)</w:t>
            </w:r>
          </w:p>
        </w:tc>
      </w:tr>
      <w:tr w:rsidR="00621FBB" w14:paraId="41A54B36" w14:textId="77777777">
        <w:trPr>
          <w:cantSplit/>
          <w:jc w:val="center"/>
        </w:trPr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64D8DA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a) MEB </w:t>
            </w:r>
            <w:proofErr w:type="spellStart"/>
            <w:r>
              <w:rPr>
                <w:sz w:val="20"/>
              </w:rPr>
              <w:t>tarafından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geliştirilen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öğretmen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öğrencilerin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ders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içeriklerine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ulaştığı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sosyal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eğitim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platformu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840955E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[ ...... ] .................................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0AEEC20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</w:tr>
      <w:tr w:rsidR="00621FBB" w14:paraId="2455E543" w14:textId="77777777">
        <w:trPr>
          <w:cantSplit/>
          <w:jc w:val="center"/>
        </w:trPr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D432A4F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b) </w:t>
            </w:r>
            <w:proofErr w:type="spellStart"/>
            <w:r>
              <w:rPr>
                <w:sz w:val="20"/>
              </w:rPr>
              <w:t>Vatandaşların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kişisel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sağlık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kayıtlarına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tahlil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sonuçlarına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reçetelerine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ulaştığı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Sağlık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Bakanlığı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uygulaması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4BB14C9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[ ...... ] .................................</w:t>
            </w:r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8190EB3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</w:tr>
      <w:tr w:rsidR="00621FBB" w14:paraId="48E1DE4F" w14:textId="77777777">
        <w:trPr>
          <w:cantSplit/>
          <w:jc w:val="center"/>
        </w:trPr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E48F4F7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c) </w:t>
            </w:r>
            <w:proofErr w:type="spellStart"/>
            <w:r>
              <w:rPr>
                <w:sz w:val="20"/>
              </w:rPr>
              <w:t>Ortaokul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lise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öğrencileri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için</w:t>
            </w:r>
            <w:proofErr w:type="spellEnd"/>
            <w:r>
              <w:rPr>
                <w:sz w:val="20"/>
              </w:rPr>
              <w:t xml:space="preserve"> MEB </w:t>
            </w:r>
            <w:proofErr w:type="spellStart"/>
            <w:r>
              <w:rPr>
                <w:sz w:val="20"/>
              </w:rPr>
              <w:t>tarafından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geliştirilen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yapay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zekâ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destekli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bireysel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öğrenme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platformu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FEA4EFF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[ ...... ] .................................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AE54701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</w:tr>
      <w:tr w:rsidR="00621FBB" w14:paraId="7ABC47A6" w14:textId="77777777">
        <w:trPr>
          <w:cantSplit/>
          <w:jc w:val="center"/>
        </w:trPr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C1A5ABD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d) </w:t>
            </w:r>
            <w:proofErr w:type="spellStart"/>
            <w:r>
              <w:rPr>
                <w:sz w:val="20"/>
              </w:rPr>
              <w:t>Hastaneye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gitmeden</w:t>
            </w:r>
            <w:proofErr w:type="spellEnd"/>
            <w:r>
              <w:rPr>
                <w:sz w:val="20"/>
              </w:rPr>
              <w:t xml:space="preserve"> internet </w:t>
            </w:r>
            <w:proofErr w:type="spellStart"/>
            <w:r>
              <w:rPr>
                <w:sz w:val="20"/>
              </w:rPr>
              <w:t>veya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telefon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üzerinden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doktor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randevusu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almayı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sağlayan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A17B690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[ ...... ] .................................</w:t>
            </w:r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AC38B1A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</w:tr>
      <w:tr w:rsidR="00621FBB" w14:paraId="01821A77" w14:textId="77777777">
        <w:trPr>
          <w:cantSplit/>
          <w:jc w:val="center"/>
        </w:trPr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4159807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e) </w:t>
            </w:r>
            <w:proofErr w:type="spellStart"/>
            <w:r>
              <w:rPr>
                <w:sz w:val="20"/>
              </w:rPr>
              <w:t>Tüm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kamu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kurumlarına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ait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resmi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işlemlerin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adres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belgesi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vergi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adli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sicil</w:t>
            </w:r>
            <w:proofErr w:type="spellEnd"/>
            <w:r>
              <w:rPr>
                <w:sz w:val="20"/>
              </w:rPr>
              <w:t xml:space="preserve"> vb.) </w:t>
            </w:r>
            <w:proofErr w:type="spellStart"/>
            <w:r>
              <w:rPr>
                <w:sz w:val="20"/>
              </w:rPr>
              <w:t>tek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kapıdan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yapıldığı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</w:t>
            </w:r>
            <w:proofErr w:type="spellEnd"/>
            <w:r>
              <w:rPr>
                <w:sz w:val="20"/>
              </w:rPr>
              <w:t xml:space="preserve"> (turkiye.gov.tr):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B760D99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🇹🇷 e-Devlet </w:t>
            </w:r>
            <w:proofErr w:type="spellStart"/>
            <w:r>
              <w:rPr>
                <w:sz w:val="20"/>
              </w:rPr>
              <w:t>Kapısı</w:t>
            </w:r>
            <w:proofErr w:type="spellEnd"/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AF4843E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</w:tr>
      <w:tr w:rsidR="00621FBB" w14:paraId="60CCB7E9" w14:textId="77777777">
        <w:trPr>
          <w:cantSplit/>
          <w:jc w:val="center"/>
        </w:trPr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73DF5D5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 xml:space="preserve">f) </w:t>
            </w:r>
            <w:proofErr w:type="spellStart"/>
            <w:r>
              <w:rPr>
                <w:sz w:val="20"/>
              </w:rPr>
              <w:t>Öğrencilerin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sınav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notlarını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devamsızlık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bilgilerini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ders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programlarını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takip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ettiği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okul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yönetim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sistemi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F0CEBD6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🏫 e-</w:t>
            </w:r>
            <w:proofErr w:type="spellStart"/>
            <w:r>
              <w:rPr>
                <w:sz w:val="20"/>
              </w:rPr>
              <w:t>Okul</w:t>
            </w:r>
            <w:proofErr w:type="spellEnd"/>
            <w:r>
              <w:rPr>
                <w:sz w:val="20"/>
              </w:rPr>
              <w:t xml:space="preserve"> Veli </w:t>
            </w:r>
            <w:proofErr w:type="spellStart"/>
            <w:r>
              <w:rPr>
                <w:sz w:val="20"/>
              </w:rPr>
              <w:t>Bilgilendirme</w:t>
            </w:r>
            <w:proofErr w:type="spellEnd"/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DC02EB5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</w:t>
            </w:r>
          </w:p>
        </w:tc>
      </w:tr>
    </w:tbl>
    <w:p w14:paraId="013DAA35" w14:textId="77777777" w:rsidR="006972C4" w:rsidRDefault="006972C4">
      <w:pPr>
        <w:keepNext/>
        <w:spacing w:before="180" w:after="80"/>
        <w:rPr>
          <w:b/>
          <w:color w:val="2B6CB0"/>
        </w:rPr>
      </w:pPr>
    </w:p>
    <w:p w14:paraId="59139BC0" w14:textId="77777777" w:rsidR="006972C4" w:rsidRDefault="006972C4">
      <w:pPr>
        <w:keepNext/>
        <w:spacing w:before="180" w:after="80"/>
        <w:rPr>
          <w:b/>
          <w:color w:val="2B6CB0"/>
        </w:rPr>
      </w:pPr>
    </w:p>
    <w:p w14:paraId="37DFDAFF" w14:textId="77777777" w:rsidR="006972C4" w:rsidRDefault="006972C4">
      <w:pPr>
        <w:keepNext/>
        <w:spacing w:before="180" w:after="80"/>
        <w:rPr>
          <w:b/>
          <w:color w:val="2B6CB0"/>
        </w:rPr>
      </w:pPr>
    </w:p>
    <w:p w14:paraId="5CBFF457" w14:textId="77777777" w:rsidR="006972C4" w:rsidRDefault="006972C4">
      <w:pPr>
        <w:keepNext/>
        <w:spacing w:before="180" w:after="80"/>
        <w:rPr>
          <w:b/>
          <w:color w:val="2B6CB0"/>
        </w:rPr>
      </w:pPr>
    </w:p>
    <w:p w14:paraId="5F58F077" w14:textId="751EC105" w:rsidR="00621FBB" w:rsidRDefault="00000000">
      <w:pPr>
        <w:keepNext/>
        <w:spacing w:before="180" w:after="80"/>
      </w:pPr>
      <w:r>
        <w:rPr>
          <w:b/>
          <w:color w:val="2B6CB0"/>
        </w:rPr>
        <w:t>📌 Örnek Soru 3.</w:t>
      </w:r>
      <w:r w:rsidR="006972C4">
        <w:rPr>
          <w:b/>
          <w:color w:val="2B6CB0"/>
        </w:rPr>
        <w:t>2</w:t>
      </w:r>
      <w:r>
        <w:rPr>
          <w:b/>
          <w:color w:val="2B6CB0"/>
        </w:rPr>
        <w:t xml:space="preserve">: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görselde</w:t>
      </w:r>
      <w:proofErr w:type="spellEnd"/>
      <w:r>
        <w:t xml:space="preserve"> </w:t>
      </w:r>
      <w:proofErr w:type="spellStart"/>
      <w:r>
        <w:t>Ece'nin</w:t>
      </w:r>
      <w:proofErr w:type="spellEnd"/>
      <w:r>
        <w:t xml:space="preserve">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medya</w:t>
      </w:r>
      <w:proofErr w:type="spellEnd"/>
      <w:r>
        <w:t xml:space="preserve"> </w:t>
      </w:r>
      <w:proofErr w:type="spellStart"/>
      <w:r>
        <w:t>hesabında</w:t>
      </w:r>
      <w:proofErr w:type="spellEnd"/>
      <w:r>
        <w:t xml:space="preserve"> </w:t>
      </w:r>
      <w:proofErr w:type="spellStart"/>
      <w:r>
        <w:t>arkadaşlarının</w:t>
      </w:r>
      <w:proofErr w:type="spellEnd"/>
      <w:r>
        <w:t xml:space="preserve"> </w:t>
      </w:r>
      <w:proofErr w:type="spellStart"/>
      <w:r>
        <w:t>fotoğraflarını</w:t>
      </w:r>
      <w:proofErr w:type="spellEnd"/>
      <w:r>
        <w:t xml:space="preserve"> </w:t>
      </w:r>
      <w:proofErr w:type="spellStart"/>
      <w:r>
        <w:t>paylaştığı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çeşitli</w:t>
      </w:r>
      <w:proofErr w:type="spellEnd"/>
      <w:r>
        <w:t xml:space="preserve"> </w:t>
      </w:r>
      <w:proofErr w:type="spellStart"/>
      <w:r>
        <w:t>gönderilere</w:t>
      </w:r>
      <w:proofErr w:type="spellEnd"/>
      <w:r>
        <w:t xml:space="preserve"> </w:t>
      </w:r>
      <w:proofErr w:type="spellStart"/>
      <w:r>
        <w:t>herkese</w:t>
      </w:r>
      <w:proofErr w:type="spellEnd"/>
      <w:r>
        <w:t xml:space="preserve">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yorumlar</w:t>
      </w:r>
      <w:proofErr w:type="spellEnd"/>
      <w:r>
        <w:t xml:space="preserve"> </w:t>
      </w:r>
      <w:proofErr w:type="spellStart"/>
      <w:r>
        <w:t>yaptığı</w:t>
      </w:r>
      <w:proofErr w:type="spellEnd"/>
      <w:r>
        <w:t xml:space="preserve"> </w:t>
      </w:r>
      <w:proofErr w:type="spellStart"/>
      <w:r>
        <w:t>görülmektedir</w:t>
      </w:r>
      <w:proofErr w:type="spellEnd"/>
      <w:r>
        <w:t xml:space="preserve">. </w:t>
      </w:r>
      <w:proofErr w:type="spellStart"/>
      <w:r>
        <w:t>Görselden</w:t>
      </w:r>
      <w:proofErr w:type="spellEnd"/>
      <w:r>
        <w:t xml:space="preserve"> </w:t>
      </w:r>
      <w:proofErr w:type="spellStart"/>
      <w:r>
        <w:t>hareketle</w:t>
      </w:r>
      <w:proofErr w:type="spellEnd"/>
      <w:r>
        <w:t xml:space="preserve"> '</w:t>
      </w:r>
      <w:proofErr w:type="spellStart"/>
      <w:r>
        <w:t>Dijital</w:t>
      </w:r>
      <w:proofErr w:type="spellEnd"/>
      <w:r>
        <w:t xml:space="preserve"> Ayak İzi' </w:t>
      </w:r>
      <w:proofErr w:type="spellStart"/>
      <w:r>
        <w:t>ve</w:t>
      </w:r>
      <w:proofErr w:type="spellEnd"/>
      <w:r>
        <w:t xml:space="preserve"> '</w:t>
      </w:r>
      <w:proofErr w:type="spellStart"/>
      <w:r>
        <w:t>Dijital</w:t>
      </w:r>
      <w:proofErr w:type="spellEnd"/>
      <w:r>
        <w:t xml:space="preserve"> </w:t>
      </w:r>
      <w:proofErr w:type="spellStart"/>
      <w:r>
        <w:t>Kimlik</w:t>
      </w:r>
      <w:proofErr w:type="spellEnd"/>
      <w:r>
        <w:t xml:space="preserve">' </w:t>
      </w:r>
      <w:proofErr w:type="spellStart"/>
      <w:r>
        <w:t>kavramlarıyla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soruları</w:t>
      </w:r>
      <w:proofErr w:type="spellEnd"/>
      <w:r>
        <w:t xml:space="preserve"> </w:t>
      </w:r>
      <w:proofErr w:type="spellStart"/>
      <w:r>
        <w:t>yanıtlayınız</w:t>
      </w:r>
      <w:proofErr w:type="spellEnd"/>
      <w:r>
        <w:t>.</w:t>
      </w:r>
      <w:r w:rsidR="006972C4">
        <w:br/>
      </w:r>
      <w:r w:rsidR="006972C4">
        <w:rPr>
          <w:noProof/>
        </w:rPr>
        <w:drawing>
          <wp:inline distT="0" distB="0" distL="0" distR="0" wp14:anchorId="308D459F" wp14:editId="36B4AF51">
            <wp:extent cx="4389120" cy="109586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isma_p3_img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09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DDE2B" w14:textId="37810671" w:rsidR="00621FBB" w:rsidRDefault="00621FBB">
      <w:pPr>
        <w:keepNext/>
        <w:spacing w:before="60" w:after="100"/>
        <w:jc w:val="center"/>
      </w:pP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3405"/>
        <w:gridCol w:w="7511"/>
      </w:tblGrid>
      <w:tr w:rsidR="00621FBB" w14:paraId="7300A442" w14:textId="77777777">
        <w:trPr>
          <w:cantSplit/>
          <w:tblHeader/>
          <w:jc w:val="center"/>
        </w:trPr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191108C4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Soru</w:t>
            </w:r>
          </w:p>
        </w:tc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D8A0578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Açıklamanız</w:t>
            </w:r>
            <w:proofErr w:type="spellEnd"/>
            <w:r>
              <w:rPr>
                <w:b/>
                <w:color w:val="1A365D"/>
                <w:sz w:val="21"/>
              </w:rPr>
              <w:t xml:space="preserve"> / </w:t>
            </w:r>
            <w:proofErr w:type="spellStart"/>
            <w:r>
              <w:rPr>
                <w:b/>
                <w:color w:val="1A365D"/>
                <w:sz w:val="21"/>
              </w:rPr>
              <w:t>Cevabınız</w:t>
            </w:r>
            <w:proofErr w:type="spellEnd"/>
          </w:p>
        </w:tc>
      </w:tr>
      <w:tr w:rsidR="00621FBB" w14:paraId="1911FDD6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AAA65BE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👣 1) </w:t>
            </w:r>
            <w:proofErr w:type="spellStart"/>
            <w:r>
              <w:rPr>
                <w:b/>
                <w:color w:val="1A365D"/>
                <w:sz w:val="20"/>
              </w:rPr>
              <w:t>Dijital</w:t>
            </w:r>
            <w:proofErr w:type="spellEnd"/>
            <w:r>
              <w:rPr>
                <w:b/>
                <w:color w:val="1A365D"/>
                <w:sz w:val="20"/>
              </w:rPr>
              <w:t xml:space="preserve"> Ayak İzi </w:t>
            </w:r>
            <w:proofErr w:type="gramStart"/>
            <w:r>
              <w:rPr>
                <w:b/>
                <w:color w:val="1A365D"/>
                <w:sz w:val="20"/>
              </w:rPr>
              <w:t>Nedir?:</w:t>
            </w:r>
            <w:proofErr w:type="gramEnd"/>
            <w:r>
              <w:rPr>
                <w:b/>
                <w:color w:val="1A365D"/>
                <w:sz w:val="20"/>
              </w:rPr>
              <w:t xml:space="preserve"> </w:t>
            </w:r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Ece'nin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paylaşımları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internette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nasıl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bırakır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60E2E45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  <w:r>
              <w:rPr>
                <w:sz w:val="20"/>
              </w:rPr>
              <w:br/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60A24611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243BC74" w14:textId="77777777" w:rsidR="00621FBB" w:rsidRDefault="00000000">
            <w:pPr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⚠️ 2) </w:t>
            </w:r>
            <w:proofErr w:type="spellStart"/>
            <w:r>
              <w:rPr>
                <w:b/>
                <w:color w:val="1A365D"/>
                <w:sz w:val="20"/>
              </w:rPr>
              <w:t>Gelecekteki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Olası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Sorunlar</w:t>
            </w:r>
            <w:proofErr w:type="spellEnd"/>
            <w:r>
              <w:rPr>
                <w:b/>
                <w:color w:val="1A365D"/>
                <w:sz w:val="20"/>
              </w:rPr>
              <w:t xml:space="preserve">: </w:t>
            </w:r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İzinsiz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fotoğraf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paylaşmak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kontrolsüz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yorumlar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yapmak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ilerleyen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yıllarda</w:t>
            </w:r>
            <w:proofErr w:type="spellEnd"/>
            <w:r>
              <w:rPr>
                <w:sz w:val="20"/>
              </w:rPr>
              <w:t xml:space="preserve"> ne </w:t>
            </w:r>
            <w:proofErr w:type="spellStart"/>
            <w:r>
              <w:rPr>
                <w:sz w:val="20"/>
              </w:rPr>
              <w:t>gibi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sorunlar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oluşturabilir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BA19371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  <w:r>
              <w:rPr>
                <w:sz w:val="20"/>
              </w:rPr>
              <w:br/>
              <w:t>................................................................................................................................................</w:t>
            </w:r>
          </w:p>
        </w:tc>
      </w:tr>
    </w:tbl>
    <w:p w14:paraId="7A139F63" w14:textId="6FA9E88E" w:rsidR="00621FBB" w:rsidRDefault="00000000">
      <w:pPr>
        <w:keepNext/>
        <w:shd w:val="clear" w:color="auto" w:fill="1A365D"/>
        <w:spacing w:before="280" w:after="120"/>
      </w:pPr>
      <w:r>
        <w:rPr>
          <w:b/>
          <w:color w:val="FFFFFF"/>
          <w:sz w:val="23"/>
        </w:rPr>
        <w:lastRenderedPageBreak/>
        <w:t xml:space="preserve">  🎯 4. KAZANIM: BTY.5.1.4. </w:t>
      </w:r>
      <w:proofErr w:type="spellStart"/>
      <w:r>
        <w:rPr>
          <w:b/>
          <w:color w:val="FFFFFF"/>
          <w:sz w:val="23"/>
        </w:rPr>
        <w:t>Yapay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zekâ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ile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ilgili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temel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kavramları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ve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özellikleri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sorgulayabilme</w:t>
      </w:r>
      <w:proofErr w:type="spellEnd"/>
      <w:r>
        <w:rPr>
          <w:b/>
          <w:color w:val="FFFFFF"/>
          <w:sz w:val="23"/>
        </w:rPr>
        <w:t xml:space="preserve"> (4. </w:t>
      </w:r>
      <w:proofErr w:type="spellStart"/>
      <w:r>
        <w:rPr>
          <w:b/>
          <w:color w:val="FFFFFF"/>
          <w:sz w:val="23"/>
        </w:rPr>
        <w:t>Hafta</w:t>
      </w:r>
      <w:proofErr w:type="spellEnd"/>
      <w:r>
        <w:rPr>
          <w:b/>
          <w:color w:val="FFFFFF"/>
          <w:sz w:val="23"/>
        </w:rPr>
        <w:t xml:space="preserve">: </w:t>
      </w:r>
      <w:r w:rsidR="006972C4">
        <w:rPr>
          <w:b/>
          <w:color w:val="FFFFFF"/>
          <w:sz w:val="23"/>
        </w:rPr>
        <w:t xml:space="preserve">3 </w:t>
      </w:r>
      <w:r>
        <w:rPr>
          <w:b/>
          <w:color w:val="FFFFFF"/>
          <w:sz w:val="23"/>
        </w:rPr>
        <w:t>Soru)</w:t>
      </w:r>
    </w:p>
    <w:p w14:paraId="5DD69379" w14:textId="77777777" w:rsidR="00621FBB" w:rsidRDefault="00000000">
      <w:pPr>
        <w:keepNext/>
        <w:spacing w:before="180" w:after="80"/>
      </w:pPr>
      <w:r>
        <w:rPr>
          <w:b/>
          <w:color w:val="2B6CB0"/>
        </w:rPr>
        <w:t xml:space="preserve">📌 Örnek Soru 4.1: </w:t>
      </w:r>
      <w:r>
        <w:t xml:space="preserve">Bir </w:t>
      </w:r>
      <w:proofErr w:type="spellStart"/>
      <w:r>
        <w:t>öğrenci</w:t>
      </w:r>
      <w:proofErr w:type="spellEnd"/>
      <w:r>
        <w:t xml:space="preserve">, Cumhuriyet </w:t>
      </w:r>
      <w:proofErr w:type="spellStart"/>
      <w:r>
        <w:t>Bayramı'nın</w:t>
      </w:r>
      <w:proofErr w:type="spellEnd"/>
      <w:r>
        <w:t xml:space="preserve"> hangi </w:t>
      </w:r>
      <w:proofErr w:type="spellStart"/>
      <w:r>
        <w:t>tarihte</w:t>
      </w:r>
      <w:proofErr w:type="spellEnd"/>
      <w:r>
        <w:t xml:space="preserve"> </w:t>
      </w:r>
      <w:proofErr w:type="spellStart"/>
      <w:r>
        <w:t>kutlandığını</w:t>
      </w:r>
      <w:proofErr w:type="spellEnd"/>
      <w:r>
        <w:t xml:space="preserve"> </w:t>
      </w:r>
      <w:proofErr w:type="spellStart"/>
      <w:r>
        <w:t>öğrenmek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yapay</w:t>
      </w:r>
      <w:proofErr w:type="spellEnd"/>
      <w:r>
        <w:t xml:space="preserve"> </w:t>
      </w:r>
      <w:proofErr w:type="spellStart"/>
      <w:r>
        <w:t>zekâ</w:t>
      </w:r>
      <w:proofErr w:type="spellEnd"/>
      <w:r>
        <w:t xml:space="preserve"> </w:t>
      </w:r>
      <w:proofErr w:type="spellStart"/>
      <w:r>
        <w:t>sohbet</w:t>
      </w:r>
      <w:proofErr w:type="spellEnd"/>
      <w:r>
        <w:t xml:space="preserve"> </w:t>
      </w:r>
      <w:proofErr w:type="spellStart"/>
      <w:r>
        <w:t>robotuna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soru</w:t>
      </w:r>
      <w:proofErr w:type="spellEnd"/>
      <w:r>
        <w:t xml:space="preserve"> </w:t>
      </w:r>
      <w:proofErr w:type="spellStart"/>
      <w:r>
        <w:t>yöneltmiştir</w:t>
      </w:r>
      <w:proofErr w:type="spellEnd"/>
      <w:r>
        <w:t xml:space="preserve">. </w:t>
      </w:r>
      <w:proofErr w:type="spellStart"/>
      <w:r>
        <w:t>Ancak</w:t>
      </w:r>
      <w:proofErr w:type="spellEnd"/>
      <w:r>
        <w:t xml:space="preserve"> </w:t>
      </w:r>
      <w:proofErr w:type="spellStart"/>
      <w:r>
        <w:t>yapay</w:t>
      </w:r>
      <w:proofErr w:type="spellEnd"/>
      <w:r>
        <w:t xml:space="preserve"> </w:t>
      </w:r>
      <w:proofErr w:type="spellStart"/>
      <w:r>
        <w:t>zekânın</w:t>
      </w:r>
      <w:proofErr w:type="spellEnd"/>
      <w:r>
        <w:t xml:space="preserve"> </w:t>
      </w:r>
      <w:proofErr w:type="spellStart"/>
      <w:r>
        <w:t>verdiği</w:t>
      </w:r>
      <w:proofErr w:type="spellEnd"/>
      <w:r>
        <w:t xml:space="preserve"> </w:t>
      </w:r>
      <w:proofErr w:type="spellStart"/>
      <w:r>
        <w:t>cevapta</w:t>
      </w:r>
      <w:proofErr w:type="spellEnd"/>
      <w:r>
        <w:t xml:space="preserve"> </w:t>
      </w:r>
      <w:proofErr w:type="spellStart"/>
      <w:r>
        <w:t>yanlış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(</w:t>
      </w:r>
      <w:proofErr w:type="spellStart"/>
      <w:r>
        <w:t>halüsinasyon</w:t>
      </w:r>
      <w:proofErr w:type="spellEnd"/>
      <w:r>
        <w:t>/</w:t>
      </w:r>
      <w:proofErr w:type="spellStart"/>
      <w:r>
        <w:t>hata</w:t>
      </w:r>
      <w:proofErr w:type="spellEnd"/>
      <w:r>
        <w:t xml:space="preserve">) </w:t>
      </w:r>
      <w:proofErr w:type="spellStart"/>
      <w:r>
        <w:t>bulunmaktadır</w:t>
      </w:r>
      <w:proofErr w:type="spellEnd"/>
      <w:r>
        <w:t xml:space="preserve">.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sohbet</w:t>
      </w:r>
      <w:proofErr w:type="spellEnd"/>
      <w:r>
        <w:t xml:space="preserve"> </w:t>
      </w:r>
      <w:proofErr w:type="spellStart"/>
      <w:r>
        <w:t>ekranını</w:t>
      </w:r>
      <w:proofErr w:type="spellEnd"/>
      <w:r>
        <w:t xml:space="preserve"> </w:t>
      </w:r>
      <w:proofErr w:type="spellStart"/>
      <w:r>
        <w:t>inceleyerek</w:t>
      </w:r>
      <w:proofErr w:type="spellEnd"/>
      <w:r>
        <w:t xml:space="preserve"> </w:t>
      </w:r>
      <w:proofErr w:type="spellStart"/>
      <w:r>
        <w:t>soruları</w:t>
      </w:r>
      <w:proofErr w:type="spellEnd"/>
      <w:r>
        <w:t xml:space="preserve"> </w:t>
      </w:r>
      <w:proofErr w:type="spellStart"/>
      <w:r>
        <w:t>cevaplayınız</w:t>
      </w:r>
      <w:proofErr w:type="spellEnd"/>
      <w:r>
        <w:t>.</w:t>
      </w:r>
    </w:p>
    <w:p w14:paraId="0BE46233" w14:textId="77777777" w:rsidR="00621FBB" w:rsidRDefault="00000000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0E7E640C" wp14:editId="21D0DCD4">
            <wp:extent cx="3931920" cy="201493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_sohbet_robotu_tabl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01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3405"/>
        <w:gridCol w:w="7511"/>
      </w:tblGrid>
      <w:tr w:rsidR="00621FBB" w14:paraId="629407F6" w14:textId="77777777">
        <w:trPr>
          <w:cantSplit/>
          <w:tblHeader/>
          <w:jc w:val="center"/>
        </w:trPr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5397FED1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Soru Bölümü</w:t>
            </w:r>
          </w:p>
        </w:tc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09176BED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Cevabınız</w:t>
            </w:r>
            <w:proofErr w:type="spellEnd"/>
          </w:p>
        </w:tc>
      </w:tr>
      <w:tr w:rsidR="00621FBB" w14:paraId="70BC6CEE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402504A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A) </w:t>
            </w:r>
            <w:proofErr w:type="spellStart"/>
            <w:r>
              <w:rPr>
                <w:b/>
                <w:color w:val="1A365D"/>
                <w:sz w:val="20"/>
              </w:rPr>
              <w:t>Sorunun</w:t>
            </w:r>
            <w:proofErr w:type="spellEnd"/>
            <w:r>
              <w:rPr>
                <w:b/>
                <w:color w:val="1A365D"/>
                <w:sz w:val="20"/>
              </w:rPr>
              <w:t xml:space="preserve"> Doğru </w:t>
            </w:r>
            <w:proofErr w:type="spellStart"/>
            <w:r>
              <w:rPr>
                <w:b/>
                <w:color w:val="1A365D"/>
                <w:sz w:val="20"/>
              </w:rPr>
              <w:t>Cevabı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gramStart"/>
            <w:r>
              <w:rPr>
                <w:b/>
                <w:color w:val="1A365D"/>
                <w:sz w:val="20"/>
              </w:rPr>
              <w:t>Nedir?:</w:t>
            </w:r>
            <w:proofErr w:type="gramEnd"/>
            <w:r>
              <w:rPr>
                <w:b/>
                <w:color w:val="1A365D"/>
                <w:sz w:val="20"/>
              </w:rPr>
              <w:t xml:space="preserve"> 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7CF249D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3C314E7C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7ABD4C2" w14:textId="77777777" w:rsidR="00621FBB" w:rsidRDefault="00000000">
            <w:pPr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B) </w:t>
            </w:r>
            <w:proofErr w:type="spellStart"/>
            <w:r>
              <w:rPr>
                <w:b/>
                <w:color w:val="1A365D"/>
                <w:sz w:val="20"/>
              </w:rPr>
              <w:t>Yapay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Zekâdan</w:t>
            </w:r>
            <w:proofErr w:type="spellEnd"/>
            <w:r>
              <w:rPr>
                <w:b/>
                <w:color w:val="1A365D"/>
                <w:sz w:val="20"/>
              </w:rPr>
              <w:t xml:space="preserve"> Gelen Bilgiyi </w:t>
            </w:r>
            <w:proofErr w:type="spellStart"/>
            <w:r>
              <w:rPr>
                <w:b/>
                <w:color w:val="1A365D"/>
                <w:sz w:val="20"/>
              </w:rPr>
              <w:t>Sorgulama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ve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Doğrulama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Yöntemleri</w:t>
            </w:r>
            <w:proofErr w:type="spellEnd"/>
            <w:r>
              <w:rPr>
                <w:b/>
                <w:color w:val="1A365D"/>
                <w:sz w:val="20"/>
              </w:rPr>
              <w:t xml:space="preserve"> (3 Madde </w:t>
            </w:r>
            <w:proofErr w:type="spellStart"/>
            <w:r>
              <w:rPr>
                <w:b/>
                <w:color w:val="1A365D"/>
                <w:sz w:val="20"/>
              </w:rPr>
              <w:t>Yazınız</w:t>
            </w:r>
            <w:proofErr w:type="spellEnd"/>
            <w:r>
              <w:rPr>
                <w:b/>
                <w:color w:val="1A365D"/>
                <w:sz w:val="20"/>
              </w:rPr>
              <w:t xml:space="preserve">): 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60DD856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1. ............................................................................................................................................</w:t>
            </w:r>
            <w:r>
              <w:rPr>
                <w:sz w:val="20"/>
              </w:rPr>
              <w:br/>
              <w:t>2. ............................................................................................................................................</w:t>
            </w:r>
            <w:r>
              <w:rPr>
                <w:sz w:val="20"/>
              </w:rPr>
              <w:br/>
              <w:t>3. ............................................................................................................................................</w:t>
            </w:r>
          </w:p>
        </w:tc>
      </w:tr>
    </w:tbl>
    <w:p w14:paraId="4A9CAC75" w14:textId="77777777" w:rsidR="00621FBB" w:rsidRDefault="00000000">
      <w:pPr>
        <w:keepNext/>
        <w:spacing w:before="180" w:after="80"/>
      </w:pPr>
      <w:r>
        <w:rPr>
          <w:b/>
          <w:color w:val="2B6CB0"/>
        </w:rPr>
        <w:t xml:space="preserve">📌 Örnek Soru 4.2: </w:t>
      </w:r>
      <w:proofErr w:type="spellStart"/>
      <w:r>
        <w:t>Geleceğin</w:t>
      </w:r>
      <w:proofErr w:type="spellEnd"/>
      <w:r>
        <w:t xml:space="preserve"> </w:t>
      </w:r>
      <w:proofErr w:type="spellStart"/>
      <w:r>
        <w:t>akıllı</w:t>
      </w:r>
      <w:proofErr w:type="spellEnd"/>
      <w:r>
        <w:t xml:space="preserve"> </w:t>
      </w:r>
      <w:proofErr w:type="spellStart"/>
      <w:r>
        <w:t>şehirlerinden</w:t>
      </w:r>
      <w:proofErr w:type="spellEnd"/>
      <w:r>
        <w:t xml:space="preserve"> </w:t>
      </w:r>
      <w:proofErr w:type="spellStart"/>
      <w:r>
        <w:t>birinde</w:t>
      </w:r>
      <w:proofErr w:type="spellEnd"/>
      <w:r>
        <w:t xml:space="preserve"> </w:t>
      </w:r>
      <w:proofErr w:type="spellStart"/>
      <w:r>
        <w:t>yaşayan</w:t>
      </w:r>
      <w:proofErr w:type="spellEnd"/>
      <w:r>
        <w:t xml:space="preserve"> Kaan, </w:t>
      </w:r>
      <w:proofErr w:type="spellStart"/>
      <w:r>
        <w:t>sabah</w:t>
      </w:r>
      <w:proofErr w:type="spellEnd"/>
      <w:r>
        <w:t xml:space="preserve"> </w:t>
      </w:r>
      <w:proofErr w:type="spellStart"/>
      <w:r>
        <w:t>hastalandığı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kardeşi</w:t>
      </w:r>
      <w:proofErr w:type="spellEnd"/>
      <w:r>
        <w:t xml:space="preserve"> </w:t>
      </w:r>
      <w:proofErr w:type="spellStart"/>
      <w:r>
        <w:t>Elif'i</w:t>
      </w:r>
      <w:proofErr w:type="spellEnd"/>
      <w:r>
        <w:t xml:space="preserve"> </w:t>
      </w:r>
      <w:proofErr w:type="spellStart"/>
      <w:r>
        <w:t>hastaneye</w:t>
      </w:r>
      <w:proofErr w:type="spellEnd"/>
      <w:r>
        <w:t xml:space="preserve"> </w:t>
      </w:r>
      <w:proofErr w:type="spellStart"/>
      <w:r>
        <w:t>götürdü</w:t>
      </w:r>
      <w:proofErr w:type="spellEnd"/>
      <w:r>
        <w:t xml:space="preserve">; </w:t>
      </w:r>
      <w:proofErr w:type="spellStart"/>
      <w:r>
        <w:t>ardından</w:t>
      </w:r>
      <w:proofErr w:type="spellEnd"/>
      <w:r>
        <w:t xml:space="preserve"> </w:t>
      </w:r>
      <w:proofErr w:type="spellStart"/>
      <w:r>
        <w:t>okulun</w:t>
      </w:r>
      <w:proofErr w:type="spellEnd"/>
      <w:r>
        <w:t xml:space="preserve"> </w:t>
      </w:r>
      <w:proofErr w:type="spellStart"/>
      <w:r>
        <w:t>bilim</w:t>
      </w:r>
      <w:proofErr w:type="spellEnd"/>
      <w:r>
        <w:t xml:space="preserve"> </w:t>
      </w:r>
      <w:proofErr w:type="spellStart"/>
      <w:r>
        <w:t>fuarına</w:t>
      </w:r>
      <w:proofErr w:type="spellEnd"/>
      <w:r>
        <w:t xml:space="preserve"> </w:t>
      </w:r>
      <w:proofErr w:type="spellStart"/>
      <w:r>
        <w:t>yetişmek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babasının</w:t>
      </w:r>
      <w:proofErr w:type="spellEnd"/>
      <w:r>
        <w:t xml:space="preserve"> </w:t>
      </w:r>
      <w:proofErr w:type="spellStart"/>
      <w:r>
        <w:t>arabasıyla</w:t>
      </w:r>
      <w:proofErr w:type="spellEnd"/>
      <w:r>
        <w:t xml:space="preserve"> </w:t>
      </w:r>
      <w:proofErr w:type="spellStart"/>
      <w:r>
        <w:t>yola</w:t>
      </w:r>
      <w:proofErr w:type="spellEnd"/>
      <w:r>
        <w:t xml:space="preserve"> </w:t>
      </w:r>
      <w:proofErr w:type="spellStart"/>
      <w:r>
        <w:t>çıktı</w:t>
      </w:r>
      <w:proofErr w:type="spellEnd"/>
      <w:r>
        <w:t xml:space="preserve">. </w:t>
      </w:r>
      <w:proofErr w:type="spellStart"/>
      <w:r>
        <w:t>Doktor</w:t>
      </w:r>
      <w:proofErr w:type="spellEnd"/>
      <w:r>
        <w:t xml:space="preserve">, </w:t>
      </w:r>
      <w:proofErr w:type="spellStart"/>
      <w:r>
        <w:t>akıllı</w:t>
      </w:r>
      <w:proofErr w:type="spellEnd"/>
      <w:r>
        <w:t xml:space="preserve"> </w:t>
      </w:r>
      <w:proofErr w:type="spellStart"/>
      <w:r>
        <w:t>röntgen</w:t>
      </w:r>
      <w:proofErr w:type="spellEnd"/>
      <w:r>
        <w:t xml:space="preserve"> </w:t>
      </w:r>
      <w:proofErr w:type="spellStart"/>
      <w:r>
        <w:t>cihazı</w:t>
      </w:r>
      <w:proofErr w:type="spellEnd"/>
      <w:r>
        <w:t xml:space="preserve"> </w:t>
      </w:r>
      <w:proofErr w:type="spellStart"/>
      <w:r>
        <w:t>sayesinde</w:t>
      </w:r>
      <w:proofErr w:type="spellEnd"/>
      <w:r>
        <w:t xml:space="preserve"> </w:t>
      </w:r>
      <w:proofErr w:type="spellStart"/>
      <w:r>
        <w:t>Elif'in</w:t>
      </w:r>
      <w:proofErr w:type="spellEnd"/>
      <w:r>
        <w:t xml:space="preserve"> </w:t>
      </w:r>
      <w:proofErr w:type="spellStart"/>
      <w:r>
        <w:t>rahatsızlığını</w:t>
      </w:r>
      <w:proofErr w:type="spellEnd"/>
      <w:r>
        <w:t xml:space="preserve"> </w:t>
      </w:r>
      <w:proofErr w:type="spellStart"/>
      <w:r>
        <w:t>saniyeler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teşhis</w:t>
      </w:r>
      <w:proofErr w:type="spellEnd"/>
      <w:r>
        <w:t xml:space="preserve"> </w:t>
      </w:r>
      <w:proofErr w:type="spellStart"/>
      <w:r>
        <w:t>ederken</w:t>
      </w:r>
      <w:proofErr w:type="spellEnd"/>
      <w:r>
        <w:t xml:space="preserve">; </w:t>
      </w:r>
      <w:proofErr w:type="spellStart"/>
      <w:r>
        <w:t>otomobilin</w:t>
      </w:r>
      <w:proofErr w:type="spellEnd"/>
      <w:r>
        <w:t xml:space="preserve"> </w:t>
      </w:r>
      <w:proofErr w:type="spellStart"/>
      <w:r>
        <w:t>yapay</w:t>
      </w:r>
      <w:proofErr w:type="spellEnd"/>
      <w:r>
        <w:t xml:space="preserve"> </w:t>
      </w:r>
      <w:proofErr w:type="spellStart"/>
      <w:r>
        <w:t>zekâlı</w:t>
      </w:r>
      <w:proofErr w:type="spellEnd"/>
      <w:r>
        <w:t xml:space="preserve"> </w:t>
      </w:r>
      <w:proofErr w:type="spellStart"/>
      <w:r>
        <w:t>navigasyon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anlık</w:t>
      </w:r>
      <w:proofErr w:type="spellEnd"/>
      <w:r>
        <w:t xml:space="preserve"> </w:t>
      </w:r>
      <w:proofErr w:type="spellStart"/>
      <w:r>
        <w:t>trafik</w:t>
      </w:r>
      <w:proofErr w:type="spellEnd"/>
      <w:r>
        <w:t xml:space="preserve"> </w:t>
      </w:r>
      <w:proofErr w:type="spellStart"/>
      <w:r>
        <w:t>yoğunluğunu</w:t>
      </w:r>
      <w:proofErr w:type="spellEnd"/>
      <w:r>
        <w:t xml:space="preserve"> </w:t>
      </w:r>
      <w:proofErr w:type="spellStart"/>
      <w:r>
        <w:t>analiz</w:t>
      </w:r>
      <w:proofErr w:type="spellEnd"/>
      <w:r>
        <w:t xml:space="preserve"> </w:t>
      </w:r>
      <w:proofErr w:type="spellStart"/>
      <w:r>
        <w:t>ederek</w:t>
      </w:r>
      <w:proofErr w:type="spellEnd"/>
      <w:r>
        <w:t xml:space="preserve"> </w:t>
      </w:r>
      <w:proofErr w:type="spellStart"/>
      <w:r>
        <w:t>onları</w:t>
      </w:r>
      <w:proofErr w:type="spellEnd"/>
      <w:r>
        <w:t xml:space="preserve"> </w:t>
      </w:r>
      <w:proofErr w:type="spellStart"/>
      <w:r>
        <w:t>kilitlenen</w:t>
      </w:r>
      <w:proofErr w:type="spellEnd"/>
      <w:r>
        <w:t xml:space="preserve"> </w:t>
      </w:r>
      <w:proofErr w:type="spellStart"/>
      <w:r>
        <w:t>yoldan</w:t>
      </w:r>
      <w:proofErr w:type="spellEnd"/>
      <w:r>
        <w:t xml:space="preserve"> </w:t>
      </w:r>
      <w:proofErr w:type="spellStart"/>
      <w:r>
        <w:t>kurtarıp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yoldan</w:t>
      </w:r>
      <w:proofErr w:type="spellEnd"/>
      <w:r>
        <w:t xml:space="preserve"> </w:t>
      </w:r>
      <w:proofErr w:type="spellStart"/>
      <w:r>
        <w:t>okula</w:t>
      </w:r>
      <w:proofErr w:type="spellEnd"/>
      <w:r>
        <w:t xml:space="preserve"> </w:t>
      </w:r>
      <w:proofErr w:type="spellStart"/>
      <w:r>
        <w:t>ulaştırdı</w:t>
      </w:r>
      <w:proofErr w:type="spellEnd"/>
      <w:r>
        <w:t xml:space="preserve">. </w:t>
      </w:r>
      <w:proofErr w:type="spellStart"/>
      <w:r>
        <w:t>Hikâyede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günlük</w:t>
      </w:r>
      <w:proofErr w:type="spellEnd"/>
      <w:r>
        <w:t xml:space="preserve"> </w:t>
      </w:r>
      <w:proofErr w:type="spellStart"/>
      <w:r>
        <w:t>yaşamda</w:t>
      </w:r>
      <w:proofErr w:type="spellEnd"/>
      <w:r>
        <w:t xml:space="preserve"> </w:t>
      </w:r>
      <w:proofErr w:type="spellStart"/>
      <w:r>
        <w:t>yapay</w:t>
      </w:r>
      <w:proofErr w:type="spellEnd"/>
      <w:r>
        <w:t xml:space="preserve"> </w:t>
      </w:r>
      <w:proofErr w:type="spellStart"/>
      <w:r>
        <w:t>zekânın</w:t>
      </w:r>
      <w:proofErr w:type="spellEnd"/>
      <w:r>
        <w:t xml:space="preserve"> </w:t>
      </w:r>
      <w:proofErr w:type="spellStart"/>
      <w:r>
        <w:t>kullanıldığı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4 </w:t>
      </w:r>
      <w:proofErr w:type="spellStart"/>
      <w:r>
        <w:t>alanda</w:t>
      </w:r>
      <w:proofErr w:type="spellEnd"/>
      <w:r>
        <w:t xml:space="preserve"> </w:t>
      </w:r>
      <w:proofErr w:type="spellStart"/>
      <w:r>
        <w:t>insanlara</w:t>
      </w:r>
      <w:proofErr w:type="spellEnd"/>
      <w:r>
        <w:t xml:space="preserve"> </w:t>
      </w:r>
      <w:proofErr w:type="spellStart"/>
      <w:r>
        <w:t>nasıl</w:t>
      </w:r>
      <w:proofErr w:type="spellEnd"/>
      <w:r>
        <w:t xml:space="preserve"> </w:t>
      </w:r>
      <w:proofErr w:type="spellStart"/>
      <w:r>
        <w:t>yardımcı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 xml:space="preserve"> </w:t>
      </w:r>
      <w:proofErr w:type="spellStart"/>
      <w:r>
        <w:t>birer</w:t>
      </w:r>
      <w:proofErr w:type="spellEnd"/>
      <w:r>
        <w:t xml:space="preserve"> </w:t>
      </w:r>
      <w:proofErr w:type="spellStart"/>
      <w:r>
        <w:t>cümleyle</w:t>
      </w:r>
      <w:proofErr w:type="spellEnd"/>
      <w:r>
        <w:t xml:space="preserve"> </w:t>
      </w:r>
      <w:proofErr w:type="spellStart"/>
      <w:r>
        <w:t>açıklayınız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3405"/>
        <w:gridCol w:w="7511"/>
      </w:tblGrid>
      <w:tr w:rsidR="00621FBB" w14:paraId="7CF94A01" w14:textId="77777777">
        <w:trPr>
          <w:cantSplit/>
          <w:tblHeader/>
          <w:jc w:val="center"/>
        </w:trPr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7790F44B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Yapay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Zekâ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Kullanım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Alanı</w:t>
            </w:r>
            <w:proofErr w:type="spellEnd"/>
          </w:p>
        </w:tc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0EF8E1C0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Yapay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Zekâ</w:t>
            </w:r>
            <w:proofErr w:type="spellEnd"/>
            <w:r>
              <w:rPr>
                <w:b/>
                <w:color w:val="1A365D"/>
                <w:sz w:val="21"/>
              </w:rPr>
              <w:t xml:space="preserve"> Bu Alanda </w:t>
            </w:r>
            <w:proofErr w:type="spellStart"/>
            <w:r>
              <w:rPr>
                <w:b/>
                <w:color w:val="1A365D"/>
                <w:sz w:val="21"/>
              </w:rPr>
              <w:t>İnsanlara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Nasıl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Yardımcı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Olur</w:t>
            </w:r>
            <w:proofErr w:type="spellEnd"/>
            <w:r>
              <w:rPr>
                <w:b/>
                <w:color w:val="1A365D"/>
                <w:sz w:val="21"/>
              </w:rPr>
              <w:t>? (</w:t>
            </w:r>
            <w:proofErr w:type="spellStart"/>
            <w:r>
              <w:rPr>
                <w:b/>
                <w:color w:val="1A365D"/>
                <w:sz w:val="21"/>
              </w:rPr>
              <w:t>Örnekle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Açıklayınız</w:t>
            </w:r>
            <w:proofErr w:type="spellEnd"/>
            <w:r>
              <w:rPr>
                <w:b/>
                <w:color w:val="1A365D"/>
                <w:sz w:val="21"/>
              </w:rPr>
              <w:t>)</w:t>
            </w:r>
          </w:p>
        </w:tc>
      </w:tr>
      <w:tr w:rsidR="00621FBB" w14:paraId="49EF1002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298FE9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🏥 1. </w:t>
            </w:r>
            <w:proofErr w:type="spellStart"/>
            <w:r>
              <w:rPr>
                <w:b/>
                <w:color w:val="1A365D"/>
                <w:sz w:val="20"/>
              </w:rPr>
              <w:t>Sağlık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Alanı</w:t>
            </w:r>
            <w:proofErr w:type="spellEnd"/>
            <w:r>
              <w:rPr>
                <w:b/>
                <w:color w:val="1A365D"/>
                <w:sz w:val="20"/>
              </w:rPr>
              <w:t xml:space="preserve"> (</w:t>
            </w:r>
            <w:proofErr w:type="spellStart"/>
            <w:r>
              <w:rPr>
                <w:b/>
                <w:color w:val="1A365D"/>
                <w:sz w:val="20"/>
              </w:rPr>
              <w:t>Hikâyeden</w:t>
            </w:r>
            <w:proofErr w:type="spellEnd"/>
            <w:r>
              <w:rPr>
                <w:b/>
                <w:color w:val="1A365D"/>
                <w:sz w:val="20"/>
              </w:rPr>
              <w:t xml:space="preserve">): 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26C25B3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797347EE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345EE3F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🚗 2. </w:t>
            </w:r>
            <w:proofErr w:type="spellStart"/>
            <w:r>
              <w:rPr>
                <w:b/>
                <w:color w:val="1A365D"/>
                <w:sz w:val="20"/>
              </w:rPr>
              <w:t>Ulaşım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Alanı</w:t>
            </w:r>
            <w:proofErr w:type="spellEnd"/>
            <w:r>
              <w:rPr>
                <w:b/>
                <w:color w:val="1A365D"/>
                <w:sz w:val="20"/>
              </w:rPr>
              <w:t xml:space="preserve"> (</w:t>
            </w:r>
            <w:proofErr w:type="spellStart"/>
            <w:r>
              <w:rPr>
                <w:b/>
                <w:color w:val="1A365D"/>
                <w:sz w:val="20"/>
              </w:rPr>
              <w:t>Hikâyeden</w:t>
            </w:r>
            <w:proofErr w:type="spellEnd"/>
            <w:r>
              <w:rPr>
                <w:b/>
                <w:color w:val="1A365D"/>
                <w:sz w:val="20"/>
              </w:rPr>
              <w:t xml:space="preserve">): 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CD1D8B4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7CBCC292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69B6DC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🎓 3. </w:t>
            </w:r>
            <w:proofErr w:type="spellStart"/>
            <w:r>
              <w:rPr>
                <w:b/>
                <w:color w:val="1A365D"/>
                <w:sz w:val="20"/>
              </w:rPr>
              <w:t>Eğitim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Alanı</w:t>
            </w:r>
            <w:proofErr w:type="spellEnd"/>
            <w:r>
              <w:rPr>
                <w:b/>
                <w:color w:val="1A365D"/>
                <w:sz w:val="20"/>
              </w:rPr>
              <w:t xml:space="preserve"> (</w:t>
            </w:r>
            <w:proofErr w:type="spellStart"/>
            <w:r>
              <w:rPr>
                <w:b/>
                <w:color w:val="1A365D"/>
                <w:sz w:val="20"/>
              </w:rPr>
              <w:t>Günlük</w:t>
            </w:r>
            <w:proofErr w:type="spellEnd"/>
            <w:r>
              <w:rPr>
                <w:b/>
                <w:color w:val="1A365D"/>
                <w:sz w:val="20"/>
              </w:rPr>
              <w:t xml:space="preserve"> Yaşam): 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3CFFA29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348FD8E5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0814669" w14:textId="77777777" w:rsidR="00621FBB" w:rsidRDefault="00000000">
            <w:pPr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🛒 4. </w:t>
            </w:r>
            <w:proofErr w:type="spellStart"/>
            <w:r>
              <w:rPr>
                <w:b/>
                <w:color w:val="1A365D"/>
                <w:sz w:val="20"/>
              </w:rPr>
              <w:t>Alışveriş</w:t>
            </w:r>
            <w:proofErr w:type="spellEnd"/>
            <w:r>
              <w:rPr>
                <w:b/>
                <w:color w:val="1A365D"/>
                <w:sz w:val="20"/>
              </w:rPr>
              <w:t xml:space="preserve"> / E-Ticaret </w:t>
            </w:r>
            <w:proofErr w:type="spellStart"/>
            <w:r>
              <w:rPr>
                <w:b/>
                <w:color w:val="1A365D"/>
                <w:sz w:val="20"/>
              </w:rPr>
              <w:t>Alanı</w:t>
            </w:r>
            <w:proofErr w:type="spellEnd"/>
            <w:r>
              <w:rPr>
                <w:b/>
                <w:color w:val="1A365D"/>
                <w:sz w:val="20"/>
              </w:rPr>
              <w:t xml:space="preserve">: 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A770F39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</w:tbl>
    <w:p w14:paraId="05A4F1B6" w14:textId="4950451E" w:rsidR="00621FBB" w:rsidRDefault="00000000">
      <w:pPr>
        <w:keepNext/>
        <w:spacing w:before="180" w:after="80"/>
      </w:pPr>
      <w:r>
        <w:rPr>
          <w:b/>
          <w:color w:val="2B6CB0"/>
        </w:rPr>
        <w:lastRenderedPageBreak/>
        <w:t>📌 Örnek Soru 4.</w:t>
      </w:r>
      <w:r w:rsidR="006972C4">
        <w:rPr>
          <w:b/>
          <w:color w:val="2B6CB0"/>
        </w:rPr>
        <w:t>3</w:t>
      </w:r>
      <w:r>
        <w:rPr>
          <w:b/>
          <w:color w:val="2B6CB0"/>
        </w:rPr>
        <w:t xml:space="preserve">: </w:t>
      </w:r>
      <w:proofErr w:type="spellStart"/>
      <w:r>
        <w:t>Yapay</w:t>
      </w:r>
      <w:proofErr w:type="spellEnd"/>
      <w:r>
        <w:t xml:space="preserve"> </w:t>
      </w:r>
      <w:proofErr w:type="spellStart"/>
      <w:r>
        <w:t>zekâ</w:t>
      </w:r>
      <w:proofErr w:type="spellEnd"/>
      <w:r>
        <w:t xml:space="preserve"> (AI), </w:t>
      </w:r>
      <w:proofErr w:type="spellStart"/>
      <w:r>
        <w:t>insan</w:t>
      </w:r>
      <w:proofErr w:type="spellEnd"/>
      <w:r>
        <w:t xml:space="preserve"> </w:t>
      </w:r>
      <w:proofErr w:type="spellStart"/>
      <w:r>
        <w:t>zekâsını</w:t>
      </w:r>
      <w:proofErr w:type="spellEnd"/>
      <w:r>
        <w:t xml:space="preserve"> </w:t>
      </w:r>
      <w:proofErr w:type="spellStart"/>
      <w:r>
        <w:t>taklit</w:t>
      </w:r>
      <w:proofErr w:type="spellEnd"/>
      <w:r>
        <w:t xml:space="preserve"> </w:t>
      </w:r>
      <w:proofErr w:type="spellStart"/>
      <w:r>
        <w:t>eden</w:t>
      </w:r>
      <w:proofErr w:type="spellEnd"/>
      <w:r>
        <w:t xml:space="preserve"> </w:t>
      </w:r>
      <w:proofErr w:type="spellStart"/>
      <w:r>
        <w:t>bilgisayar</w:t>
      </w:r>
      <w:proofErr w:type="spellEnd"/>
      <w:r>
        <w:t xml:space="preserve"> </w:t>
      </w:r>
      <w:proofErr w:type="spellStart"/>
      <w:r>
        <w:t>sistemleridir</w:t>
      </w:r>
      <w:proofErr w:type="spellEnd"/>
      <w:r>
        <w:t xml:space="preserve">; </w:t>
      </w:r>
      <w:proofErr w:type="spellStart"/>
      <w:r>
        <w:t>ancak</w:t>
      </w:r>
      <w:proofErr w:type="spellEnd"/>
      <w:r>
        <w:t xml:space="preserve"> </w:t>
      </w:r>
      <w:proofErr w:type="spellStart"/>
      <w:r>
        <w:t>insan</w:t>
      </w:r>
      <w:proofErr w:type="spellEnd"/>
      <w:r>
        <w:t xml:space="preserve"> </w:t>
      </w:r>
      <w:proofErr w:type="spellStart"/>
      <w:r>
        <w:t>zekâsı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yapay</w:t>
      </w:r>
      <w:proofErr w:type="spellEnd"/>
      <w:r>
        <w:t xml:space="preserve"> </w:t>
      </w:r>
      <w:proofErr w:type="spellStart"/>
      <w:r>
        <w:t>zekâ</w:t>
      </w:r>
      <w:proofErr w:type="spellEnd"/>
      <w:r>
        <w:t xml:space="preserve"> </w:t>
      </w:r>
      <w:proofErr w:type="spellStart"/>
      <w:r>
        <w:t>arasında</w:t>
      </w:r>
      <w:proofErr w:type="spellEnd"/>
      <w:r>
        <w:t xml:space="preserve"> </w:t>
      </w:r>
      <w:proofErr w:type="spellStart"/>
      <w:r>
        <w:t>çok</w:t>
      </w:r>
      <w:proofErr w:type="spellEnd"/>
      <w:r>
        <w:t xml:space="preserve"> </w:t>
      </w:r>
      <w:proofErr w:type="spellStart"/>
      <w:r>
        <w:t>önemli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farklar</w:t>
      </w:r>
      <w:proofErr w:type="spellEnd"/>
      <w:r>
        <w:t xml:space="preserve"> </w:t>
      </w:r>
      <w:proofErr w:type="spellStart"/>
      <w:r>
        <w:t>vardır</w:t>
      </w:r>
      <w:proofErr w:type="spellEnd"/>
      <w:r>
        <w:t xml:space="preserve">.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karşılaştırma</w:t>
      </w:r>
      <w:proofErr w:type="spellEnd"/>
      <w:r>
        <w:t xml:space="preserve"> </w:t>
      </w:r>
      <w:proofErr w:type="spellStart"/>
      <w:r>
        <w:t>ölçütlerine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İnsan</w:t>
      </w:r>
      <w:proofErr w:type="spellEnd"/>
      <w:r>
        <w:t xml:space="preserve"> </w:t>
      </w:r>
      <w:proofErr w:type="spellStart"/>
      <w:r>
        <w:t>Zekâsı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Yapay</w:t>
      </w:r>
      <w:proofErr w:type="spellEnd"/>
      <w:r>
        <w:t xml:space="preserve"> </w:t>
      </w:r>
      <w:proofErr w:type="spellStart"/>
      <w:r>
        <w:t>Zekâ</w:t>
      </w:r>
      <w:proofErr w:type="spellEnd"/>
      <w:r>
        <w:t xml:space="preserve"> </w:t>
      </w:r>
      <w:proofErr w:type="spellStart"/>
      <w:r>
        <w:t>arasındaki</w:t>
      </w:r>
      <w:proofErr w:type="spellEnd"/>
      <w:r>
        <w:t xml:space="preserve"> </w:t>
      </w:r>
      <w:proofErr w:type="spellStart"/>
      <w:r>
        <w:t>farkları</w:t>
      </w:r>
      <w:proofErr w:type="spellEnd"/>
      <w:r>
        <w:t xml:space="preserve"> </w:t>
      </w:r>
      <w:proofErr w:type="spellStart"/>
      <w:r>
        <w:t>tabloya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3164"/>
        <w:gridCol w:w="3876"/>
        <w:gridCol w:w="3876"/>
      </w:tblGrid>
      <w:tr w:rsidR="00621FBB" w14:paraId="32AFCEE5" w14:textId="77777777">
        <w:trPr>
          <w:cantSplit/>
          <w:tblHeader/>
          <w:jc w:val="center"/>
        </w:trPr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23D98D57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Karşılaştırma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Ölçütü</w:t>
            </w:r>
            <w:proofErr w:type="spellEnd"/>
          </w:p>
        </w:tc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C0FFB40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 xml:space="preserve">🧑 </w:t>
            </w:r>
            <w:proofErr w:type="spellStart"/>
            <w:r>
              <w:rPr>
                <w:b/>
                <w:color w:val="1A365D"/>
                <w:sz w:val="21"/>
              </w:rPr>
              <w:t>İnsan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Zekâsı</w:t>
            </w:r>
            <w:proofErr w:type="spellEnd"/>
          </w:p>
        </w:tc>
        <w:tc>
          <w:tcPr>
            <w:tcW w:w="3552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C26AC61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 xml:space="preserve">🤖 </w:t>
            </w:r>
            <w:proofErr w:type="spellStart"/>
            <w:r>
              <w:rPr>
                <w:b/>
                <w:color w:val="1A365D"/>
                <w:sz w:val="21"/>
              </w:rPr>
              <w:t>Yapay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Zekâ</w:t>
            </w:r>
            <w:proofErr w:type="spellEnd"/>
            <w:r>
              <w:rPr>
                <w:b/>
                <w:color w:val="1A365D"/>
                <w:sz w:val="21"/>
              </w:rPr>
              <w:t xml:space="preserve"> (AI)</w:t>
            </w:r>
          </w:p>
        </w:tc>
      </w:tr>
      <w:tr w:rsidR="00621FBB" w14:paraId="7974C252" w14:textId="77777777">
        <w:trPr>
          <w:cantSplit/>
          <w:jc w:val="center"/>
        </w:trPr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DA0EFE0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❤️ </w:t>
            </w:r>
            <w:proofErr w:type="spellStart"/>
            <w:r>
              <w:rPr>
                <w:sz w:val="20"/>
              </w:rPr>
              <w:t>Duygular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Vicdan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Empati</w:t>
            </w:r>
            <w:proofErr w:type="spellEnd"/>
            <w:r>
              <w:rPr>
                <w:sz w:val="20"/>
              </w:rPr>
              <w:t xml:space="preserve"> Kurma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21F1F32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EFC8B32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</w:t>
            </w:r>
          </w:p>
        </w:tc>
      </w:tr>
      <w:tr w:rsidR="00621FBB" w14:paraId="7AFDDF73" w14:textId="77777777">
        <w:trPr>
          <w:cantSplit/>
          <w:jc w:val="center"/>
        </w:trPr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F4FB6B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⚡ Büyük </w:t>
            </w:r>
            <w:proofErr w:type="spellStart"/>
            <w:r>
              <w:rPr>
                <w:sz w:val="20"/>
              </w:rPr>
              <w:t>Veriyi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Hızlı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Yorulmadan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İşleme</w:t>
            </w:r>
            <w:proofErr w:type="spellEnd"/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021EFFD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</w:t>
            </w:r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1007E66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</w:t>
            </w:r>
          </w:p>
        </w:tc>
      </w:tr>
      <w:tr w:rsidR="00621FBB" w14:paraId="6F889AF6" w14:textId="77777777">
        <w:trPr>
          <w:cantSplit/>
          <w:jc w:val="center"/>
        </w:trPr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872498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🎨 Özgün Hayal </w:t>
            </w:r>
            <w:proofErr w:type="spellStart"/>
            <w:r>
              <w:rPr>
                <w:sz w:val="20"/>
              </w:rPr>
              <w:t>Gücü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Sıfırdan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Üretim</w:t>
            </w:r>
            <w:proofErr w:type="spellEnd"/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37C429F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</w:t>
            </w:r>
          </w:p>
        </w:tc>
        <w:tc>
          <w:tcPr>
            <w:tcW w:w="3552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114A19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</w:t>
            </w:r>
          </w:p>
        </w:tc>
      </w:tr>
      <w:tr w:rsidR="00621FBB" w14:paraId="3B8DB7F3" w14:textId="77777777">
        <w:trPr>
          <w:cantSplit/>
          <w:jc w:val="center"/>
        </w:trPr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6ADBF88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 xml:space="preserve">⚖️ </w:t>
            </w:r>
            <w:proofErr w:type="spellStart"/>
            <w:r>
              <w:rPr>
                <w:sz w:val="20"/>
              </w:rPr>
              <w:t>Kararların</w:t>
            </w:r>
            <w:proofErr w:type="spellEnd"/>
            <w:r>
              <w:rPr>
                <w:sz w:val="20"/>
              </w:rPr>
              <w:t xml:space="preserve"> Ahlaki/</w:t>
            </w:r>
            <w:proofErr w:type="spellStart"/>
            <w:r>
              <w:rPr>
                <w:sz w:val="20"/>
              </w:rPr>
              <w:t>Hukuki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Sorumluluğu</w:t>
            </w:r>
            <w:proofErr w:type="spellEnd"/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299C176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</w:t>
            </w:r>
          </w:p>
        </w:tc>
        <w:tc>
          <w:tcPr>
            <w:tcW w:w="3552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F9FABC6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</w:t>
            </w:r>
          </w:p>
        </w:tc>
      </w:tr>
    </w:tbl>
    <w:p w14:paraId="46B47110" w14:textId="36649C75" w:rsidR="00621FBB" w:rsidRDefault="00000000">
      <w:pPr>
        <w:keepNext/>
        <w:shd w:val="clear" w:color="auto" w:fill="1A365D"/>
        <w:spacing w:before="280" w:after="120"/>
      </w:pPr>
      <w:r>
        <w:rPr>
          <w:b/>
          <w:color w:val="FFFFFF"/>
          <w:sz w:val="23"/>
        </w:rPr>
        <w:t xml:space="preserve">  🎯 5. KAZANIM: BTY.5.1.5. </w:t>
      </w:r>
      <w:proofErr w:type="spellStart"/>
      <w:r>
        <w:rPr>
          <w:b/>
          <w:color w:val="FFFFFF"/>
          <w:sz w:val="23"/>
        </w:rPr>
        <w:t>Bilgisayar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sistemlerini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çözümleyebilme</w:t>
      </w:r>
      <w:proofErr w:type="spellEnd"/>
      <w:r>
        <w:rPr>
          <w:b/>
          <w:color w:val="FFFFFF"/>
          <w:sz w:val="23"/>
        </w:rPr>
        <w:t xml:space="preserve"> (6. </w:t>
      </w:r>
      <w:proofErr w:type="spellStart"/>
      <w:r>
        <w:rPr>
          <w:b/>
          <w:color w:val="FFFFFF"/>
          <w:sz w:val="23"/>
        </w:rPr>
        <w:t>ve</w:t>
      </w:r>
      <w:proofErr w:type="spellEnd"/>
      <w:r>
        <w:rPr>
          <w:b/>
          <w:color w:val="FFFFFF"/>
          <w:sz w:val="23"/>
        </w:rPr>
        <w:t xml:space="preserve"> 7. </w:t>
      </w:r>
      <w:proofErr w:type="spellStart"/>
      <w:r>
        <w:rPr>
          <w:b/>
          <w:color w:val="FFFFFF"/>
          <w:sz w:val="23"/>
        </w:rPr>
        <w:t>Hafta</w:t>
      </w:r>
      <w:proofErr w:type="spellEnd"/>
      <w:r>
        <w:rPr>
          <w:b/>
          <w:color w:val="FFFFFF"/>
          <w:sz w:val="23"/>
        </w:rPr>
        <w:t xml:space="preserve">: </w:t>
      </w:r>
      <w:r w:rsidR="009020A3">
        <w:rPr>
          <w:b/>
          <w:color w:val="FFFFFF"/>
          <w:sz w:val="23"/>
        </w:rPr>
        <w:t>3</w:t>
      </w:r>
      <w:r>
        <w:rPr>
          <w:b/>
          <w:color w:val="FFFFFF"/>
          <w:sz w:val="23"/>
        </w:rPr>
        <w:t xml:space="preserve"> Soru)</w:t>
      </w:r>
    </w:p>
    <w:p w14:paraId="13623E6B" w14:textId="77777777" w:rsidR="00621FBB" w:rsidRDefault="00000000">
      <w:pPr>
        <w:keepNext/>
        <w:spacing w:before="180" w:after="80"/>
      </w:pPr>
      <w:r>
        <w:rPr>
          <w:b/>
          <w:color w:val="2B6CB0"/>
        </w:rPr>
        <w:t xml:space="preserve">📌 Örnek Soru 5.1: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görsel</w:t>
      </w:r>
      <w:proofErr w:type="spellEnd"/>
      <w:r>
        <w:t xml:space="preserve"> </w:t>
      </w:r>
      <w:proofErr w:type="spellStart"/>
      <w:r>
        <w:t>şemada</w:t>
      </w:r>
      <w:proofErr w:type="spellEnd"/>
      <w:r>
        <w:t xml:space="preserve"> </w:t>
      </w:r>
      <w:proofErr w:type="spellStart"/>
      <w:r>
        <w:t>numaralandırılmış</w:t>
      </w:r>
      <w:proofErr w:type="spellEnd"/>
      <w:r>
        <w:t xml:space="preserve"> 7 </w:t>
      </w:r>
      <w:proofErr w:type="spellStart"/>
      <w:r>
        <w:t>adet</w:t>
      </w:r>
      <w:proofErr w:type="spellEnd"/>
      <w:r>
        <w:t xml:space="preserve"> </w:t>
      </w:r>
      <w:proofErr w:type="spellStart"/>
      <w:r>
        <w:t>donanım</w:t>
      </w:r>
      <w:proofErr w:type="spellEnd"/>
      <w:r>
        <w:t xml:space="preserve"> </w:t>
      </w:r>
      <w:proofErr w:type="spellStart"/>
      <w:r>
        <w:t>birimi</w:t>
      </w:r>
      <w:proofErr w:type="spellEnd"/>
      <w:r>
        <w:t xml:space="preserve"> </w:t>
      </w:r>
      <w:proofErr w:type="spellStart"/>
      <w:r>
        <w:t>verilmiştir</w:t>
      </w:r>
      <w:proofErr w:type="spellEnd"/>
      <w:r>
        <w:t xml:space="preserve">. </w:t>
      </w:r>
      <w:proofErr w:type="spellStart"/>
      <w:r>
        <w:t>Görseli</w:t>
      </w:r>
      <w:proofErr w:type="spellEnd"/>
      <w:r>
        <w:t xml:space="preserve"> </w:t>
      </w:r>
      <w:proofErr w:type="spellStart"/>
      <w:r>
        <w:t>dikkatlice</w:t>
      </w:r>
      <w:proofErr w:type="spellEnd"/>
      <w:r>
        <w:t xml:space="preserve"> </w:t>
      </w:r>
      <w:proofErr w:type="spellStart"/>
      <w:r>
        <w:t>inceleyerek</w:t>
      </w:r>
      <w:proofErr w:type="spellEnd"/>
      <w:r>
        <w:t xml:space="preserve"> </w:t>
      </w:r>
      <w:proofErr w:type="spellStart"/>
      <w:r>
        <w:t>altındaki</w:t>
      </w:r>
      <w:proofErr w:type="spellEnd"/>
      <w:r>
        <w:t xml:space="preserve"> </w:t>
      </w:r>
      <w:proofErr w:type="spellStart"/>
      <w:r>
        <w:t>soruları</w:t>
      </w:r>
      <w:proofErr w:type="spellEnd"/>
      <w:r>
        <w:t xml:space="preserve"> </w:t>
      </w:r>
      <w:proofErr w:type="spellStart"/>
      <w:r>
        <w:t>cevaplayınız</w:t>
      </w:r>
      <w:proofErr w:type="spellEnd"/>
      <w:r>
        <w:t>.</w:t>
      </w:r>
    </w:p>
    <w:p w14:paraId="3B014CEA" w14:textId="77777777" w:rsidR="00621FBB" w:rsidRDefault="00000000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48A496E5" wp14:editId="6D3DAAAD">
            <wp:extent cx="5303520" cy="106866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isma_p4_img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06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5328"/>
        <w:gridCol w:w="5328"/>
      </w:tblGrid>
      <w:tr w:rsidR="00621FBB" w14:paraId="256C3BEE" w14:textId="77777777">
        <w:trPr>
          <w:cantSplit/>
          <w:tblHeader/>
          <w:jc w:val="center"/>
        </w:trPr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BF06FC5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Soru</w:t>
            </w:r>
          </w:p>
        </w:tc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11FCAC57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Cevabınız</w:t>
            </w:r>
            <w:proofErr w:type="spellEnd"/>
          </w:p>
        </w:tc>
      </w:tr>
      <w:tr w:rsidR="00621FBB" w14:paraId="2385A8B8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443E763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📦 1) Kasa </w:t>
            </w:r>
            <w:proofErr w:type="spellStart"/>
            <w:r>
              <w:rPr>
                <w:b/>
                <w:color w:val="1A365D"/>
                <w:sz w:val="20"/>
              </w:rPr>
              <w:t>içinde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yer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alan</w:t>
            </w:r>
            <w:proofErr w:type="spellEnd"/>
            <w:r>
              <w:rPr>
                <w:b/>
                <w:color w:val="1A365D"/>
                <w:sz w:val="20"/>
              </w:rPr>
              <w:t xml:space="preserve"> İÇ DONANIM </w:t>
            </w:r>
            <w:proofErr w:type="spellStart"/>
            <w:r>
              <w:rPr>
                <w:b/>
                <w:color w:val="1A365D"/>
                <w:sz w:val="20"/>
              </w:rPr>
              <w:t>birimlerinin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numaraları</w:t>
            </w:r>
            <w:proofErr w:type="spellEnd"/>
            <w:r>
              <w:rPr>
                <w:b/>
                <w:color w:val="1A365D"/>
                <w:sz w:val="20"/>
              </w:rPr>
              <w:t xml:space="preserve">: 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C109734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[ .................... , .................... , .................... ]</w:t>
            </w:r>
          </w:p>
        </w:tc>
      </w:tr>
      <w:tr w:rsidR="00621FBB" w14:paraId="475004F2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9A65403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🔌 2) Kasa </w:t>
            </w:r>
            <w:proofErr w:type="spellStart"/>
            <w:r>
              <w:rPr>
                <w:b/>
                <w:color w:val="1A365D"/>
                <w:sz w:val="20"/>
              </w:rPr>
              <w:t>dışında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yer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alan</w:t>
            </w:r>
            <w:proofErr w:type="spellEnd"/>
            <w:r>
              <w:rPr>
                <w:b/>
                <w:color w:val="1A365D"/>
                <w:sz w:val="20"/>
              </w:rPr>
              <w:t xml:space="preserve"> DIŞ DONANIM </w:t>
            </w:r>
            <w:proofErr w:type="spellStart"/>
            <w:r>
              <w:rPr>
                <w:b/>
                <w:color w:val="1A365D"/>
                <w:sz w:val="20"/>
              </w:rPr>
              <w:t>birimlerinin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numaraları</w:t>
            </w:r>
            <w:proofErr w:type="spellEnd"/>
            <w:r>
              <w:rPr>
                <w:b/>
                <w:color w:val="1A365D"/>
                <w:sz w:val="20"/>
              </w:rPr>
              <w:t xml:space="preserve">: 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CF1E7A1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[ .................... , ...............</w:t>
            </w:r>
            <w:proofErr w:type="gramStart"/>
            <w:r>
              <w:rPr>
                <w:sz w:val="20"/>
              </w:rPr>
              <w:t>..... ,</w:t>
            </w:r>
            <w:proofErr w:type="gramEnd"/>
            <w:r>
              <w:rPr>
                <w:sz w:val="20"/>
              </w:rPr>
              <w:t xml:space="preserve"> .................... , .................... ]</w:t>
            </w:r>
          </w:p>
        </w:tc>
      </w:tr>
      <w:tr w:rsidR="00621FBB" w14:paraId="09EE8BD0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3DAA29C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🧠 3) 4 </w:t>
            </w:r>
            <w:proofErr w:type="spellStart"/>
            <w:r>
              <w:rPr>
                <w:b/>
                <w:color w:val="1A365D"/>
                <w:sz w:val="20"/>
              </w:rPr>
              <w:t>numaralı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donanımın</w:t>
            </w:r>
            <w:proofErr w:type="spellEnd"/>
            <w:r>
              <w:rPr>
                <w:b/>
                <w:color w:val="1A365D"/>
                <w:sz w:val="20"/>
              </w:rPr>
              <w:t xml:space="preserve"> (CPU) </w:t>
            </w:r>
            <w:proofErr w:type="spellStart"/>
            <w:r>
              <w:rPr>
                <w:b/>
                <w:color w:val="1A365D"/>
                <w:sz w:val="20"/>
              </w:rPr>
              <w:t>adı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ve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bilgisayardaki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temel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görevi</w:t>
            </w:r>
            <w:proofErr w:type="spellEnd"/>
            <w:r>
              <w:rPr>
                <w:b/>
                <w:color w:val="1A365D"/>
                <w:sz w:val="20"/>
              </w:rPr>
              <w:t xml:space="preserve">: 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9D2DB0" w14:textId="77777777" w:rsidR="00621FBB" w:rsidRDefault="00000000">
            <w:pPr>
              <w:keepNext/>
              <w:spacing w:before="40" w:after="40" w:line="269" w:lineRule="auto"/>
            </w:pPr>
            <w:proofErr w:type="spellStart"/>
            <w:r>
              <w:rPr>
                <w:sz w:val="20"/>
              </w:rPr>
              <w:t>Adı</w:t>
            </w:r>
            <w:proofErr w:type="spellEnd"/>
            <w:r>
              <w:rPr>
                <w:sz w:val="20"/>
              </w:rPr>
              <w:t xml:space="preserve">: ...................................... | </w:t>
            </w:r>
            <w:proofErr w:type="spellStart"/>
            <w:r>
              <w:rPr>
                <w:sz w:val="20"/>
              </w:rPr>
              <w:t>Görevi</w:t>
            </w:r>
            <w:proofErr w:type="spellEnd"/>
            <w:r>
              <w:rPr>
                <w:sz w:val="20"/>
              </w:rPr>
              <w:t>: ........................................................................</w:t>
            </w:r>
          </w:p>
        </w:tc>
      </w:tr>
      <w:tr w:rsidR="00621FBB" w14:paraId="05CD6EA2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F7659FF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🟩 4) 5 </w:t>
            </w:r>
            <w:proofErr w:type="spellStart"/>
            <w:r>
              <w:rPr>
                <w:b/>
                <w:color w:val="1A365D"/>
                <w:sz w:val="20"/>
              </w:rPr>
              <w:t>numaralı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donanımın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adı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ve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bilgisayardaki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temel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görevi</w:t>
            </w:r>
            <w:proofErr w:type="spellEnd"/>
            <w:r>
              <w:rPr>
                <w:b/>
                <w:color w:val="1A365D"/>
                <w:sz w:val="20"/>
              </w:rPr>
              <w:t xml:space="preserve">: 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A673E4A" w14:textId="77777777" w:rsidR="00621FBB" w:rsidRDefault="00000000">
            <w:pPr>
              <w:keepNext/>
              <w:spacing w:before="40" w:after="40" w:line="269" w:lineRule="auto"/>
            </w:pPr>
            <w:proofErr w:type="spellStart"/>
            <w:r>
              <w:rPr>
                <w:sz w:val="20"/>
              </w:rPr>
              <w:t>Adı</w:t>
            </w:r>
            <w:proofErr w:type="spellEnd"/>
            <w:r>
              <w:rPr>
                <w:sz w:val="20"/>
              </w:rPr>
              <w:t xml:space="preserve">: ...................................... | </w:t>
            </w:r>
            <w:proofErr w:type="spellStart"/>
            <w:r>
              <w:rPr>
                <w:sz w:val="20"/>
              </w:rPr>
              <w:t>Görevi</w:t>
            </w:r>
            <w:proofErr w:type="spellEnd"/>
            <w:r>
              <w:rPr>
                <w:sz w:val="20"/>
              </w:rPr>
              <w:t>: ........................................................................</w:t>
            </w:r>
          </w:p>
        </w:tc>
      </w:tr>
      <w:tr w:rsidR="00621FBB" w14:paraId="1A3A3F51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519F6D9" w14:textId="77777777" w:rsidR="00621FBB" w:rsidRDefault="00000000">
            <w:pPr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⚡ 5) 7 </w:t>
            </w:r>
            <w:proofErr w:type="spellStart"/>
            <w:r>
              <w:rPr>
                <w:b/>
                <w:color w:val="1A365D"/>
                <w:sz w:val="20"/>
              </w:rPr>
              <w:t>numaralı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donanımın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adı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ve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bilgisayardaki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temel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görevi</w:t>
            </w:r>
            <w:proofErr w:type="spellEnd"/>
            <w:r>
              <w:rPr>
                <w:b/>
                <w:color w:val="1A365D"/>
                <w:sz w:val="20"/>
              </w:rPr>
              <w:t xml:space="preserve">: 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01FACF0" w14:textId="77777777" w:rsidR="00621FBB" w:rsidRDefault="00000000">
            <w:pPr>
              <w:spacing w:before="40" w:after="40" w:line="269" w:lineRule="auto"/>
            </w:pPr>
            <w:proofErr w:type="spellStart"/>
            <w:r>
              <w:rPr>
                <w:sz w:val="20"/>
              </w:rPr>
              <w:t>Adı</w:t>
            </w:r>
            <w:proofErr w:type="spellEnd"/>
            <w:r>
              <w:rPr>
                <w:sz w:val="20"/>
              </w:rPr>
              <w:t xml:space="preserve">: ...................................... | </w:t>
            </w:r>
            <w:proofErr w:type="spellStart"/>
            <w:r>
              <w:rPr>
                <w:sz w:val="20"/>
              </w:rPr>
              <w:t>Görevi</w:t>
            </w:r>
            <w:proofErr w:type="spellEnd"/>
            <w:r>
              <w:rPr>
                <w:sz w:val="20"/>
              </w:rPr>
              <w:t>: ........................................................................</w:t>
            </w:r>
          </w:p>
        </w:tc>
      </w:tr>
    </w:tbl>
    <w:p w14:paraId="479BCEE2" w14:textId="77777777" w:rsidR="00621FBB" w:rsidRDefault="00000000">
      <w:pPr>
        <w:keepNext/>
        <w:spacing w:before="180" w:after="80"/>
      </w:pPr>
      <w:r>
        <w:rPr>
          <w:b/>
          <w:color w:val="2B6CB0"/>
        </w:rPr>
        <w:lastRenderedPageBreak/>
        <w:t xml:space="preserve">📌 Örnek Soru 5.2: </w:t>
      </w:r>
      <w:proofErr w:type="spellStart"/>
      <w:r>
        <w:t>Bilgisayarlar</w:t>
      </w:r>
      <w:proofErr w:type="spellEnd"/>
      <w:r>
        <w:t xml:space="preserve">,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görevleri</w:t>
      </w:r>
      <w:proofErr w:type="spellEnd"/>
      <w:r>
        <w:t xml:space="preserve"> </w:t>
      </w:r>
      <w:proofErr w:type="spellStart"/>
      <w:r>
        <w:t>yerine</w:t>
      </w:r>
      <w:proofErr w:type="spellEnd"/>
      <w:r>
        <w:t xml:space="preserve"> </w:t>
      </w:r>
      <w:proofErr w:type="spellStart"/>
      <w:r>
        <w:t>getiren</w:t>
      </w:r>
      <w:proofErr w:type="spellEnd"/>
      <w:r>
        <w:t xml:space="preserve"> </w:t>
      </w:r>
      <w:proofErr w:type="spellStart"/>
      <w:r>
        <w:t>donanım</w:t>
      </w:r>
      <w:proofErr w:type="spellEnd"/>
      <w:r>
        <w:t xml:space="preserve"> </w:t>
      </w:r>
      <w:proofErr w:type="spellStart"/>
      <w:r>
        <w:t>parçalarının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çalışmasıyla</w:t>
      </w:r>
      <w:proofErr w:type="spellEnd"/>
      <w:r>
        <w:t xml:space="preserve"> </w:t>
      </w:r>
      <w:proofErr w:type="spellStart"/>
      <w:r>
        <w:t>işlevlerini</w:t>
      </w:r>
      <w:proofErr w:type="spellEnd"/>
      <w:r>
        <w:t xml:space="preserve"> </w:t>
      </w:r>
      <w:proofErr w:type="spellStart"/>
      <w:r>
        <w:t>gerçekleştirir</w:t>
      </w:r>
      <w:proofErr w:type="spellEnd"/>
      <w:r>
        <w:t xml:space="preserve">.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görselde</w:t>
      </w:r>
      <w:proofErr w:type="spellEnd"/>
      <w:r>
        <w:t xml:space="preserve"> </w:t>
      </w:r>
      <w:proofErr w:type="spellStart"/>
      <w:r>
        <w:t>numaralandırılmış</w:t>
      </w:r>
      <w:proofErr w:type="spellEnd"/>
      <w:r>
        <w:t xml:space="preserve"> </w:t>
      </w:r>
      <w:proofErr w:type="spellStart"/>
      <w:r>
        <w:t>donanım</w:t>
      </w:r>
      <w:proofErr w:type="spellEnd"/>
      <w:r>
        <w:t xml:space="preserve"> </w:t>
      </w:r>
      <w:proofErr w:type="spellStart"/>
      <w:r>
        <w:t>parçalarını</w:t>
      </w:r>
      <w:proofErr w:type="spellEnd"/>
      <w:r>
        <w:t xml:space="preserve"> </w:t>
      </w:r>
      <w:proofErr w:type="spellStart"/>
      <w:r>
        <w:t>inceleyerek</w:t>
      </w:r>
      <w:proofErr w:type="spellEnd"/>
      <w:r>
        <w:t xml:space="preserve"> her </w:t>
      </w:r>
      <w:proofErr w:type="spellStart"/>
      <w:r>
        <w:t>parçanın</w:t>
      </w:r>
      <w:proofErr w:type="spellEnd"/>
      <w:r>
        <w:t xml:space="preserve"> </w:t>
      </w:r>
      <w:proofErr w:type="spellStart"/>
      <w:r>
        <w:t>adını</w:t>
      </w:r>
      <w:proofErr w:type="spellEnd"/>
      <w:r>
        <w:t xml:space="preserve">, </w:t>
      </w:r>
      <w:proofErr w:type="spellStart"/>
      <w:r>
        <w:t>giriş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çıkış</w:t>
      </w:r>
      <w:proofErr w:type="spellEnd"/>
      <w:r>
        <w:t xml:space="preserve"> </w:t>
      </w:r>
      <w:proofErr w:type="spellStart"/>
      <w:r>
        <w:t>birimi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görevini</w:t>
      </w:r>
      <w:proofErr w:type="spellEnd"/>
      <w:r>
        <w:t xml:space="preserve"> </w:t>
      </w:r>
      <w:proofErr w:type="spellStart"/>
      <w:r>
        <w:t>tabloya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</w:p>
    <w:p w14:paraId="3F5C8061" w14:textId="77777777" w:rsidR="00621FBB" w:rsidRDefault="00000000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71C9A6BB" wp14:editId="600E45BF">
            <wp:extent cx="3474720" cy="23546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austu_numarali_donanim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235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1127"/>
        <w:gridCol w:w="2376"/>
        <w:gridCol w:w="2124"/>
        <w:gridCol w:w="5289"/>
      </w:tblGrid>
      <w:tr w:rsidR="00621FBB" w14:paraId="78C90B0D" w14:textId="77777777">
        <w:trPr>
          <w:cantSplit/>
          <w:tblHeader/>
          <w:jc w:val="center"/>
        </w:trPr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5AB5DFA1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No</w:t>
            </w:r>
          </w:p>
        </w:tc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0E510DE4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Donanım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Parçasının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Adı</w:t>
            </w:r>
            <w:proofErr w:type="spellEnd"/>
          </w:p>
        </w:tc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568E949B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Türü</w:t>
            </w:r>
            <w:proofErr w:type="spellEnd"/>
            <w:r>
              <w:rPr>
                <w:b/>
                <w:color w:val="1A365D"/>
                <w:sz w:val="21"/>
              </w:rPr>
              <w:t xml:space="preserve"> (</w:t>
            </w:r>
            <w:proofErr w:type="spellStart"/>
            <w:r>
              <w:rPr>
                <w:b/>
                <w:color w:val="1A365D"/>
                <w:sz w:val="21"/>
              </w:rPr>
              <w:t>Giriş</w:t>
            </w:r>
            <w:proofErr w:type="spellEnd"/>
            <w:r>
              <w:rPr>
                <w:b/>
                <w:color w:val="1A365D"/>
                <w:sz w:val="21"/>
              </w:rPr>
              <w:t xml:space="preserve"> / </w:t>
            </w:r>
            <w:proofErr w:type="spellStart"/>
            <w:r>
              <w:rPr>
                <w:b/>
                <w:color w:val="1A365D"/>
                <w:sz w:val="21"/>
              </w:rPr>
              <w:t>Çıkış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Birimi</w:t>
            </w:r>
            <w:proofErr w:type="spellEnd"/>
            <w:r>
              <w:rPr>
                <w:b/>
                <w:color w:val="1A365D"/>
                <w:sz w:val="21"/>
              </w:rPr>
              <w:t>)</w:t>
            </w:r>
          </w:p>
        </w:tc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6E7E1AA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Bilgisayardaki</w:t>
            </w:r>
            <w:proofErr w:type="spellEnd"/>
            <w:r>
              <w:rPr>
                <w:b/>
                <w:color w:val="1A365D"/>
                <w:sz w:val="21"/>
              </w:rPr>
              <w:t xml:space="preserve"> Temel </w:t>
            </w:r>
            <w:proofErr w:type="spellStart"/>
            <w:r>
              <w:rPr>
                <w:b/>
                <w:color w:val="1A365D"/>
                <w:sz w:val="21"/>
              </w:rPr>
              <w:t>Görevi</w:t>
            </w:r>
            <w:proofErr w:type="spellEnd"/>
            <w:r>
              <w:rPr>
                <w:b/>
                <w:color w:val="1A365D"/>
                <w:sz w:val="21"/>
              </w:rPr>
              <w:t xml:space="preserve"> Nedir?</w:t>
            </w:r>
          </w:p>
        </w:tc>
      </w:tr>
      <w:tr w:rsidR="00621FBB" w14:paraId="0B1F5793" w14:textId="77777777">
        <w:trPr>
          <w:cantSplit/>
          <w:jc w:val="center"/>
        </w:trPr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3B9D8D3" w14:textId="77777777" w:rsidR="00621FBB" w:rsidRDefault="00000000">
            <w:pPr>
              <w:keepNext/>
              <w:spacing w:before="40" w:after="40" w:line="269" w:lineRule="auto"/>
              <w:jc w:val="center"/>
            </w:pPr>
            <w:r>
              <w:rPr>
                <w:b/>
                <w:color w:val="1A365D"/>
                <w:sz w:val="20"/>
              </w:rPr>
              <w:t>[1]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BBFEE19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D1DE796" w14:textId="77777777" w:rsidR="00621FBB" w:rsidRDefault="00000000">
            <w:pPr>
              <w:keepNext/>
              <w:spacing w:before="40" w:after="40" w:line="269" w:lineRule="auto"/>
              <w:jc w:val="center"/>
            </w:pPr>
            <w:r>
              <w:rPr>
                <w:sz w:val="20"/>
              </w:rPr>
              <w:t>.................................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F4A294D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</w:t>
            </w:r>
          </w:p>
        </w:tc>
      </w:tr>
      <w:tr w:rsidR="00621FBB" w14:paraId="26DC9A23" w14:textId="77777777">
        <w:trPr>
          <w:cantSplit/>
          <w:jc w:val="center"/>
        </w:trPr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C6F6BC2" w14:textId="77777777" w:rsidR="00621FBB" w:rsidRDefault="00000000">
            <w:pPr>
              <w:keepNext/>
              <w:spacing w:before="40" w:after="40" w:line="269" w:lineRule="auto"/>
              <w:jc w:val="center"/>
            </w:pPr>
            <w:r>
              <w:rPr>
                <w:b/>
                <w:color w:val="1A365D"/>
                <w:sz w:val="20"/>
              </w:rPr>
              <w:t>[2]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985C4A5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BD5DF9B" w14:textId="77777777" w:rsidR="00621FBB" w:rsidRDefault="00000000">
            <w:pPr>
              <w:keepNext/>
              <w:spacing w:before="40" w:after="40" w:line="269" w:lineRule="auto"/>
              <w:jc w:val="center"/>
            </w:pPr>
            <w:r>
              <w:rPr>
                <w:sz w:val="20"/>
              </w:rPr>
              <w:t>.................................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6F02C33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</w:t>
            </w:r>
          </w:p>
        </w:tc>
      </w:tr>
      <w:tr w:rsidR="00621FBB" w14:paraId="22DF8040" w14:textId="77777777">
        <w:trPr>
          <w:cantSplit/>
          <w:jc w:val="center"/>
        </w:trPr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81202FC" w14:textId="77777777" w:rsidR="00621FBB" w:rsidRDefault="00000000">
            <w:pPr>
              <w:keepNext/>
              <w:spacing w:before="40" w:after="40" w:line="269" w:lineRule="auto"/>
              <w:jc w:val="center"/>
            </w:pPr>
            <w:r>
              <w:rPr>
                <w:b/>
                <w:color w:val="1A365D"/>
                <w:sz w:val="20"/>
              </w:rPr>
              <w:t>[3]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6096851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1F3E57D" w14:textId="77777777" w:rsidR="00621FBB" w:rsidRDefault="00000000">
            <w:pPr>
              <w:keepNext/>
              <w:spacing w:before="40" w:after="40" w:line="269" w:lineRule="auto"/>
              <w:jc w:val="center"/>
            </w:pPr>
            <w:r>
              <w:rPr>
                <w:sz w:val="20"/>
              </w:rPr>
              <w:t>.................................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4B79BC4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</w:t>
            </w:r>
          </w:p>
        </w:tc>
      </w:tr>
      <w:tr w:rsidR="00621FBB" w14:paraId="156A36D0" w14:textId="77777777">
        <w:trPr>
          <w:cantSplit/>
          <w:jc w:val="center"/>
        </w:trPr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347ED1D" w14:textId="77777777" w:rsidR="00621FBB" w:rsidRDefault="00000000">
            <w:pPr>
              <w:keepNext/>
              <w:spacing w:before="40" w:after="40" w:line="269" w:lineRule="auto"/>
              <w:jc w:val="center"/>
            </w:pPr>
            <w:r>
              <w:rPr>
                <w:b/>
                <w:color w:val="1A365D"/>
                <w:sz w:val="20"/>
              </w:rPr>
              <w:t>[4]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96077E2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4E3E6CD" w14:textId="77777777" w:rsidR="00621FBB" w:rsidRDefault="00000000">
            <w:pPr>
              <w:keepNext/>
              <w:spacing w:before="40" w:after="40" w:line="269" w:lineRule="auto"/>
              <w:jc w:val="center"/>
            </w:pPr>
            <w:r>
              <w:rPr>
                <w:sz w:val="20"/>
              </w:rPr>
              <w:t>.................................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61A2E2C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</w:t>
            </w:r>
          </w:p>
        </w:tc>
      </w:tr>
      <w:tr w:rsidR="00621FBB" w14:paraId="5A3023A2" w14:textId="77777777">
        <w:trPr>
          <w:cantSplit/>
          <w:jc w:val="center"/>
        </w:trPr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6C58176" w14:textId="77777777" w:rsidR="00621FBB" w:rsidRDefault="00000000">
            <w:pPr>
              <w:keepNext/>
              <w:spacing w:before="40" w:after="40" w:line="269" w:lineRule="auto"/>
              <w:jc w:val="center"/>
            </w:pPr>
            <w:r>
              <w:rPr>
                <w:b/>
                <w:color w:val="1A365D"/>
                <w:sz w:val="20"/>
              </w:rPr>
              <w:t>[5]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20452AE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AE48345" w14:textId="77777777" w:rsidR="00621FBB" w:rsidRDefault="00000000">
            <w:pPr>
              <w:keepNext/>
              <w:spacing w:before="40" w:after="40" w:line="269" w:lineRule="auto"/>
              <w:jc w:val="center"/>
            </w:pPr>
            <w:r>
              <w:rPr>
                <w:sz w:val="20"/>
              </w:rPr>
              <w:t>.................................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B8CF8C3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</w:t>
            </w:r>
          </w:p>
        </w:tc>
      </w:tr>
      <w:tr w:rsidR="00621FBB" w14:paraId="56086EA0" w14:textId="77777777">
        <w:trPr>
          <w:cantSplit/>
          <w:jc w:val="center"/>
        </w:trPr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3D3F30B" w14:textId="77777777" w:rsidR="00621FBB" w:rsidRDefault="00000000">
            <w:pPr>
              <w:spacing w:before="40" w:after="40" w:line="269" w:lineRule="auto"/>
              <w:jc w:val="center"/>
            </w:pPr>
            <w:r>
              <w:rPr>
                <w:b/>
                <w:color w:val="1A365D"/>
                <w:sz w:val="20"/>
              </w:rPr>
              <w:t>[6]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51FA3C4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9DA8DF0" w14:textId="77777777" w:rsidR="00621FBB" w:rsidRDefault="00000000">
            <w:pPr>
              <w:spacing w:before="40" w:after="40" w:line="269" w:lineRule="auto"/>
              <w:jc w:val="center"/>
            </w:pPr>
            <w:r>
              <w:rPr>
                <w:sz w:val="20"/>
              </w:rPr>
              <w:t>.................................</w:t>
            </w:r>
          </w:p>
        </w:tc>
        <w:tc>
          <w:tcPr>
            <w:tcW w:w="2664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0841438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</w:t>
            </w:r>
          </w:p>
        </w:tc>
      </w:tr>
    </w:tbl>
    <w:p w14:paraId="7AC9BC7F" w14:textId="2897D564" w:rsidR="00621FBB" w:rsidRDefault="00000000">
      <w:pPr>
        <w:keepNext/>
        <w:spacing w:before="180" w:after="80"/>
      </w:pPr>
      <w:r>
        <w:rPr>
          <w:b/>
          <w:color w:val="2B6CB0"/>
        </w:rPr>
        <w:t>📌 Örnek Soru 5</w:t>
      </w:r>
      <w:r w:rsidR="001C57C7">
        <w:rPr>
          <w:b/>
          <w:color w:val="2B6CB0"/>
        </w:rPr>
        <w:t>.3</w:t>
      </w:r>
      <w:r>
        <w:rPr>
          <w:b/>
          <w:color w:val="2B6CB0"/>
        </w:rPr>
        <w:t xml:space="preserve">: </w:t>
      </w:r>
      <w:proofErr w:type="spellStart"/>
      <w:r>
        <w:t>Bilgisayar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'</w:t>
      </w:r>
      <w:proofErr w:type="spellStart"/>
      <w:r>
        <w:t>Donanım</w:t>
      </w:r>
      <w:proofErr w:type="spellEnd"/>
      <w:r>
        <w:t xml:space="preserve"> (</w:t>
      </w:r>
      <w:proofErr w:type="spellStart"/>
      <w:r>
        <w:t>Fiziksel</w:t>
      </w:r>
      <w:proofErr w:type="spellEnd"/>
      <w:r>
        <w:t xml:space="preserve"> </w:t>
      </w:r>
      <w:proofErr w:type="spellStart"/>
      <w:r>
        <w:t>Parçalar</w:t>
      </w:r>
      <w:proofErr w:type="spellEnd"/>
      <w:r>
        <w:t xml:space="preserve">)' </w:t>
      </w:r>
      <w:proofErr w:type="spellStart"/>
      <w:r>
        <w:t>ve</w:t>
      </w:r>
      <w:proofErr w:type="spellEnd"/>
      <w:r>
        <w:t xml:space="preserve"> '</w:t>
      </w:r>
      <w:proofErr w:type="spellStart"/>
      <w:r>
        <w:t>Yazılım</w:t>
      </w:r>
      <w:proofErr w:type="spellEnd"/>
      <w:r>
        <w:t xml:space="preserve"> (</w:t>
      </w:r>
      <w:proofErr w:type="spellStart"/>
      <w:r>
        <w:t>Programlar</w:t>
      </w:r>
      <w:proofErr w:type="spellEnd"/>
      <w:r>
        <w:t xml:space="preserve">)'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bölümden</w:t>
      </w:r>
      <w:proofErr w:type="spellEnd"/>
      <w:r>
        <w:t xml:space="preserve"> </w:t>
      </w:r>
      <w:proofErr w:type="spellStart"/>
      <w:r>
        <w:t>oluşur</w:t>
      </w:r>
      <w:proofErr w:type="spellEnd"/>
      <w:r>
        <w:t xml:space="preserve">. </w:t>
      </w:r>
      <w:proofErr w:type="spellStart"/>
      <w:r>
        <w:t>Ayrıca</w:t>
      </w:r>
      <w:proofErr w:type="spellEnd"/>
      <w:r>
        <w:t xml:space="preserve"> </w:t>
      </w:r>
      <w:proofErr w:type="spellStart"/>
      <w:r>
        <w:t>bazı</w:t>
      </w:r>
      <w:proofErr w:type="spellEnd"/>
      <w:r>
        <w:t xml:space="preserve"> </w:t>
      </w:r>
      <w:proofErr w:type="spellStart"/>
      <w:r>
        <w:t>donanımlar</w:t>
      </w:r>
      <w:proofErr w:type="spellEnd"/>
      <w:r>
        <w:t xml:space="preserve"> hem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girişi</w:t>
      </w:r>
      <w:proofErr w:type="spellEnd"/>
      <w:r>
        <w:t xml:space="preserve"> hem de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çıkışı</w:t>
      </w:r>
      <w:proofErr w:type="spellEnd"/>
      <w:r>
        <w:t xml:space="preserve"> </w:t>
      </w:r>
      <w:proofErr w:type="spellStart"/>
      <w:r>
        <w:t>yapabilir</w:t>
      </w:r>
      <w:proofErr w:type="spellEnd"/>
      <w:r>
        <w:t xml:space="preserve">.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kutuda</w:t>
      </w:r>
      <w:proofErr w:type="spellEnd"/>
      <w:r>
        <w:t xml:space="preserve"> </w:t>
      </w:r>
      <w:proofErr w:type="spellStart"/>
      <w:r>
        <w:t>verilen</w:t>
      </w:r>
      <w:proofErr w:type="spellEnd"/>
      <w:r>
        <w:t xml:space="preserve"> </w:t>
      </w:r>
      <w:proofErr w:type="spellStart"/>
      <w:r>
        <w:t>kavramları</w:t>
      </w:r>
      <w:proofErr w:type="spellEnd"/>
      <w:r>
        <w:t xml:space="preserve"> </w:t>
      </w:r>
      <w:proofErr w:type="spellStart"/>
      <w:r>
        <w:t>inceleyerek</w:t>
      </w:r>
      <w:proofErr w:type="spellEnd"/>
      <w:r>
        <w:t xml:space="preserve"> </w:t>
      </w:r>
      <w:proofErr w:type="spellStart"/>
      <w:r>
        <w:t>altındaki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tabloyu</w:t>
      </w:r>
      <w:proofErr w:type="spellEnd"/>
      <w:r>
        <w:t xml:space="preserve"> </w:t>
      </w:r>
      <w:proofErr w:type="spellStart"/>
      <w:r>
        <w:t>doğru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doldurunuz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815"/>
      </w:tblGrid>
      <w:tr w:rsidR="00621FBB" w14:paraId="536DF2A9" w14:textId="77777777" w:rsidTr="006972C4">
        <w:trPr>
          <w:cantSplit/>
          <w:tblHeader/>
          <w:jc w:val="center"/>
        </w:trPr>
        <w:tc>
          <w:tcPr>
            <w:tcW w:w="10807" w:type="dxa"/>
            <w:gridSpan w:val="4"/>
            <w:shd w:val="clear" w:color="auto" w:fill="EDF2F7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28515671" w14:textId="46EA4A40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 xml:space="preserve">📌 KAVRAM KUTUSU:  </w:t>
            </w:r>
            <w:proofErr w:type="gramStart"/>
            <w:r>
              <w:rPr>
                <w:b/>
                <w:color w:val="1A365D"/>
                <w:sz w:val="21"/>
              </w:rPr>
              <w:t>•  [</w:t>
            </w:r>
            <w:proofErr w:type="gramEnd"/>
            <w:r w:rsidR="006972C4">
              <w:rPr>
                <w:b/>
                <w:color w:val="1A365D"/>
                <w:sz w:val="21"/>
              </w:rPr>
              <w:t>1</w:t>
            </w:r>
            <w:r>
              <w:rPr>
                <w:b/>
                <w:color w:val="1A365D"/>
                <w:sz w:val="21"/>
              </w:rPr>
              <w:t xml:space="preserve">] </w:t>
            </w:r>
            <w:proofErr w:type="spellStart"/>
            <w:r>
              <w:rPr>
                <w:b/>
                <w:color w:val="1A365D"/>
                <w:sz w:val="21"/>
              </w:rPr>
              <w:t>Dokunmatik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1A365D"/>
                <w:sz w:val="21"/>
              </w:rPr>
              <w:t>Ekran</w:t>
            </w:r>
            <w:proofErr w:type="spellEnd"/>
            <w:r>
              <w:rPr>
                <w:b/>
                <w:color w:val="1A365D"/>
                <w:sz w:val="21"/>
              </w:rPr>
              <w:t xml:space="preserve">  •   [</w:t>
            </w:r>
            <w:proofErr w:type="gramEnd"/>
            <w:r w:rsidR="006972C4">
              <w:rPr>
                <w:b/>
                <w:color w:val="1A365D"/>
                <w:sz w:val="21"/>
              </w:rPr>
              <w:t>2</w:t>
            </w:r>
            <w:r>
              <w:rPr>
                <w:b/>
                <w:color w:val="1A365D"/>
                <w:sz w:val="21"/>
              </w:rPr>
              <w:t xml:space="preserve">] </w:t>
            </w:r>
            <w:proofErr w:type="spellStart"/>
            <w:proofErr w:type="gramStart"/>
            <w:r>
              <w:rPr>
                <w:b/>
                <w:color w:val="1A365D"/>
                <w:sz w:val="21"/>
              </w:rPr>
              <w:t>Klavye</w:t>
            </w:r>
            <w:proofErr w:type="spellEnd"/>
            <w:r>
              <w:rPr>
                <w:b/>
                <w:color w:val="1A365D"/>
                <w:sz w:val="21"/>
              </w:rPr>
              <w:t xml:space="preserve">  •</w:t>
            </w:r>
            <w:proofErr w:type="gramEnd"/>
            <w:r>
              <w:rPr>
                <w:b/>
                <w:color w:val="1A365D"/>
                <w:sz w:val="21"/>
              </w:rPr>
              <w:t xml:space="preserve">  [</w:t>
            </w:r>
            <w:r w:rsidR="006972C4">
              <w:rPr>
                <w:b/>
                <w:color w:val="1A365D"/>
                <w:sz w:val="21"/>
              </w:rPr>
              <w:t>3</w:t>
            </w:r>
            <w:r>
              <w:rPr>
                <w:b/>
                <w:color w:val="1A365D"/>
                <w:sz w:val="21"/>
              </w:rPr>
              <w:t xml:space="preserve">] USB Flash </w:t>
            </w:r>
            <w:proofErr w:type="spellStart"/>
            <w:proofErr w:type="gramStart"/>
            <w:r>
              <w:rPr>
                <w:b/>
                <w:color w:val="1A365D"/>
                <w:sz w:val="21"/>
              </w:rPr>
              <w:t>Bellek</w:t>
            </w:r>
            <w:proofErr w:type="spellEnd"/>
            <w:r>
              <w:rPr>
                <w:b/>
                <w:color w:val="1A365D"/>
                <w:sz w:val="21"/>
              </w:rPr>
              <w:t xml:space="preserve">  •</w:t>
            </w:r>
            <w:proofErr w:type="gramEnd"/>
            <w:r>
              <w:rPr>
                <w:b/>
                <w:color w:val="1A365D"/>
                <w:sz w:val="21"/>
              </w:rPr>
              <w:t xml:space="preserve">  [</w:t>
            </w:r>
            <w:r w:rsidR="006972C4">
              <w:rPr>
                <w:b/>
                <w:color w:val="1A365D"/>
                <w:sz w:val="21"/>
              </w:rPr>
              <w:t>4</w:t>
            </w:r>
            <w:r>
              <w:rPr>
                <w:b/>
                <w:color w:val="1A365D"/>
                <w:sz w:val="21"/>
              </w:rPr>
              <w:t xml:space="preserve">] </w:t>
            </w:r>
            <w:proofErr w:type="gramStart"/>
            <w:r>
              <w:rPr>
                <w:b/>
                <w:color w:val="1A365D"/>
                <w:sz w:val="21"/>
              </w:rPr>
              <w:t>Yazıcı  •</w:t>
            </w:r>
            <w:proofErr w:type="gramEnd"/>
            <w:r>
              <w:rPr>
                <w:b/>
                <w:color w:val="1A365D"/>
                <w:sz w:val="21"/>
              </w:rPr>
              <w:t xml:space="preserve">  [</w:t>
            </w:r>
            <w:r w:rsidR="006972C4">
              <w:rPr>
                <w:b/>
                <w:color w:val="1A365D"/>
                <w:sz w:val="21"/>
              </w:rPr>
              <w:t>5</w:t>
            </w:r>
            <w:r>
              <w:rPr>
                <w:b/>
                <w:color w:val="1A365D"/>
                <w:sz w:val="21"/>
              </w:rPr>
              <w:t xml:space="preserve">] </w:t>
            </w:r>
            <w:proofErr w:type="gramStart"/>
            <w:r>
              <w:rPr>
                <w:b/>
                <w:color w:val="1A365D"/>
                <w:sz w:val="21"/>
              </w:rPr>
              <w:t>Pardus  •</w:t>
            </w:r>
            <w:proofErr w:type="gramEnd"/>
            <w:r>
              <w:rPr>
                <w:b/>
                <w:color w:val="1A365D"/>
                <w:sz w:val="21"/>
              </w:rPr>
              <w:t xml:space="preserve">  </w:t>
            </w:r>
            <w:r w:rsidR="006972C4">
              <w:rPr>
                <w:b/>
                <w:color w:val="1A365D"/>
                <w:sz w:val="21"/>
              </w:rPr>
              <w:br/>
            </w:r>
            <w:r>
              <w:rPr>
                <w:b/>
                <w:color w:val="1A365D"/>
                <w:sz w:val="21"/>
              </w:rPr>
              <w:t>[</w:t>
            </w:r>
            <w:r w:rsidR="006972C4">
              <w:rPr>
                <w:b/>
                <w:color w:val="1A365D"/>
                <w:sz w:val="21"/>
              </w:rPr>
              <w:t>6</w:t>
            </w:r>
            <w:r>
              <w:rPr>
                <w:b/>
                <w:color w:val="1A365D"/>
                <w:sz w:val="21"/>
              </w:rPr>
              <w:t>] Modem (</w:t>
            </w:r>
            <w:proofErr w:type="spellStart"/>
            <w:r>
              <w:rPr>
                <w:b/>
                <w:color w:val="1A365D"/>
                <w:sz w:val="21"/>
              </w:rPr>
              <w:t>Ağ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1A365D"/>
                <w:sz w:val="21"/>
              </w:rPr>
              <w:t>Kartı</w:t>
            </w:r>
            <w:proofErr w:type="spellEnd"/>
            <w:r>
              <w:rPr>
                <w:b/>
                <w:color w:val="1A365D"/>
                <w:sz w:val="21"/>
              </w:rPr>
              <w:t>)  •</w:t>
            </w:r>
            <w:proofErr w:type="gramEnd"/>
            <w:r>
              <w:rPr>
                <w:b/>
                <w:color w:val="1A365D"/>
                <w:sz w:val="21"/>
              </w:rPr>
              <w:t xml:space="preserve">  [</w:t>
            </w:r>
            <w:r w:rsidR="006972C4">
              <w:rPr>
                <w:b/>
                <w:color w:val="1A365D"/>
                <w:sz w:val="21"/>
              </w:rPr>
              <w:t>7</w:t>
            </w:r>
            <w:r>
              <w:rPr>
                <w:b/>
                <w:color w:val="1A365D"/>
                <w:sz w:val="21"/>
              </w:rPr>
              <w:t xml:space="preserve">] </w:t>
            </w:r>
            <w:proofErr w:type="spellStart"/>
            <w:proofErr w:type="gramStart"/>
            <w:r>
              <w:rPr>
                <w:b/>
                <w:color w:val="1A365D"/>
                <w:sz w:val="21"/>
              </w:rPr>
              <w:t>Mikrofon</w:t>
            </w:r>
            <w:proofErr w:type="spellEnd"/>
            <w:r>
              <w:rPr>
                <w:b/>
                <w:color w:val="1A365D"/>
                <w:sz w:val="21"/>
              </w:rPr>
              <w:t xml:space="preserve">  •</w:t>
            </w:r>
            <w:proofErr w:type="gramEnd"/>
            <w:r>
              <w:rPr>
                <w:b/>
                <w:color w:val="1A365D"/>
                <w:sz w:val="21"/>
              </w:rPr>
              <w:t xml:space="preserve">  [</w:t>
            </w:r>
            <w:r w:rsidR="006972C4">
              <w:rPr>
                <w:b/>
                <w:color w:val="1A365D"/>
                <w:sz w:val="21"/>
              </w:rPr>
              <w:t>8</w:t>
            </w:r>
            <w:r>
              <w:rPr>
                <w:b/>
                <w:color w:val="1A365D"/>
                <w:sz w:val="21"/>
              </w:rPr>
              <w:t xml:space="preserve">] </w:t>
            </w:r>
            <w:proofErr w:type="spellStart"/>
            <w:proofErr w:type="gramStart"/>
            <w:r>
              <w:rPr>
                <w:b/>
                <w:color w:val="1A365D"/>
                <w:sz w:val="21"/>
              </w:rPr>
              <w:t>Hoparlör</w:t>
            </w:r>
            <w:proofErr w:type="spellEnd"/>
            <w:r>
              <w:rPr>
                <w:b/>
                <w:color w:val="1A365D"/>
                <w:sz w:val="21"/>
              </w:rPr>
              <w:t xml:space="preserve">  •</w:t>
            </w:r>
            <w:proofErr w:type="gramEnd"/>
            <w:r>
              <w:rPr>
                <w:b/>
                <w:color w:val="1A365D"/>
                <w:sz w:val="21"/>
              </w:rPr>
              <w:t xml:space="preserve">  </w:t>
            </w:r>
          </w:p>
        </w:tc>
      </w:tr>
      <w:tr w:rsidR="006972C4" w14:paraId="1E653559" w14:textId="77777777">
        <w:trPr>
          <w:gridAfter w:val="1"/>
          <w:wAfter w:w="2815" w:type="dxa"/>
          <w:cantSplit/>
          <w:tblHeader/>
          <w:jc w:val="center"/>
        </w:trPr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C030D6B" w14:textId="77777777" w:rsidR="006972C4" w:rsidRDefault="006972C4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➡️ GİRİŞ BİRİMİ (2 Örnek)</w:t>
            </w:r>
          </w:p>
        </w:tc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5C269B69" w14:textId="77777777" w:rsidR="006972C4" w:rsidRDefault="006972C4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🔄 HEM GİRİŞ HEM ÇIKIŞ BİRİMİ (3 Örnek)</w:t>
            </w:r>
          </w:p>
        </w:tc>
        <w:tc>
          <w:tcPr>
            <w:tcW w:w="2664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5024E74E" w14:textId="77777777" w:rsidR="006972C4" w:rsidRDefault="006972C4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⬅️ ÇIKIŞ BİRİMİ (2 Örnek)</w:t>
            </w:r>
          </w:p>
        </w:tc>
      </w:tr>
      <w:tr w:rsidR="006972C4" w14:paraId="40898A91" w14:textId="77777777">
        <w:trPr>
          <w:gridAfter w:val="1"/>
          <w:wAfter w:w="2815" w:type="dxa"/>
          <w:cantSplit/>
          <w:jc w:val="center"/>
        </w:trPr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BBC4ACF" w14:textId="5E2C385C" w:rsidR="006972C4" w:rsidRDefault="006972C4">
            <w:pPr>
              <w:spacing w:before="40" w:after="40" w:line="269" w:lineRule="auto"/>
            </w:pP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18EB8DE" w14:textId="4055EC86" w:rsidR="006972C4" w:rsidRDefault="006972C4">
            <w:pPr>
              <w:spacing w:before="40" w:after="40" w:line="269" w:lineRule="auto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64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B571C68" w14:textId="3B5F9D8F" w:rsidR="006972C4" w:rsidRDefault="006972C4">
            <w:pPr>
              <w:spacing w:before="40" w:after="40" w:line="269" w:lineRule="auto"/>
            </w:pPr>
          </w:p>
        </w:tc>
      </w:tr>
    </w:tbl>
    <w:p w14:paraId="2F4F8721" w14:textId="04A5B968" w:rsidR="00621FBB" w:rsidRDefault="00000000">
      <w:pPr>
        <w:keepNext/>
        <w:shd w:val="clear" w:color="auto" w:fill="1A365D"/>
        <w:spacing w:before="280" w:after="120"/>
      </w:pPr>
      <w:r>
        <w:rPr>
          <w:b/>
          <w:color w:val="FFFFFF"/>
          <w:sz w:val="23"/>
        </w:rPr>
        <w:lastRenderedPageBreak/>
        <w:t xml:space="preserve">  🎯 6. KAZANIM: BTY.5.1.6. Dosya </w:t>
      </w:r>
      <w:proofErr w:type="spellStart"/>
      <w:r>
        <w:rPr>
          <w:b/>
          <w:color w:val="FFFFFF"/>
          <w:sz w:val="23"/>
        </w:rPr>
        <w:t>ve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klasör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yönetimi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ile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ilgili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temel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işlemlerle</w:t>
      </w:r>
      <w:proofErr w:type="spellEnd"/>
      <w:r>
        <w:rPr>
          <w:b/>
          <w:color w:val="FFFFFF"/>
          <w:sz w:val="23"/>
        </w:rPr>
        <w:t xml:space="preserve"> </w:t>
      </w:r>
      <w:proofErr w:type="spellStart"/>
      <w:r>
        <w:rPr>
          <w:b/>
          <w:color w:val="FFFFFF"/>
          <w:sz w:val="23"/>
        </w:rPr>
        <w:t>çalışabilme</w:t>
      </w:r>
      <w:proofErr w:type="spellEnd"/>
      <w:r>
        <w:rPr>
          <w:b/>
          <w:color w:val="FFFFFF"/>
          <w:sz w:val="23"/>
        </w:rPr>
        <w:t xml:space="preserve"> (8. </w:t>
      </w:r>
      <w:proofErr w:type="spellStart"/>
      <w:r>
        <w:rPr>
          <w:b/>
          <w:color w:val="FFFFFF"/>
          <w:sz w:val="23"/>
        </w:rPr>
        <w:t>Hafta</w:t>
      </w:r>
      <w:proofErr w:type="spellEnd"/>
      <w:r>
        <w:rPr>
          <w:b/>
          <w:color w:val="FFFFFF"/>
          <w:sz w:val="23"/>
        </w:rPr>
        <w:t xml:space="preserve">: </w:t>
      </w:r>
      <w:r w:rsidR="007D500B">
        <w:rPr>
          <w:b/>
          <w:color w:val="FFFFFF"/>
          <w:sz w:val="23"/>
        </w:rPr>
        <w:t>4</w:t>
      </w:r>
      <w:r>
        <w:rPr>
          <w:b/>
          <w:color w:val="FFFFFF"/>
          <w:sz w:val="23"/>
        </w:rPr>
        <w:t xml:space="preserve"> Soru)</w:t>
      </w:r>
    </w:p>
    <w:p w14:paraId="18FFB915" w14:textId="77777777" w:rsidR="00621FBB" w:rsidRDefault="00000000">
      <w:pPr>
        <w:keepNext/>
        <w:spacing w:before="180" w:after="80"/>
      </w:pPr>
      <w:r>
        <w:rPr>
          <w:b/>
          <w:color w:val="2B6CB0"/>
        </w:rPr>
        <w:t xml:space="preserve">📌 Örnek Soru 6.1: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kartlarda</w:t>
      </w:r>
      <w:proofErr w:type="spellEnd"/>
      <w:r>
        <w:t xml:space="preserve"> </w:t>
      </w:r>
      <w:proofErr w:type="spellStart"/>
      <w:r>
        <w:t>numaraları</w:t>
      </w:r>
      <w:proofErr w:type="spellEnd"/>
      <w:r>
        <w:t xml:space="preserve">, </w:t>
      </w:r>
      <w:proofErr w:type="spellStart"/>
      <w:r>
        <w:t>simgeleri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uzantıları</w:t>
      </w:r>
      <w:proofErr w:type="spellEnd"/>
      <w:r>
        <w:t xml:space="preserve"> </w:t>
      </w:r>
      <w:proofErr w:type="spellStart"/>
      <w:r>
        <w:t>verilen</w:t>
      </w:r>
      <w:proofErr w:type="spellEnd"/>
      <w:r>
        <w:t xml:space="preserve"> 10 </w:t>
      </w:r>
      <w:proofErr w:type="spellStart"/>
      <w:r>
        <w:t>dosyayı</w:t>
      </w:r>
      <w:proofErr w:type="spellEnd"/>
      <w:r>
        <w:t xml:space="preserve"> </w:t>
      </w:r>
      <w:proofErr w:type="spellStart"/>
      <w:r>
        <w:t>inceleyiniz</w:t>
      </w:r>
      <w:proofErr w:type="spellEnd"/>
      <w:r>
        <w:t xml:space="preserve">. Bu </w:t>
      </w:r>
      <w:proofErr w:type="spellStart"/>
      <w:r>
        <w:t>dosyaları</w:t>
      </w:r>
      <w:proofErr w:type="spellEnd"/>
      <w:r>
        <w:t xml:space="preserve"> </w:t>
      </w:r>
      <w:proofErr w:type="spellStart"/>
      <w:r>
        <w:t>türlerine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tablonun</w:t>
      </w:r>
      <w:proofErr w:type="spellEnd"/>
      <w:r>
        <w:t xml:space="preserve"> alt </w:t>
      </w:r>
      <w:proofErr w:type="spellStart"/>
      <w:r>
        <w:t>kısmındaki</w:t>
      </w:r>
      <w:proofErr w:type="spellEnd"/>
      <w:r>
        <w:t xml:space="preserve"> </w:t>
      </w:r>
      <w:proofErr w:type="spellStart"/>
      <w:r>
        <w:t>klasörlerin</w:t>
      </w:r>
      <w:proofErr w:type="spellEnd"/>
      <w:r>
        <w:t xml:space="preserve"> (RESİMLERİM, MÜZİKLERİM, BELGELERİM, VİDEOLARIM) </w:t>
      </w:r>
      <w:proofErr w:type="spellStart"/>
      <w:r>
        <w:t>altına</w:t>
      </w:r>
      <w:proofErr w:type="spellEnd"/>
      <w:r>
        <w:t xml:space="preserve"> </w:t>
      </w:r>
      <w:proofErr w:type="spellStart"/>
      <w:r>
        <w:t>sıra</w:t>
      </w:r>
      <w:proofErr w:type="spellEnd"/>
      <w:r>
        <w:t xml:space="preserve"> </w:t>
      </w:r>
      <w:proofErr w:type="spellStart"/>
      <w:r>
        <w:t>numaralarını</w:t>
      </w:r>
      <w:proofErr w:type="spellEnd"/>
      <w:r>
        <w:t xml:space="preserve"> </w:t>
      </w:r>
      <w:proofErr w:type="spellStart"/>
      <w:r>
        <w:t>yazarak</w:t>
      </w:r>
      <w:proofErr w:type="spellEnd"/>
      <w:r>
        <w:t xml:space="preserve"> </w:t>
      </w:r>
      <w:proofErr w:type="spellStart"/>
      <w:r>
        <w:t>gruplayınız</w:t>
      </w:r>
      <w:proofErr w:type="spellEnd"/>
      <w:r>
        <w:t>.</w:t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2131"/>
        <w:gridCol w:w="533"/>
        <w:gridCol w:w="1598"/>
        <w:gridCol w:w="1066"/>
        <w:gridCol w:w="1065"/>
        <w:gridCol w:w="1599"/>
        <w:gridCol w:w="532"/>
        <w:gridCol w:w="2132"/>
        <w:gridCol w:w="9"/>
      </w:tblGrid>
      <w:tr w:rsidR="00621FBB" w14:paraId="285145A2" w14:textId="77777777">
        <w:trPr>
          <w:cantSplit/>
          <w:jc w:val="center"/>
        </w:trPr>
        <w:tc>
          <w:tcPr>
            <w:tcW w:w="213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56C2808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1. 🎵 Beni-sev.mp3</w:t>
            </w:r>
          </w:p>
        </w:tc>
        <w:tc>
          <w:tcPr>
            <w:tcW w:w="2131" w:type="dxa"/>
            <w:gridSpan w:val="2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14886BC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2. 🖼️ dogumgunum.jpg</w:t>
            </w:r>
          </w:p>
        </w:tc>
        <w:tc>
          <w:tcPr>
            <w:tcW w:w="2131" w:type="dxa"/>
            <w:gridSpan w:val="2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665AD3F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3. 🐱 kedi.gif</w:t>
            </w:r>
          </w:p>
        </w:tc>
        <w:tc>
          <w:tcPr>
            <w:tcW w:w="2131" w:type="dxa"/>
            <w:gridSpan w:val="2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B40049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4. 📄 sinavnotu.pdf</w:t>
            </w:r>
          </w:p>
        </w:tc>
        <w:tc>
          <w:tcPr>
            <w:tcW w:w="2131" w:type="dxa"/>
            <w:gridSpan w:val="2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57BC569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5. 🎬 mezuniyet.mp4</w:t>
            </w:r>
          </w:p>
        </w:tc>
      </w:tr>
      <w:tr w:rsidR="00621FBB" w14:paraId="407F9607" w14:textId="77777777">
        <w:trPr>
          <w:cantSplit/>
          <w:jc w:val="center"/>
        </w:trPr>
        <w:tc>
          <w:tcPr>
            <w:tcW w:w="2131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0E90E53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6. 📝 odevim.docx</w:t>
            </w:r>
          </w:p>
        </w:tc>
        <w:tc>
          <w:tcPr>
            <w:tcW w:w="2131" w:type="dxa"/>
            <w:gridSpan w:val="2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7D76204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7. 🎵 istiklal_marsi.wav</w:t>
            </w:r>
          </w:p>
        </w:tc>
        <w:tc>
          <w:tcPr>
            <w:tcW w:w="2131" w:type="dxa"/>
            <w:gridSpan w:val="2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CD80174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8. 📊 karne_notu.xlsx</w:t>
            </w:r>
          </w:p>
        </w:tc>
        <w:tc>
          <w:tcPr>
            <w:tcW w:w="2131" w:type="dxa"/>
            <w:gridSpan w:val="2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5BC9C5A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9. 🎨 okul_logo.png</w:t>
            </w:r>
          </w:p>
        </w:tc>
        <w:tc>
          <w:tcPr>
            <w:tcW w:w="2131" w:type="dxa"/>
            <w:gridSpan w:val="2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FC70108" w14:textId="77777777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10. 🎥 deney_kaydi.avi</w:t>
            </w:r>
          </w:p>
        </w:tc>
      </w:tr>
      <w:tr w:rsidR="00621FBB" w14:paraId="11AE170F" w14:textId="77777777">
        <w:trPr>
          <w:gridAfter w:val="1"/>
          <w:wAfter w:w="9" w:type="dxa"/>
          <w:cantSplit/>
          <w:tblHeader/>
          <w:jc w:val="center"/>
        </w:trPr>
        <w:tc>
          <w:tcPr>
            <w:tcW w:w="2664" w:type="dxa"/>
            <w:gridSpan w:val="2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79AB69C6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 xml:space="preserve">🖼️ RESİMLERİM </w:t>
            </w:r>
            <w:proofErr w:type="spellStart"/>
            <w:r>
              <w:rPr>
                <w:b/>
                <w:color w:val="1A365D"/>
                <w:sz w:val="21"/>
              </w:rPr>
              <w:t>Klasörü</w:t>
            </w:r>
            <w:proofErr w:type="spellEnd"/>
          </w:p>
        </w:tc>
        <w:tc>
          <w:tcPr>
            <w:tcW w:w="2664" w:type="dxa"/>
            <w:gridSpan w:val="2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4005CBF6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 xml:space="preserve">🎵 MÜZİKLERİM </w:t>
            </w:r>
            <w:proofErr w:type="spellStart"/>
            <w:r>
              <w:rPr>
                <w:b/>
                <w:color w:val="1A365D"/>
                <w:sz w:val="21"/>
              </w:rPr>
              <w:t>Klasörü</w:t>
            </w:r>
            <w:proofErr w:type="spellEnd"/>
          </w:p>
        </w:tc>
        <w:tc>
          <w:tcPr>
            <w:tcW w:w="2664" w:type="dxa"/>
            <w:gridSpan w:val="2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96E8019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 xml:space="preserve">📁 BELGELERİM </w:t>
            </w:r>
            <w:proofErr w:type="spellStart"/>
            <w:r>
              <w:rPr>
                <w:b/>
                <w:color w:val="1A365D"/>
                <w:sz w:val="21"/>
              </w:rPr>
              <w:t>Klasörü</w:t>
            </w:r>
            <w:proofErr w:type="spellEnd"/>
          </w:p>
        </w:tc>
        <w:tc>
          <w:tcPr>
            <w:tcW w:w="2664" w:type="dxa"/>
            <w:gridSpan w:val="2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5F350FDA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 xml:space="preserve">🎬 VİDEOLARIM </w:t>
            </w:r>
            <w:proofErr w:type="spellStart"/>
            <w:r>
              <w:rPr>
                <w:b/>
                <w:color w:val="1A365D"/>
                <w:sz w:val="21"/>
              </w:rPr>
              <w:t>Klasörü</w:t>
            </w:r>
            <w:proofErr w:type="spellEnd"/>
          </w:p>
        </w:tc>
      </w:tr>
      <w:tr w:rsidR="00621FBB" w14:paraId="720F649A" w14:textId="77777777">
        <w:trPr>
          <w:gridAfter w:val="1"/>
          <w:wAfter w:w="9" w:type="dxa"/>
          <w:cantSplit/>
          <w:jc w:val="center"/>
        </w:trPr>
        <w:tc>
          <w:tcPr>
            <w:tcW w:w="2664" w:type="dxa"/>
            <w:gridSpan w:val="2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EB74D66" w14:textId="77777777" w:rsidR="00621FBB" w:rsidRDefault="00000000">
            <w:pPr>
              <w:spacing w:before="40" w:after="40" w:line="269" w:lineRule="auto"/>
              <w:jc w:val="center"/>
            </w:pPr>
            <w:proofErr w:type="spellStart"/>
            <w:r>
              <w:rPr>
                <w:sz w:val="20"/>
              </w:rPr>
              <w:t>Numaralar</w:t>
            </w:r>
            <w:proofErr w:type="spellEnd"/>
            <w:r>
              <w:rPr>
                <w:sz w:val="20"/>
              </w:rPr>
              <w:t>: ........................</w:t>
            </w:r>
          </w:p>
        </w:tc>
        <w:tc>
          <w:tcPr>
            <w:tcW w:w="2664" w:type="dxa"/>
            <w:gridSpan w:val="2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9212FAD" w14:textId="77777777" w:rsidR="00621FBB" w:rsidRDefault="00000000">
            <w:pPr>
              <w:spacing w:before="40" w:after="40" w:line="269" w:lineRule="auto"/>
              <w:jc w:val="center"/>
            </w:pPr>
            <w:proofErr w:type="spellStart"/>
            <w:r>
              <w:rPr>
                <w:sz w:val="20"/>
              </w:rPr>
              <w:t>Numaralar</w:t>
            </w:r>
            <w:proofErr w:type="spellEnd"/>
            <w:r>
              <w:rPr>
                <w:sz w:val="20"/>
              </w:rPr>
              <w:t>: ........................</w:t>
            </w:r>
          </w:p>
        </w:tc>
        <w:tc>
          <w:tcPr>
            <w:tcW w:w="2664" w:type="dxa"/>
            <w:gridSpan w:val="2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92ECFB9" w14:textId="77777777" w:rsidR="00621FBB" w:rsidRDefault="00000000">
            <w:pPr>
              <w:spacing w:before="40" w:after="40" w:line="269" w:lineRule="auto"/>
              <w:jc w:val="center"/>
            </w:pPr>
            <w:proofErr w:type="spellStart"/>
            <w:r>
              <w:rPr>
                <w:sz w:val="20"/>
              </w:rPr>
              <w:t>Numaralar</w:t>
            </w:r>
            <w:proofErr w:type="spellEnd"/>
            <w:r>
              <w:rPr>
                <w:sz w:val="20"/>
              </w:rPr>
              <w:t>: ........................</w:t>
            </w:r>
          </w:p>
        </w:tc>
        <w:tc>
          <w:tcPr>
            <w:tcW w:w="2664" w:type="dxa"/>
            <w:gridSpan w:val="2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3E3B7D0" w14:textId="77777777" w:rsidR="00621FBB" w:rsidRDefault="00000000">
            <w:pPr>
              <w:spacing w:before="40" w:after="40" w:line="269" w:lineRule="auto"/>
              <w:jc w:val="center"/>
            </w:pPr>
            <w:proofErr w:type="spellStart"/>
            <w:r>
              <w:rPr>
                <w:sz w:val="20"/>
              </w:rPr>
              <w:t>Numaralar</w:t>
            </w:r>
            <w:proofErr w:type="spellEnd"/>
            <w:r>
              <w:rPr>
                <w:sz w:val="20"/>
              </w:rPr>
              <w:t>: ........................</w:t>
            </w:r>
          </w:p>
        </w:tc>
      </w:tr>
    </w:tbl>
    <w:p w14:paraId="53935112" w14:textId="77777777" w:rsidR="00621FBB" w:rsidRDefault="00000000">
      <w:pPr>
        <w:keepNext/>
        <w:spacing w:before="180" w:after="80"/>
      </w:pPr>
      <w:r>
        <w:rPr>
          <w:b/>
          <w:color w:val="2B6CB0"/>
        </w:rPr>
        <w:t xml:space="preserve">📌 Örnek Soru 6.2: </w:t>
      </w:r>
      <w:r>
        <w:t xml:space="preserve">Bir </w:t>
      </w:r>
      <w:proofErr w:type="spellStart"/>
      <w:r>
        <w:t>grup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, </w:t>
      </w:r>
      <w:proofErr w:type="spellStart"/>
      <w:r>
        <w:t>hazırladıkları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dosyalarını</w:t>
      </w:r>
      <w:proofErr w:type="spellEnd"/>
      <w:r>
        <w:t xml:space="preserve"> (afiş.jpg: 3 MB, sunum.pptx: 6 MB, röportaj.wav: 9 MB) </w:t>
      </w:r>
      <w:proofErr w:type="spellStart"/>
      <w:r>
        <w:t>öğretmenlerine</w:t>
      </w:r>
      <w:proofErr w:type="spellEnd"/>
      <w:r>
        <w:t xml:space="preserve"> e-</w:t>
      </w:r>
      <w:proofErr w:type="spellStart"/>
      <w:r>
        <w:t>posta</w:t>
      </w:r>
      <w:proofErr w:type="spellEnd"/>
      <w:r>
        <w:t xml:space="preserve"> </w:t>
      </w:r>
      <w:proofErr w:type="spellStart"/>
      <w:r>
        <w:t>yoluyla</w:t>
      </w:r>
      <w:proofErr w:type="spellEnd"/>
      <w:r>
        <w:t xml:space="preserve"> </w:t>
      </w:r>
      <w:proofErr w:type="spellStart"/>
      <w:r>
        <w:t>göndermek</w:t>
      </w:r>
      <w:proofErr w:type="spellEnd"/>
      <w:r>
        <w:t xml:space="preserve"> </w:t>
      </w:r>
      <w:proofErr w:type="spellStart"/>
      <w:r>
        <w:t>istemektedir</w:t>
      </w:r>
      <w:proofErr w:type="spellEnd"/>
      <w:r>
        <w:t xml:space="preserve">. </w:t>
      </w:r>
      <w:proofErr w:type="spellStart"/>
      <w:r>
        <w:t>Ancak</w:t>
      </w:r>
      <w:proofErr w:type="spellEnd"/>
      <w:r>
        <w:t xml:space="preserve"> </w:t>
      </w:r>
      <w:proofErr w:type="spellStart"/>
      <w:r>
        <w:t>kullandıkları</w:t>
      </w:r>
      <w:proofErr w:type="spellEnd"/>
      <w:r>
        <w:t xml:space="preserve"> e-</w:t>
      </w:r>
      <w:proofErr w:type="spellStart"/>
      <w:r>
        <w:t>posta</w:t>
      </w:r>
      <w:proofErr w:type="spellEnd"/>
      <w:r>
        <w:t xml:space="preserve"> </w:t>
      </w:r>
      <w:proofErr w:type="spellStart"/>
      <w:r>
        <w:t>hizmetinin</w:t>
      </w:r>
      <w:proofErr w:type="spellEnd"/>
      <w:r>
        <w:t xml:space="preserve"> ek </w:t>
      </w:r>
      <w:proofErr w:type="spellStart"/>
      <w:r>
        <w:t>dosya</w:t>
      </w:r>
      <w:proofErr w:type="spellEnd"/>
      <w:r>
        <w:t xml:space="preserve"> </w:t>
      </w:r>
      <w:proofErr w:type="spellStart"/>
      <w:r>
        <w:t>boyutu</w:t>
      </w:r>
      <w:proofErr w:type="spellEnd"/>
      <w:r>
        <w:t xml:space="preserve"> </w:t>
      </w:r>
      <w:proofErr w:type="spellStart"/>
      <w:r>
        <w:t>sınırı</w:t>
      </w:r>
      <w:proofErr w:type="spellEnd"/>
      <w:r>
        <w:t xml:space="preserve"> 12 </w:t>
      </w:r>
      <w:proofErr w:type="spellStart"/>
      <w:r>
        <w:t>MB'tır</w:t>
      </w:r>
      <w:proofErr w:type="spellEnd"/>
      <w:r>
        <w:t xml:space="preserve">. </w:t>
      </w:r>
      <w:proofErr w:type="spellStart"/>
      <w:r>
        <w:t>Öğrenciler</w:t>
      </w:r>
      <w:proofErr w:type="spellEnd"/>
      <w:r>
        <w:t xml:space="preserve">, </w:t>
      </w:r>
      <w:proofErr w:type="spellStart"/>
      <w:r>
        <w:t>toplam</w:t>
      </w:r>
      <w:proofErr w:type="spellEnd"/>
      <w:r>
        <w:t xml:space="preserve"> </w:t>
      </w:r>
      <w:proofErr w:type="spellStart"/>
      <w:r>
        <w:t>boyutu</w:t>
      </w:r>
      <w:proofErr w:type="spellEnd"/>
      <w:r>
        <w:t xml:space="preserve"> 18 MB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dosyalarını</w:t>
      </w:r>
      <w:proofErr w:type="spellEnd"/>
      <w:r>
        <w:t xml:space="preserve"> </w:t>
      </w:r>
      <w:proofErr w:type="spellStart"/>
      <w:r>
        <w:t>sıkıştırarak</w:t>
      </w:r>
      <w:proofErr w:type="spellEnd"/>
      <w:r>
        <w:t xml:space="preserve"> 10 MB </w:t>
      </w:r>
      <w:proofErr w:type="spellStart"/>
      <w:r>
        <w:t>boyutunda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ZIP </w:t>
      </w:r>
      <w:proofErr w:type="spellStart"/>
      <w:r>
        <w:t>dosyası</w:t>
      </w:r>
      <w:proofErr w:type="spellEnd"/>
      <w:r>
        <w:t xml:space="preserve"> (proje.zip) </w:t>
      </w:r>
      <w:proofErr w:type="spellStart"/>
      <w:r>
        <w:t>oluşturmuştur</w:t>
      </w:r>
      <w:proofErr w:type="spellEnd"/>
      <w:r>
        <w:t xml:space="preserve">. </w:t>
      </w:r>
      <w:proofErr w:type="spellStart"/>
      <w:r>
        <w:t>Görseldeki</w:t>
      </w:r>
      <w:proofErr w:type="spellEnd"/>
      <w:r>
        <w:t xml:space="preserve"> </w:t>
      </w:r>
      <w:proofErr w:type="spellStart"/>
      <w:r>
        <w:t>bilgilerden</w:t>
      </w:r>
      <w:proofErr w:type="spellEnd"/>
      <w:r>
        <w:t xml:space="preserve"> </w:t>
      </w:r>
      <w:proofErr w:type="spellStart"/>
      <w:r>
        <w:t>hareketle</w:t>
      </w:r>
      <w:proofErr w:type="spellEnd"/>
      <w:r>
        <w:t xml:space="preserve"> </w:t>
      </w:r>
      <w:proofErr w:type="spellStart"/>
      <w:r>
        <w:t>soruları</w:t>
      </w:r>
      <w:proofErr w:type="spellEnd"/>
      <w:r>
        <w:t xml:space="preserve"> </w:t>
      </w:r>
      <w:proofErr w:type="spellStart"/>
      <w:r>
        <w:t>cevaplayınız</w:t>
      </w:r>
      <w:proofErr w:type="spellEnd"/>
      <w:r>
        <w:t>.</w:t>
      </w:r>
    </w:p>
    <w:p w14:paraId="5599F362" w14:textId="77777777" w:rsidR="00621FBB" w:rsidRDefault="00000000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1D2236BE" wp14:editId="449AD4EA">
            <wp:extent cx="5029200" cy="102041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ip_sikistirma_sem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02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3405"/>
        <w:gridCol w:w="7511"/>
      </w:tblGrid>
      <w:tr w:rsidR="00621FBB" w14:paraId="5C1CD246" w14:textId="77777777">
        <w:trPr>
          <w:cantSplit/>
          <w:tblHeader/>
          <w:jc w:val="center"/>
        </w:trPr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0E1ADA42" w14:textId="77777777" w:rsidR="00621FBB" w:rsidRDefault="00000000">
            <w:pPr>
              <w:keepNext/>
              <w:spacing w:before="40" w:after="40"/>
              <w:jc w:val="center"/>
            </w:pPr>
            <w:r>
              <w:rPr>
                <w:b/>
                <w:color w:val="1A365D"/>
                <w:sz w:val="21"/>
              </w:rPr>
              <w:t>Soru</w:t>
            </w:r>
          </w:p>
        </w:tc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733DFC8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Hesaplamanız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ve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Açıklamanız</w:t>
            </w:r>
            <w:proofErr w:type="spellEnd"/>
          </w:p>
        </w:tc>
      </w:tr>
      <w:tr w:rsidR="00621FBB" w14:paraId="0764265E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8BBA05E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a) </w:t>
            </w:r>
            <w:proofErr w:type="spellStart"/>
            <w:r>
              <w:rPr>
                <w:b/>
                <w:color w:val="1A365D"/>
                <w:sz w:val="20"/>
              </w:rPr>
              <w:t>Sıkıştırma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işlemi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ile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kaç</w:t>
            </w:r>
            <w:proofErr w:type="spellEnd"/>
            <w:r>
              <w:rPr>
                <w:b/>
                <w:color w:val="1A365D"/>
                <w:sz w:val="20"/>
              </w:rPr>
              <w:t xml:space="preserve"> MB </w:t>
            </w:r>
            <w:proofErr w:type="spellStart"/>
            <w:r>
              <w:rPr>
                <w:b/>
                <w:color w:val="1A365D"/>
                <w:sz w:val="20"/>
              </w:rPr>
              <w:t>depolama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tasarrufu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sağlanmıştır</w:t>
            </w:r>
            <w:proofErr w:type="spellEnd"/>
            <w:r>
              <w:rPr>
                <w:b/>
                <w:color w:val="1A365D"/>
                <w:sz w:val="20"/>
              </w:rPr>
              <w:t xml:space="preserve">? </w:t>
            </w:r>
            <w:proofErr w:type="spellStart"/>
            <w:r>
              <w:rPr>
                <w:b/>
                <w:color w:val="1A365D"/>
                <w:sz w:val="20"/>
              </w:rPr>
              <w:t>Hesaplayınız</w:t>
            </w:r>
            <w:proofErr w:type="spellEnd"/>
            <w:r>
              <w:rPr>
                <w:b/>
                <w:color w:val="1A365D"/>
                <w:sz w:val="20"/>
              </w:rPr>
              <w:t>: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104274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0A99CB03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8208784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b) </w:t>
            </w:r>
            <w:proofErr w:type="spellStart"/>
            <w:r>
              <w:rPr>
                <w:b/>
                <w:color w:val="1A365D"/>
                <w:sz w:val="20"/>
              </w:rPr>
              <w:t>Dosyalar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sıkıştırılmadan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tek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bir</w:t>
            </w:r>
            <w:proofErr w:type="spellEnd"/>
            <w:r>
              <w:rPr>
                <w:b/>
                <w:color w:val="1A365D"/>
                <w:sz w:val="20"/>
              </w:rPr>
              <w:t xml:space="preserve"> e-</w:t>
            </w:r>
            <w:proofErr w:type="spellStart"/>
            <w:r>
              <w:rPr>
                <w:b/>
                <w:color w:val="1A365D"/>
                <w:sz w:val="20"/>
              </w:rPr>
              <w:t>posta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eki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olarak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gönderilebilir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miydi</w:t>
            </w:r>
            <w:proofErr w:type="spellEnd"/>
            <w:r>
              <w:rPr>
                <w:b/>
                <w:color w:val="1A365D"/>
                <w:sz w:val="20"/>
              </w:rPr>
              <w:t xml:space="preserve">? </w:t>
            </w:r>
            <w:proofErr w:type="spellStart"/>
            <w:r>
              <w:rPr>
                <w:b/>
                <w:color w:val="1A365D"/>
                <w:sz w:val="20"/>
              </w:rPr>
              <w:t>Nedenini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açıklayınız</w:t>
            </w:r>
            <w:proofErr w:type="spellEnd"/>
            <w:r>
              <w:rPr>
                <w:b/>
                <w:color w:val="1A365D"/>
                <w:sz w:val="20"/>
              </w:rPr>
              <w:t>: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2FBA29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</w:t>
            </w:r>
          </w:p>
        </w:tc>
      </w:tr>
      <w:tr w:rsidR="00621FBB" w14:paraId="5731BF87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90DD622" w14:textId="738459C8" w:rsidR="00621FBB" w:rsidRDefault="00000000">
            <w:pPr>
              <w:spacing w:before="40" w:after="40" w:line="269" w:lineRule="auto"/>
            </w:pPr>
            <w:r>
              <w:rPr>
                <w:b/>
                <w:color w:val="1A365D"/>
                <w:sz w:val="20"/>
              </w:rPr>
              <w:t xml:space="preserve">c) Dosya </w:t>
            </w:r>
            <w:proofErr w:type="spellStart"/>
            <w:r>
              <w:rPr>
                <w:b/>
                <w:color w:val="1A365D"/>
                <w:sz w:val="20"/>
              </w:rPr>
              <w:t>sıkıştırma</w:t>
            </w:r>
            <w:proofErr w:type="spellEnd"/>
            <w:r>
              <w:rPr>
                <w:b/>
                <w:color w:val="1A365D"/>
                <w:sz w:val="20"/>
              </w:rPr>
              <w:t xml:space="preserve"> (.zip / .</w:t>
            </w:r>
            <w:proofErr w:type="spellStart"/>
            <w:r>
              <w:rPr>
                <w:b/>
                <w:color w:val="1A365D"/>
                <w:sz w:val="20"/>
              </w:rPr>
              <w:t>rar</w:t>
            </w:r>
            <w:proofErr w:type="spellEnd"/>
            <w:r>
              <w:rPr>
                <w:b/>
                <w:color w:val="1A365D"/>
                <w:sz w:val="20"/>
              </w:rPr>
              <w:t xml:space="preserve">) </w:t>
            </w:r>
            <w:proofErr w:type="spellStart"/>
            <w:r>
              <w:rPr>
                <w:b/>
                <w:color w:val="1A365D"/>
                <w:sz w:val="20"/>
              </w:rPr>
              <w:t>işleminin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sağladığı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faydayı</w:t>
            </w:r>
            <w:proofErr w:type="spellEnd"/>
            <w:r>
              <w:rPr>
                <w:b/>
                <w:color w:val="1A365D"/>
                <w:sz w:val="20"/>
              </w:rPr>
              <w:t xml:space="preserve"> </w:t>
            </w:r>
            <w:proofErr w:type="spellStart"/>
            <w:r>
              <w:rPr>
                <w:b/>
                <w:color w:val="1A365D"/>
                <w:sz w:val="20"/>
              </w:rPr>
              <w:t>yazınız</w:t>
            </w:r>
            <w:proofErr w:type="spellEnd"/>
            <w:r>
              <w:rPr>
                <w:b/>
                <w:color w:val="1A365D"/>
                <w:sz w:val="20"/>
              </w:rPr>
              <w:t>: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2DCAEFC" w14:textId="3775332F" w:rsidR="00621FBB" w:rsidRDefault="00000000">
            <w:pPr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</w:t>
            </w:r>
          </w:p>
        </w:tc>
      </w:tr>
    </w:tbl>
    <w:p w14:paraId="2A8D90E9" w14:textId="77777777" w:rsidR="00621FBB" w:rsidRDefault="00000000">
      <w:pPr>
        <w:keepNext/>
        <w:spacing w:before="180" w:after="80"/>
      </w:pPr>
      <w:r>
        <w:rPr>
          <w:b/>
          <w:color w:val="2B6CB0"/>
        </w:rPr>
        <w:lastRenderedPageBreak/>
        <w:t xml:space="preserve">📌 Örnek Soru 6.3: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görselde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öğrencinin</w:t>
      </w:r>
      <w:proofErr w:type="spellEnd"/>
      <w:r>
        <w:t xml:space="preserve"> </w:t>
      </w:r>
      <w:proofErr w:type="spellStart"/>
      <w:r>
        <w:t>bilgisayarındaki</w:t>
      </w:r>
      <w:proofErr w:type="spellEnd"/>
      <w:r>
        <w:t xml:space="preserve"> </w:t>
      </w:r>
      <w:proofErr w:type="spellStart"/>
      <w:r>
        <w:t>klasör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dosya</w:t>
      </w:r>
      <w:proofErr w:type="spellEnd"/>
      <w:r>
        <w:t xml:space="preserve"> </w:t>
      </w:r>
      <w:proofErr w:type="spellStart"/>
      <w:r>
        <w:t>yapısını</w:t>
      </w:r>
      <w:proofErr w:type="spellEnd"/>
      <w:r>
        <w:t xml:space="preserve"> </w:t>
      </w:r>
      <w:proofErr w:type="spellStart"/>
      <w:r>
        <w:t>gösteren</w:t>
      </w:r>
      <w:proofErr w:type="spellEnd"/>
      <w:r>
        <w:t xml:space="preserve"> </w:t>
      </w:r>
      <w:proofErr w:type="spellStart"/>
      <w:r>
        <w:t>hiyerarşik</w:t>
      </w:r>
      <w:proofErr w:type="spellEnd"/>
      <w:r>
        <w:t xml:space="preserve"> '</w:t>
      </w:r>
      <w:proofErr w:type="spellStart"/>
      <w:r>
        <w:t>Klasör</w:t>
      </w:r>
      <w:proofErr w:type="spellEnd"/>
      <w:r>
        <w:t xml:space="preserve"> </w:t>
      </w:r>
      <w:proofErr w:type="spellStart"/>
      <w:r>
        <w:t>Ağacı</w:t>
      </w:r>
      <w:proofErr w:type="spellEnd"/>
      <w:r>
        <w:t xml:space="preserve">' </w:t>
      </w:r>
      <w:proofErr w:type="spellStart"/>
      <w:r>
        <w:t>şeması</w:t>
      </w:r>
      <w:proofErr w:type="spellEnd"/>
      <w:r>
        <w:t xml:space="preserve"> </w:t>
      </w:r>
      <w:proofErr w:type="spellStart"/>
      <w:r>
        <w:t>verilmiştir</w:t>
      </w:r>
      <w:proofErr w:type="spellEnd"/>
      <w:r>
        <w:t xml:space="preserve">. </w:t>
      </w:r>
      <w:proofErr w:type="spellStart"/>
      <w:r>
        <w:t>Şemayı</w:t>
      </w:r>
      <w:proofErr w:type="spellEnd"/>
      <w:r>
        <w:t xml:space="preserve"> </w:t>
      </w:r>
      <w:proofErr w:type="spellStart"/>
      <w:r>
        <w:t>dikkatlice</w:t>
      </w:r>
      <w:proofErr w:type="spellEnd"/>
      <w:r>
        <w:t xml:space="preserve"> </w:t>
      </w:r>
      <w:proofErr w:type="spellStart"/>
      <w:r>
        <w:t>inceleyerek</w:t>
      </w:r>
      <w:proofErr w:type="spellEnd"/>
      <w:r>
        <w:t xml:space="preserve"> </w:t>
      </w:r>
      <w:proofErr w:type="spellStart"/>
      <w:r>
        <w:t>yanındaki</w:t>
      </w:r>
      <w:proofErr w:type="spellEnd"/>
      <w:r>
        <w:t xml:space="preserve"> </w:t>
      </w:r>
      <w:proofErr w:type="spellStart"/>
      <w:r>
        <w:t>soruları</w:t>
      </w:r>
      <w:proofErr w:type="spellEnd"/>
      <w:r>
        <w:t xml:space="preserve"> </w:t>
      </w:r>
      <w:proofErr w:type="spellStart"/>
      <w:r>
        <w:t>cevaplayınız</w:t>
      </w:r>
      <w:proofErr w:type="spellEnd"/>
      <w:r>
        <w:t>.</w:t>
      </w:r>
    </w:p>
    <w:p w14:paraId="13FCFF95" w14:textId="77777777" w:rsidR="00621FBB" w:rsidRDefault="00000000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02E6F033" wp14:editId="70998A2C">
            <wp:extent cx="4572000" cy="2174631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lasor_agaci_hiyerars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7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5328"/>
        <w:gridCol w:w="5328"/>
      </w:tblGrid>
      <w:tr w:rsidR="00621FBB" w14:paraId="0C28199B" w14:textId="77777777">
        <w:trPr>
          <w:cantSplit/>
          <w:tblHeader/>
          <w:jc w:val="center"/>
        </w:trPr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BE5AECC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Klasör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Ağacı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ve</w:t>
            </w:r>
            <w:proofErr w:type="spellEnd"/>
            <w:r>
              <w:rPr>
                <w:b/>
                <w:color w:val="1A365D"/>
                <w:sz w:val="21"/>
              </w:rPr>
              <w:t xml:space="preserve"> Dosya </w:t>
            </w:r>
            <w:proofErr w:type="spellStart"/>
            <w:r>
              <w:rPr>
                <w:b/>
                <w:color w:val="1A365D"/>
                <w:sz w:val="21"/>
              </w:rPr>
              <w:t>Yolu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Sorusu</w:t>
            </w:r>
            <w:proofErr w:type="spellEnd"/>
          </w:p>
        </w:tc>
        <w:tc>
          <w:tcPr>
            <w:tcW w:w="5328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656FC6BC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Cevabınız</w:t>
            </w:r>
            <w:proofErr w:type="spellEnd"/>
          </w:p>
        </w:tc>
      </w:tr>
      <w:tr w:rsidR="00621FBB" w14:paraId="1795FDBF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96AF3B8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1) </w:t>
            </w:r>
            <w:proofErr w:type="spellStart"/>
            <w:r>
              <w:rPr>
                <w:sz w:val="20"/>
              </w:rPr>
              <w:t>Şemadaki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üst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kök</w:t>
            </w:r>
            <w:proofErr w:type="spellEnd"/>
            <w:r>
              <w:rPr>
                <w:sz w:val="20"/>
              </w:rPr>
              <w:t xml:space="preserve"> / ana) </w:t>
            </w:r>
            <w:proofErr w:type="spellStart"/>
            <w:r>
              <w:rPr>
                <w:sz w:val="20"/>
              </w:rPr>
              <w:t>klasörün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nedir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714E4B0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</w:t>
            </w:r>
          </w:p>
        </w:tc>
      </w:tr>
      <w:tr w:rsidR="00621FBB" w14:paraId="7418ED2B" w14:textId="77777777">
        <w:trPr>
          <w:cantSplit/>
          <w:jc w:val="center"/>
        </w:trPr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03438A3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2) '</w:t>
            </w:r>
            <w:proofErr w:type="gramStart"/>
            <w:r>
              <w:rPr>
                <w:sz w:val="20"/>
              </w:rPr>
              <w:t>5.Sınıf</w:t>
            </w:r>
            <w:proofErr w:type="gramEnd"/>
            <w:r>
              <w:rPr>
                <w:sz w:val="20"/>
              </w:rPr>
              <w:t xml:space="preserve">' </w:t>
            </w:r>
            <w:proofErr w:type="spellStart"/>
            <w:r>
              <w:rPr>
                <w:sz w:val="20"/>
              </w:rPr>
              <w:t>klasörünün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içinde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kaç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tane</w:t>
            </w:r>
            <w:proofErr w:type="spellEnd"/>
            <w:r>
              <w:rPr>
                <w:sz w:val="20"/>
              </w:rPr>
              <w:t xml:space="preserve"> alt </w:t>
            </w:r>
            <w:proofErr w:type="spellStart"/>
            <w:r>
              <w:rPr>
                <w:sz w:val="20"/>
              </w:rPr>
              <w:t>klasör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vardır</w:t>
            </w:r>
            <w:proofErr w:type="spellEnd"/>
            <w:r>
              <w:rPr>
                <w:sz w:val="20"/>
              </w:rPr>
              <w:t xml:space="preserve">? </w:t>
            </w:r>
            <w:proofErr w:type="spellStart"/>
            <w:r>
              <w:rPr>
                <w:sz w:val="20"/>
              </w:rPr>
              <w:t>İsimlerini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yazınız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5328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E6DC485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</w:t>
            </w:r>
          </w:p>
        </w:tc>
      </w:tr>
      <w:tr w:rsidR="00621FBB" w14:paraId="41087FA5" w14:textId="77777777">
        <w:trPr>
          <w:cantSplit/>
          <w:jc w:val="center"/>
        </w:trPr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B4F7611" w14:textId="597A89B4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3) </w:t>
            </w:r>
            <w:r w:rsidR="001C57C7">
              <w:rPr>
                <w:sz w:val="20"/>
              </w:rPr>
              <w:t>Tatlı</w:t>
            </w:r>
            <w:r>
              <w:rPr>
                <w:sz w:val="20"/>
              </w:rPr>
              <w:t>.</w:t>
            </w:r>
            <w:r w:rsidR="001C57C7">
              <w:rPr>
                <w:sz w:val="20"/>
              </w:rPr>
              <w:t>jpg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dosyası</w:t>
            </w:r>
            <w:proofErr w:type="spellEnd"/>
            <w:r>
              <w:rPr>
                <w:sz w:val="20"/>
              </w:rPr>
              <w:t xml:space="preserve"> hangi </w:t>
            </w:r>
            <w:proofErr w:type="spellStart"/>
            <w:r>
              <w:rPr>
                <w:sz w:val="20"/>
              </w:rPr>
              <w:t>klasörün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içindedir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hangi </w:t>
            </w:r>
            <w:proofErr w:type="spellStart"/>
            <w:r>
              <w:rPr>
                <w:sz w:val="20"/>
              </w:rPr>
              <w:t>tür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dosyadır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5328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271564C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</w:t>
            </w:r>
          </w:p>
        </w:tc>
      </w:tr>
    </w:tbl>
    <w:p w14:paraId="3D716022" w14:textId="7D77C3D0" w:rsidR="00621FBB" w:rsidRDefault="00000000">
      <w:pPr>
        <w:keepNext/>
        <w:spacing w:before="180" w:after="80"/>
      </w:pPr>
      <w:r>
        <w:rPr>
          <w:b/>
          <w:color w:val="2B6CB0"/>
        </w:rPr>
        <w:t>📌 Örnek Soru 6.</w:t>
      </w:r>
      <w:r w:rsidR="001C57C7">
        <w:rPr>
          <w:b/>
          <w:color w:val="2B6CB0"/>
        </w:rPr>
        <w:t>4</w:t>
      </w:r>
      <w:r>
        <w:rPr>
          <w:b/>
          <w:color w:val="2B6CB0"/>
        </w:rPr>
        <w:t xml:space="preserve">: </w:t>
      </w:r>
      <w:proofErr w:type="spellStart"/>
      <w:r w:rsidR="001C57C7">
        <w:t>Aşağıdaki</w:t>
      </w:r>
      <w:proofErr w:type="spellEnd"/>
      <w:r>
        <w:t xml:space="preserve"> 'Dosya </w:t>
      </w:r>
      <w:proofErr w:type="spellStart"/>
      <w:r>
        <w:t>Yapısı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Adlandırma</w:t>
      </w:r>
      <w:proofErr w:type="spellEnd"/>
      <w:r>
        <w:t xml:space="preserve"> </w:t>
      </w:r>
      <w:proofErr w:type="spellStart"/>
      <w:r>
        <w:t>Kuralları</w:t>
      </w:r>
      <w:proofErr w:type="spellEnd"/>
      <w:r>
        <w:t xml:space="preserve">' </w:t>
      </w:r>
      <w:proofErr w:type="spellStart"/>
      <w:r>
        <w:t>şemasını</w:t>
      </w:r>
      <w:proofErr w:type="spellEnd"/>
      <w:r>
        <w:t xml:space="preserve"> </w:t>
      </w:r>
      <w:proofErr w:type="spellStart"/>
      <w:r>
        <w:t>inceleyiniz</w:t>
      </w:r>
      <w:proofErr w:type="spellEnd"/>
      <w:r>
        <w:t xml:space="preserve">.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tabloda</w:t>
      </w:r>
      <w:proofErr w:type="spellEnd"/>
      <w:r>
        <w:t xml:space="preserve"> </w:t>
      </w:r>
      <w:proofErr w:type="spellStart"/>
      <w:r>
        <w:t>öğrencilerin</w:t>
      </w:r>
      <w:proofErr w:type="spellEnd"/>
      <w:r>
        <w:t xml:space="preserve"> </w:t>
      </w:r>
      <w:proofErr w:type="spellStart"/>
      <w:r>
        <w:t>dosya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klasör</w:t>
      </w:r>
      <w:proofErr w:type="spellEnd"/>
      <w:r>
        <w:t xml:space="preserve"> </w:t>
      </w:r>
      <w:proofErr w:type="spellStart"/>
      <w:r>
        <w:t>oluştururken</w:t>
      </w:r>
      <w:proofErr w:type="spellEnd"/>
      <w:r>
        <w:t xml:space="preserve"> </w:t>
      </w:r>
      <w:proofErr w:type="spellStart"/>
      <w:r>
        <w:t>yaptıkları</w:t>
      </w:r>
      <w:proofErr w:type="spellEnd"/>
      <w:r>
        <w:t xml:space="preserve"> </w:t>
      </w:r>
      <w:proofErr w:type="spellStart"/>
      <w:r>
        <w:t>hatalı</w:t>
      </w:r>
      <w:proofErr w:type="spellEnd"/>
      <w:r>
        <w:t xml:space="preserve"> </w:t>
      </w:r>
      <w:proofErr w:type="spellStart"/>
      <w:r>
        <w:t>işlemler</w:t>
      </w:r>
      <w:proofErr w:type="spellEnd"/>
      <w:r>
        <w:t xml:space="preserve"> </w:t>
      </w:r>
      <w:proofErr w:type="spellStart"/>
      <w:r>
        <w:t>verilmiştir</w:t>
      </w:r>
      <w:proofErr w:type="spellEnd"/>
      <w:r>
        <w:t xml:space="preserve">. Her </w:t>
      </w:r>
      <w:proofErr w:type="spellStart"/>
      <w:r>
        <w:t>bir</w:t>
      </w:r>
      <w:proofErr w:type="spellEnd"/>
      <w:r>
        <w:t xml:space="preserve"> </w:t>
      </w:r>
      <w:proofErr w:type="spellStart"/>
      <w:r>
        <w:t>hatanın</w:t>
      </w:r>
      <w:proofErr w:type="spellEnd"/>
      <w:r>
        <w:t xml:space="preserve"> </w:t>
      </w:r>
      <w:proofErr w:type="spellStart"/>
      <w:r>
        <w:t>nedenini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nasıl</w:t>
      </w:r>
      <w:proofErr w:type="spellEnd"/>
      <w:r>
        <w:t xml:space="preserve"> </w:t>
      </w:r>
      <w:proofErr w:type="spellStart"/>
      <w:r>
        <w:t>düzeltilmesi</w:t>
      </w:r>
      <w:proofErr w:type="spellEnd"/>
      <w:r>
        <w:t xml:space="preserve"> </w:t>
      </w:r>
      <w:proofErr w:type="spellStart"/>
      <w:r>
        <w:t>gerektiğini</w:t>
      </w:r>
      <w:proofErr w:type="spellEnd"/>
      <w:r>
        <w:t xml:space="preserve"> </w:t>
      </w:r>
      <w:proofErr w:type="spellStart"/>
      <w:r>
        <w:t>karşılarına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</w:p>
    <w:p w14:paraId="4181C2B8" w14:textId="77777777" w:rsidR="00621FBB" w:rsidRDefault="00000000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4D56BC49" wp14:editId="1382287F">
            <wp:extent cx="5303520" cy="1281549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sya_yapisi_ve_kurallar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28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ook w:val="04A0" w:firstRow="1" w:lastRow="0" w:firstColumn="1" w:lastColumn="0" w:noHBand="0" w:noVBand="1"/>
      </w:tblPr>
      <w:tblGrid>
        <w:gridCol w:w="4011"/>
        <w:gridCol w:w="6905"/>
      </w:tblGrid>
      <w:tr w:rsidR="00621FBB" w14:paraId="626421A1" w14:textId="77777777" w:rsidTr="007D500B">
        <w:trPr>
          <w:cantSplit/>
          <w:tblHeader/>
          <w:jc w:val="center"/>
        </w:trPr>
        <w:tc>
          <w:tcPr>
            <w:tcW w:w="4011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2A17DE38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Öğrencinin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Yaptığı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Hatalı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İşlem</w:t>
            </w:r>
            <w:proofErr w:type="spellEnd"/>
            <w:r>
              <w:rPr>
                <w:b/>
                <w:color w:val="1A365D"/>
                <w:sz w:val="21"/>
              </w:rPr>
              <w:t xml:space="preserve"> / Durum</w:t>
            </w:r>
          </w:p>
        </w:tc>
        <w:tc>
          <w:tcPr>
            <w:tcW w:w="6905" w:type="dxa"/>
            <w:shd w:val="clear" w:color="auto" w:fill="EBF8F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70B4C7DB" w14:textId="77777777" w:rsidR="00621FBB" w:rsidRDefault="00000000">
            <w:pPr>
              <w:keepNext/>
              <w:spacing w:before="40" w:after="40"/>
              <w:jc w:val="center"/>
            </w:pPr>
            <w:proofErr w:type="spellStart"/>
            <w:r>
              <w:rPr>
                <w:b/>
                <w:color w:val="1A365D"/>
                <w:sz w:val="21"/>
              </w:rPr>
              <w:t>Hatanın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Nedeni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ve</w:t>
            </w:r>
            <w:proofErr w:type="spellEnd"/>
            <w:r>
              <w:rPr>
                <w:b/>
                <w:color w:val="1A365D"/>
                <w:sz w:val="21"/>
              </w:rPr>
              <w:t xml:space="preserve"> Doğru </w:t>
            </w:r>
            <w:proofErr w:type="spellStart"/>
            <w:r>
              <w:rPr>
                <w:b/>
                <w:color w:val="1A365D"/>
                <w:sz w:val="21"/>
              </w:rPr>
              <w:t>Çözüm</w:t>
            </w:r>
            <w:proofErr w:type="spellEnd"/>
            <w:r>
              <w:rPr>
                <w:b/>
                <w:color w:val="1A365D"/>
                <w:sz w:val="21"/>
              </w:rPr>
              <w:t xml:space="preserve"> </w:t>
            </w:r>
            <w:proofErr w:type="spellStart"/>
            <w:r>
              <w:rPr>
                <w:b/>
                <w:color w:val="1A365D"/>
                <w:sz w:val="21"/>
              </w:rPr>
              <w:t>Önerisi</w:t>
            </w:r>
            <w:proofErr w:type="spellEnd"/>
          </w:p>
        </w:tc>
      </w:tr>
      <w:tr w:rsidR="00621FBB" w14:paraId="27B38097" w14:textId="77777777" w:rsidTr="007D500B">
        <w:trPr>
          <w:cantSplit/>
          <w:jc w:val="center"/>
        </w:trPr>
        <w:tc>
          <w:tcPr>
            <w:tcW w:w="401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66B0E1B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 xml:space="preserve">⚠️ 1. Durum: Ali, </w:t>
            </w:r>
            <w:proofErr w:type="spellStart"/>
            <w:r>
              <w:rPr>
                <w:sz w:val="20"/>
              </w:rPr>
              <w:t>hazırladığı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sunum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dosyasına</w:t>
            </w:r>
            <w:proofErr w:type="spellEnd"/>
            <w:r>
              <w:rPr>
                <w:sz w:val="20"/>
              </w:rPr>
              <w:t xml:space="preserve"> '</w:t>
            </w:r>
            <w:proofErr w:type="spellStart"/>
            <w:r>
              <w:rPr>
                <w:sz w:val="20"/>
              </w:rPr>
              <w:t>Bilişim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Ödevim</w:t>
            </w:r>
            <w:proofErr w:type="spellEnd"/>
            <w:r>
              <w:rPr>
                <w:sz w:val="20"/>
              </w:rPr>
              <w:t xml:space="preserve">?.pptx' </w:t>
            </w:r>
            <w:proofErr w:type="spellStart"/>
            <w:r>
              <w:rPr>
                <w:sz w:val="20"/>
              </w:rPr>
              <w:t>adını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vermek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istediğinde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bilgisayar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uyarısı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veriyor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6905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408FBDF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</w:t>
            </w:r>
            <w:r>
              <w:rPr>
                <w:sz w:val="20"/>
              </w:rPr>
              <w:br/>
              <w:t>....................................................................................................................................</w:t>
            </w:r>
          </w:p>
        </w:tc>
      </w:tr>
      <w:tr w:rsidR="00621FBB" w14:paraId="348C1154" w14:textId="77777777" w:rsidTr="007D500B">
        <w:trPr>
          <w:cantSplit/>
          <w:jc w:val="center"/>
        </w:trPr>
        <w:tc>
          <w:tcPr>
            <w:tcW w:w="4011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C58EDE2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⚠️ 2. Durum: Zeynep, '</w:t>
            </w:r>
            <w:proofErr w:type="spellStart"/>
            <w:r>
              <w:rPr>
                <w:sz w:val="20"/>
              </w:rPr>
              <w:t>Ödevler</w:t>
            </w:r>
            <w:proofErr w:type="spellEnd"/>
            <w:r>
              <w:rPr>
                <w:sz w:val="20"/>
              </w:rPr>
              <w:t xml:space="preserve">' </w:t>
            </w:r>
            <w:proofErr w:type="spellStart"/>
            <w:r>
              <w:rPr>
                <w:sz w:val="20"/>
              </w:rPr>
              <w:t>klasörünün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içinde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zaten</w:t>
            </w:r>
            <w:proofErr w:type="spellEnd"/>
            <w:r>
              <w:rPr>
                <w:sz w:val="20"/>
              </w:rPr>
              <w:t xml:space="preserve"> 'proje.docx' </w:t>
            </w:r>
            <w:proofErr w:type="spellStart"/>
            <w:r>
              <w:rPr>
                <w:sz w:val="20"/>
              </w:rPr>
              <w:t>varken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aynı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klasöre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yine</w:t>
            </w:r>
            <w:proofErr w:type="spellEnd"/>
            <w:r>
              <w:rPr>
                <w:sz w:val="20"/>
              </w:rPr>
              <w:t xml:space="preserve"> 'proje.docx' </w:t>
            </w:r>
            <w:proofErr w:type="spellStart"/>
            <w:r>
              <w:rPr>
                <w:sz w:val="20"/>
              </w:rPr>
              <w:t>adında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ikinci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dosya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kaydetmeye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çalışıyor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6905" w:type="dxa"/>
            <w:shd w:val="clear" w:color="auto" w:fill="F8FAF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AAAC673" w14:textId="77777777" w:rsidR="00621FBB" w:rsidRDefault="00000000">
            <w:pPr>
              <w:keepNext/>
              <w:spacing w:before="40" w:after="40" w:line="269" w:lineRule="auto"/>
            </w:pPr>
            <w:r>
              <w:rPr>
                <w:sz w:val="20"/>
              </w:rPr>
              <w:t>....................................................................................................................................</w:t>
            </w:r>
            <w:r>
              <w:rPr>
                <w:sz w:val="20"/>
              </w:rPr>
              <w:br/>
              <w:t>....................................................................................................................................</w:t>
            </w:r>
          </w:p>
        </w:tc>
      </w:tr>
    </w:tbl>
    <w:p w14:paraId="2BD1C938" w14:textId="77777777" w:rsidR="005E3BEB" w:rsidRDefault="005E3BEB"/>
    <w:sectPr w:rsidR="005E3BEB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4084108">
    <w:abstractNumId w:val="8"/>
  </w:num>
  <w:num w:numId="2" w16cid:durableId="1179731393">
    <w:abstractNumId w:val="6"/>
  </w:num>
  <w:num w:numId="3" w16cid:durableId="501817675">
    <w:abstractNumId w:val="5"/>
  </w:num>
  <w:num w:numId="4" w16cid:durableId="1648780928">
    <w:abstractNumId w:val="4"/>
  </w:num>
  <w:num w:numId="5" w16cid:durableId="1550921577">
    <w:abstractNumId w:val="7"/>
  </w:num>
  <w:num w:numId="6" w16cid:durableId="1834685149">
    <w:abstractNumId w:val="3"/>
  </w:num>
  <w:num w:numId="7" w16cid:durableId="1426806217">
    <w:abstractNumId w:val="2"/>
  </w:num>
  <w:num w:numId="8" w16cid:durableId="404453781">
    <w:abstractNumId w:val="1"/>
  </w:num>
  <w:num w:numId="9" w16cid:durableId="92865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7FD6"/>
    <w:rsid w:val="0015074B"/>
    <w:rsid w:val="001C57C7"/>
    <w:rsid w:val="0029639D"/>
    <w:rsid w:val="00326F90"/>
    <w:rsid w:val="005E3BEB"/>
    <w:rsid w:val="00621FBB"/>
    <w:rsid w:val="006972C4"/>
    <w:rsid w:val="00757305"/>
    <w:rsid w:val="007D500B"/>
    <w:rsid w:val="00891EF5"/>
    <w:rsid w:val="009020A3"/>
    <w:rsid w:val="00AA1D8D"/>
    <w:rsid w:val="00B2752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1B9C9D"/>
  <w14:defaultImageDpi w14:val="300"/>
  <w15:docId w15:val="{3488F78E-B332-4F17-A74C-E5312BA1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D37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13</Pages>
  <Words>3218</Words>
  <Characters>18344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Dilara</cp:lastModifiedBy>
  <cp:revision>6</cp:revision>
  <dcterms:created xsi:type="dcterms:W3CDTF">2013-12-23T23:15:00Z</dcterms:created>
  <dcterms:modified xsi:type="dcterms:W3CDTF">2026-11-01T18:36:00Z</dcterms:modified>
  <cp:category/>
</cp:coreProperties>
</file>